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Руководство по премии ~ Сокровище ждет ~</w:t>
      </w:r>
    </w:p>
    <w:p>
      <w:r>
        <w:t>В апреле 2024 года Япония Дао объявила о необычайном объявлении, что CNP (Cryptoninja Partners) станет официальным спонсором! Сразу же, фестивальное планирование, которое может получить сокровище NFT (SBT) с блохским мятом, теперь называется «фестиваль Frimin»!Тем не менее, барьер здесь - «Pemint». Этот инструмент, который также принят AL Distribution, честно сложно понять.Даже если вы думаете, что это займет время, вы можете прочитать эту статью и получить много возможностей. Я надеюсь, что вы сможете поместить ее в нее.Я использую изображение скриншота, когда я на самом деле подал заявку, поэтому, пожалуйста, используйте его легко -понятным для начинающих.</w:t>
      </w:r>
    </w:p>
    <w:p>
      <w:r>
        <w:t>Ⅰ.Что такое премьер?</w:t>
      </w:r>
    </w:p>
    <w:p>
      <w:r>
        <w:t>・ Когда проект NFT выпускает новый NFT, инструмент для беспрепятственного продвижения приложения и управления AL (приоритетная покупка). ・ Pemint поддержат оператора проекта NFT и будет поддержать вас, есть ли какое -либо мошенничество и справедливая лотерея. ・Известные проекты в Японии и за рубежом приняты. ・ Недавно они использовались для AL Applications для бесплатного монетного двора и воздушного потока. ・ Участие лотереи бесплатно, а AL может применяться в простых шагах.</w:t>
      </w:r>
    </w:p>
    <w:p>
      <w:r>
        <w:t>IIПодготовка перед подачей заявки на Pemint</w:t>
      </w:r>
    </w:p>
    <w:p>
      <w:r>
        <w:t>То, что вам нужно в Permint, заключается в следующем.</w:t>
      </w:r>
    </w:p>
    <w:p>
      <w:r>
        <w:t>・ Кошелек (Metamask)</w:t>
      </w:r>
    </w:p>
    <w:p>
      <w:r>
        <w:t>Account Account</w:t>
      </w:r>
    </w:p>
    <w:p>
      <w:r>
        <w:t>・ X (Twitter) аккаунт</w:t>
      </w:r>
    </w:p>
    <w:p>
      <w:r>
        <w:t>Ⅲ.Поток применения Pemint</w:t>
      </w:r>
    </w:p>
    <w:p>
      <w:r>
        <w:t>Шаг 1</w:t>
      </w:r>
    </w:p>
    <w:p>
      <w:r>
        <w:t>Зарегистрируйте кошелек (Meta Mask) в Permint</w:t>
      </w:r>
    </w:p>
    <w:p>
      <w:r>
        <w:t>Шаг 2</w:t>
      </w:r>
    </w:p>
    <w:p>
      <w:r>
        <w:t>Работа с учетной записью X (Twitter) и учетной записью Discord с Permint</w:t>
      </w:r>
    </w:p>
    <w:p>
      <w:r>
        <w:t>Шаг 3</w:t>
      </w:r>
    </w:p>
    <w:p>
      <w:r>
        <w:t>Подать заявку на Pemint</w:t>
      </w:r>
    </w:p>
    <w:p>
      <w:r>
        <w:t>Ⅳ.Давайте подать заявку на Pemint</w:t>
      </w:r>
    </w:p>
    <w:p>
      <w:r>
        <w:t>1. Подать заявку на ПК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Нажмите на ссылку, чтобы иметь право на X (Twitter) и войдите в систему.</w:t>
      </w:r>
    </w:p>
    <w:p>
      <w:r>
        <w:t>② Нажмите «Войдите, чтобы зарегистрироваться».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Выберите кошелек и введите пароль.</w:t>
      </w:r>
    </w:p>
    <w:p>
      <w:r>
        <w:t>④ Знак и подключите кошелек.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Убедитесь, что условия участия верхнего красного кадра выполняются, и нажмите «Нажмите, чтобы зарегистрироваться».</w:t>
      </w:r>
    </w:p>
    <w:p>
      <w:r>
        <w:t>⑥ Приложение завершено с помощью этой нотации!</w:t>
      </w:r>
    </w:p>
    <w:p>
      <w:r>
        <w:t>Все, что вам нужно сделать, это дождаться победного объявления.</w:t>
      </w:r>
    </w:p>
    <w:p>
      <w:r>
        <w:t>* Настройка уведомления о победителе имеет изображение внизу</w:t>
      </w:r>
    </w:p>
    <w:p>
      <w:r>
        <w:t>2. Подать заявку на смартфон</w:t>
      </w:r>
    </w:p>
    <w:p>
      <w:r>
        <w:t>* Во многих случаях прямой вход по различным ссылкам не проходит гладко на смартфонах, поэтому я объясню, как войти из браузера Meta Mask, рекомендованного Японским DAO.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Скопируйте целевую ссылку из X (Twitter) и т. Д. И откройте метамаску.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Откройте браузер Meta Mask, вставьте скопированную ссылку и войдите в систему.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Нажмите «Войдите, чтобы зарегистрироваться», чтобы выбрать кошелек. Включить пароль, подписать и подключить кошелек.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Убедитесь, что условия участия верхнего красного кадра были выполнены, и нажмите «Нажмите, чтобы зарегистрироваться».</w:t>
      </w:r>
    </w:p>
    <w:p>
      <w:r>
        <w:t>・ Приложение завершено с помощью этой нотации!</w:t>
      </w:r>
    </w:p>
    <w:p>
      <w:r>
        <w:t>Все, что вам нужно сделать, это дождаться победного объявления.</w:t>
      </w:r>
    </w:p>
    <w:p>
      <w:r>
        <w:t>* Настройка уведомления о победителе имеет изображение внизу</w:t>
      </w:r>
    </w:p>
    <w:p>
      <w:r>
        <w:t>Ⅴ.Различные настройки по наступлению</w:t>
      </w:r>
    </w:p>
    <w:p>
      <w:r>
        <w:t>1. Сотрудничество с SNS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Вы можете проверить состояние сцепления SNS и установить различные настройки из «профиля» в Premint</w:t>
      </w:r>
    </w:p>
    <w:p>
      <w:r>
        <w:t>・ Поскольку это требуется в качестве задачи, необходимо сотрудничать с X (Twitter) и Discord.</w:t>
      </w:r>
    </w:p>
    <w:p>
      <w:r>
        <w:t>* Необходимо заранее создать учетную запись X (Twitter) и Discord</w:t>
      </w:r>
    </w:p>
    <w:p>
      <w:r>
        <w:t>Проект должен ссылаться на x (Twitter) и Discord Accounts в качестве одной из задач для Premint Application. Хорошо создать различные учетные записи заранее и ссылаться на Pemint.</w:t>
      </w:r>
    </w:p>
    <w:p>
      <w:r>
        <w:t>2. Настройка уведомления о выигрыше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Функция уведомления является очень полезной функцией. Хорошо настроить заранее, чтобы приложение было заполнено правильно, но вы не знаете, или вы не будете знать о победе и не достигнут дня монетного двора.</w:t>
      </w:r>
    </w:p>
    <w:p>
      <w:r>
        <w:t>Ⅵ.Краткое содержание</w:t>
      </w:r>
    </w:p>
    <w:p>
      <w:r>
        <w:t>На этот раз я суммировал Permint.once вы знаете процедуру и зарегистрируйтесь один раз, вы можете легко подать заявку в будущем! Permint - это важное окно, которое приводит к прибыли предшественника, таким как AL, Fleimint и Airdrop известных проектов.Наменьтесь и получите большой шанс вместе.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