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Как сделать Metamask</w:t>
      </w:r>
    </w:p>
    <w:p>
      <w:r>
        <w:t>В этой статье мы представим «процедуру создания мета -масок».</w:t>
      </w:r>
    </w:p>
    <w:p>
      <w:r>
        <w:t>Вы можете легко создать метамаску, прочитав статью.</w:t>
      </w:r>
    </w:p>
    <w:p>
      <w:r>
        <w:t>Вы можете прочитать эту статью за 5 минут!</w:t>
      </w:r>
    </w:p>
    <w:p>
      <w:r>
        <w:t>Что такое метамаска?</w:t>
      </w:r>
    </w:p>
    <w:p>
      <w:r>
        <w:drawing>
          <wp:inline xmlns:a="http://schemas.openxmlformats.org/drawingml/2006/main" xmlns:pic="http://schemas.openxmlformats.org/drawingml/2006/picture">
            <wp:extent cx="3657600" cy="104349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04349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Metamask - это изображение, похожее на «цифровой кошелек». С этим кошельком вы можете безопасно хранить и использовать цифровые деньги и специальные предметы.</w:t>
      </w:r>
    </w:p>
    <w:p>
      <w:r>
        <w:t>Он поддерживается многими пользователями и может использоваться безопасно и эффективно в качестве точки доступа для цифровых активов.</w:t>
      </w:r>
    </w:p>
    <w:p>
      <w:r>
        <w:t>[Смартфон] Процедура создания метамаски</w:t>
      </w:r>
    </w:p>
    <w:p>
      <w:r>
        <w:t>① Загрузите приложение "Metamask"</w:t>
      </w:r>
    </w:p>
    <w:p>
      <w:r>
        <w:t>② Нажмите «Start»</w:t>
      </w:r>
    </w:p>
    <w:p>
      <w:r>
        <w:t>③ Нажмите «Создать новый кошелек»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④ Проверьте содержимое и нажмите «Я согласен»</w:t>
      </w:r>
    </w:p>
    <w:p>
      <w:r>
        <w:t>⑤ Проверьте условия и нажмите «Согласен»</w:t>
      </w:r>
    </w:p>
    <w:p>
      <w:r>
        <w:t>⑥ Введите пароль и нажмите «Создать пароль»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⑦ Нажмите «Start»</w:t>
      </w:r>
    </w:p>
    <w:p>
      <w:r>
        <w:t>⑧ Нажмите «Start»</w:t>
      </w:r>
    </w:p>
    <w:p>
      <w:r>
        <w:t>⑨ Введите пароль и нажмите «Подтвердить»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⑩ Нажмите «Дисплей», чтобы отобразить фразу секретного восстановления</w:t>
      </w:r>
    </w:p>
    <w:p>
      <w:r>
        <w:t>※важный</w:t>
      </w:r>
    </w:p>
    <w:p>
      <w:r>
        <w:t>Вы никогда не должны никому рассказать о секретной фразе восстановления.</w:t>
      </w:r>
    </w:p>
    <w:p>
      <w:r>
        <w:t>Запишите отображаемые слова по порядку и держите их в безопасном месте.</w:t>
      </w:r>
    </w:p>
    <w:p>
      <w:r>
        <w:t>⑪ Выберите «Секретная фраза восстановления» в порядке ⑫ Завершенное создание кошелька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[ПК] Процедура создания Metamask</w:t>
      </w:r>
    </w:p>
    <w:p>
      <w:r>
        <w:t>Во -первых, давайте перейдем на официальный сайт Metamask.</w:t>
      </w:r>
    </w:p>
    <w:p>
      <w:r>
        <w:t>Metamask - это подделка, поэтому обязательно загрузите его с правильного URL (приведенная выше ссылка на URL безопасна)</w:t>
      </w:r>
    </w:p>
    <w:p>
      <w:r>
        <w:t>① Нажмите «Скачать» в левом нижнем углу экрана</w:t>
      </w:r>
    </w:p>
    <w:p>
      <w:r>
        <w:t>② Нажмите «Получить»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③ Нажмите «Добавить расширения»</w:t>
      </w:r>
    </w:p>
    <w:p>
      <w:r>
        <w:t>④ Проверьте Условия использования и установите флажок.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⑤ Проверьте содержимое и нажмите «Я согласен»</w:t>
      </w:r>
    </w:p>
    <w:p>
      <w:r>
        <w:t>⑥ Введите пароль и нажмите «Создать новый кошелек»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Нажмите «Обеспечение безопасности кошелька»</w:t>
      </w:r>
    </w:p>
    <w:p>
      <w:r>
        <w:t>⑧ Нажмите «Публикуйте секретную фразу восстановления»</w:t>
      </w:r>
    </w:p>
    <w:p>
      <w:r>
        <w:t>※важный</w:t>
      </w:r>
    </w:p>
    <w:p>
      <w:r>
        <w:t>Вы никогда не должны никому рассказать о секретной фразе восстановления.</w:t>
      </w:r>
    </w:p>
    <w:p>
      <w:r>
        <w:t>Запишите отображаемые слова по порядку и держите их в безопасном месте.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⑨ Введите секретную фразу восстановления</w:t>
      </w:r>
    </w:p>
    <w:p>
      <w:r>
        <w:t>⑩ Создание кошелька завершено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Меры предосторожности при создании метамаски</w:t>
      </w:r>
    </w:p>
    <w:p>
      <w:r>
        <w:t>Используя метамус, вы можете легко управлять и торговать цифровыми активами. Однако, наслаждаясь его удобством, есть несколько моментов.</w:t>
      </w:r>
    </w:p>
    <w:p>
      <w:r>
        <w:t>Хранение фразы секретного восстановления</w:t>
      </w:r>
    </w:p>
    <w:p>
      <w:r>
        <w:t>Как я упоминал много раз в объяснениях до сих пор, очень важно хранить секретные фразы восстановления.</w:t>
      </w:r>
    </w:p>
    <w:p>
      <w:r>
        <w:t>Потеря этого заставит вас не в состоянии получить доступ к кошельку и потерять свои активы.</w:t>
      </w:r>
    </w:p>
    <w:p>
      <w:r>
        <w:t>Кроме того, существует риск несанкционированного доступа, будучи известным другим, поэтому обязательно старайтесь не утечь его другим. (Скошо это ng)</w:t>
      </w:r>
    </w:p>
    <w:p>
      <w:r>
        <w:t>Использование официального веб -сайта и приложения</w:t>
      </w:r>
    </w:p>
    <w:p>
      <w:r>
        <w:t>В Интернете много поддельных сайтов и приложений.</w:t>
      </w:r>
    </w:p>
    <w:p>
      <w:r>
        <w:t>При загрузке и установке мета -маски обязательно используйте официальный сайт или App Store.</w:t>
      </w:r>
    </w:p>
    <w:p>
      <w:r>
        <w:t>краткое содержание</w:t>
      </w:r>
    </w:p>
    <w:p>
      <w:r>
        <w:t>Вот краткое изложение этого контента.</w:t>
      </w:r>
    </w:p>
    <w:p>
      <w:r>
        <w:t>Определение кошелька</w:t>
      </w:r>
    </w:p>
    <w:p>
      <w:r>
        <w:t>Кошелек - это «цифровой кошелек» для сохранения и управления виртуальной валютой.</w:t>
      </w:r>
    </w:p>
    <w:p>
      <w:r>
        <w:t>Метамаска</w:t>
      </w:r>
    </w:p>
    <w:p>
      <w:r>
        <w:t>Metamask похож на цифровой кошелек и является инструментом для безопасного хранения и использования цифровых активов. Он поддерживается многими пользователями.</w:t>
      </w:r>
    </w:p>
    <w:p>
      <w:r>
        <w:t>Процедура создания</w:t>
      </w:r>
    </w:p>
    <w:p>
      <w:r>
        <w:t>Процедура создания мета -масок как на ПК, так и на смартфоне подробно описана. Процедура включает настройки загрузки, установки и секретного восстановления.</w:t>
      </w:r>
    </w:p>
    <w:p>
      <w:r>
        <w:t>важная точка</w:t>
      </w:r>
    </w:p>
    <w:p>
      <w:r>
        <w:t>При использовании метамаков существуют меры предосторожности, такие как важность хранения фраз секретного восстановления и важность использования официального веб -сайта и приложения.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