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Что такое Кагура?Том 1 "Кагура Рождение"</w:t>
      </w:r>
    </w:p>
    <w:p>
      <w:r>
        <w:t>Здравствуйте, Japan Dao Families ☆ В этой статье мы представим концепцию «Японской культуры в мире» и представим популярный проект «Кагура», который является ядром «Японии дао», который является ядром мировой экспансии ♪Не только те, кто уже знает, но и те, кто уже знает очарование «Кагуры», будут переданы с разных сторон, поэтому, пожалуйста, посмотрите на конец!</w:t>
      </w:r>
    </w:p>
    <w:p>
      <w:r>
        <w:t>Кагура официальная ссылка</w:t>
      </w:r>
    </w:p>
    <w:p>
      <w:r>
        <w:t>https://japannftmuseum.com/kagura#kagura</w:t>
      </w:r>
    </w:p>
    <w:p>
      <w:r>
        <w:t>Официальная манга</w:t>
      </w:r>
    </w:p>
    <w:p>
      <w:r>
        <w:t>https://japannftmuseum.com/kagura/manga</w:t>
      </w:r>
    </w:p>
    <w:p>
      <w:r>
        <w:t>Открытое море</w:t>
      </w:r>
    </w:p>
    <w:p>
      <w:r>
        <w:t>https://opensea.io/ja/collection/kagura-jp</w:t>
      </w:r>
    </w:p>
    <w:p>
      <w:r>
        <w:t>X (Twitter)</w:t>
      </w:r>
    </w:p>
    <w:p>
      <w:r>
        <w:t>https://twitter.com/kagurajpn</w:t>
      </w:r>
    </w:p>
    <w:p>
      <w:r>
        <w:t>Что такое Кагура?</w:t>
      </w:r>
    </w:p>
    <w:p>
      <w:r>
        <w:t>«Кагура» - это проект, который выдвигает наибольшую привлекательность японской культуры среди многих брендов персонажей «Японии дао».Японская культура, работая над тем, чтобы «общаться с японской культурой многим людям». Это фон. Весел с «Амато», который является главным героем красивого мужского персонажа, «Кагура», симпатичного женского персонажа, играет важную роль вРаспространение «японской культуры» в Японию и за рубежом.</w:t>
      </w:r>
    </w:p>
    <w:p>
      <w:r>
        <w:drawing>
          <wp:inline xmlns:a="http://schemas.openxmlformats.org/drawingml/2006/main" xmlns:pic="http://schemas.openxmlformats.org/drawingml/2006/picture">
            <wp:extent cx="3657600" cy="119457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1945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Рождение Кагуры (NFT)</w:t>
      </w:r>
    </w:p>
    <w:p>
      <w:r>
        <w:t>В декабре 2022 года 8888 работ были выпущены в качестве искусства поколений. (Цепочка Ethereum) Presal не только увеличил количество продаж в сложных рыночных условиях, но и оценил тренды X (Twitter) и был очень захватывающим. В частном, во вторичном распределенииМногие зарубежные пользователи привлекла внимание и записали огромные транзакции. В результате мы выиграли первое место в отечественном рейтинге NFT. Во время раскрытия многие пользователи в Японии и за рубежом были восхищены более красивыми и качественными, чем ожидалось.Цена начинается с 0,02 и.В будущем, особенно после «Регионального проекта оживления Web3», «Кагура» хороша с японской культурой в каждом регионе. Мы ожидаем, что он сыграет центральную роль, а его распознавание и название и цены на этаж NFT сделают скачок.</w:t>
      </w:r>
    </w:p>
    <w:p>
      <w:r>
        <w:drawing>
          <wp:inline xmlns:a="http://schemas.openxmlformats.org/drawingml/2006/main" xmlns:pic="http://schemas.openxmlformats.org/drawingml/2006/picture">
            <wp:extent cx="3657600" cy="4887532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88753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Особенности Кагуры</w:t>
      </w:r>
    </w:p>
    <w:p>
      <w:r>
        <w:drawing>
          <wp:inline xmlns:a="http://schemas.openxmlformats.org/drawingml/2006/main" xmlns:pic="http://schemas.openxmlformats.org/drawingml/2006/picture">
            <wp:extent cx="3657600" cy="3629679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2967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3657600" cy="1343891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34389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Перед выпуском это была репутация, что «качество в любом случае высокое», но после возрождения меня удивленно удивленно качеством, которое идет дальше! Он состоит из множества частей, которые тщательно нарисованы в подробности, так что это не такЭто кажется генеративным. Красота Японии выражается без каких -либо необычайных. Подавляющая красивая девушка поймана, но я хочу обратить внимание на то, что она включает в себя много древней японской истории и японской культуры. В конкретном, костюмы - более 100 видов! В зависимости от перехода времени, костюмы, в которых японские женщины великолепно окрашены в соответствие с такими ситуациями, как сезоны и фестивали, привлечены очень красивой и точной технологией рисования. Это действительно замечательное рабочее мастерствотак что вы можете продать его только за частями костюма. Для других частей, в дополнение к фону традиционных узоров, цветочных счетов, фейерверков и т. Д., Прически, аксессуары и предметы в обеих руках - это традиционные мероприятия, такие как Новый год,Setsubun, летний фестиваль и т. Д. Культура, которую Япония воспитывала независимо в Японии, конденсирована. Если вы посмотрите на каждую часть, вы можете изучить больше японской культуры, как учебник.и популярен среди зарубежных людей, и различные детали используются в различных частях. NFT с «книгой» имеет высокий уровень редкости из -за небольшого числа частей, и у него есть достоинство для работы за пределами областичасти</w:t>
      </w:r>
    </w:p>
    <w:p>
      <w:r>
        <w:t>Он также популярен как ПФП, такой как X (Twitter) и Discord, и многие семьи Японии DAO используют его.</w:t>
      </w:r>
    </w:p>
    <w:p>
      <w:r>
        <w:t>Представляя создателей Кагуры</w:t>
      </w:r>
    </w:p>
    <w:p>
      <w:r>
        <w:t>"Вкус и женщина"</w:t>
      </w:r>
    </w:p>
    <w:p>
      <w:r>
        <w:drawing>
          <wp:inline xmlns:a="http://schemas.openxmlformats.org/drawingml/2006/main" xmlns:pic="http://schemas.openxmlformats.org/drawingml/2006/picture">
            <wp:extent cx="3657600" cy="5154507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515450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3657600" cy="3583523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58352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Родился в Фукуоке, живет в Осаке и активен в качестве свободного иллюстратора с 2015 года. В ходе таких иллюстраций, как Айки Инасава, Айки Инасава, Юрихонжо, префектура Акиты, характер Желтая Сакура Суи и Vtuber USA Miriki.i AmeИз производства персонажей Moe, игр и персонажей NFT от многих компаний. У меня есть много наград в конкуренции персонажей.</w:t>
      </w:r>
    </w:p>
    <w:p>
      <w:r>
        <w:t>Профессионал со многими корпоративными проектами.Роль в региональном продвижении через персонажей, он глубоко знает историю японцев, а также является работой, которая имеет убедительную и изученную работу в Кагуре.</w:t>
      </w:r>
    </w:p>
    <w:p>
      <w:r>
        <w:drawing>
          <wp:inline xmlns:a="http://schemas.openxmlformats.org/drawingml/2006/main" xmlns:pic="http://schemas.openxmlformats.org/drawingml/2006/picture">
            <wp:extent cx="3657600" cy="5209516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520951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Образец, который часто используется в хакаме, ягасури, имеет пострадавшую схему и означает платить то же зло, что и сломанная стрелка. В добавлении стрелка летит прямо и не возвращается. В связи с характеристиками стрелы, онаГоворят, что в период Эдо, когда моя дочь вышла замуж, был обычай, который дал мне кимоно Ягасасури, который сказал: «Не возвращайся».</w:t>
      </w:r>
    </w:p>
    <w:p>
      <w:r>
        <w:drawing>
          <wp:inline xmlns:a="http://schemas.openxmlformats.org/drawingml/2006/main" xmlns:pic="http://schemas.openxmlformats.org/drawingml/2006/picture">
            <wp:extent cx="3657600" cy="4270917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27091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Миа</w:t>
      </w:r>
    </w:p>
    <w:p>
      <w:r>
        <w:t>https://lit.link/toujoumina</w:t>
      </w:r>
    </w:p>
    <w:p>
      <w:r>
        <w:t>"Yumeka"</w:t>
      </w:r>
    </w:p>
    <w:p>
      <w:r>
        <w:drawing>
          <wp:inline xmlns:a="http://schemas.openxmlformats.org/drawingml/2006/main" xmlns:pic="http://schemas.openxmlformats.org/drawingml/2006/picture">
            <wp:extent cx="3657600" cy="3629063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0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2906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Родился в префектуре Оиты в 2002 году. Муниципальные университетские университеты Китакюшу.Его собственное каллиграфическое искусство было поддержано 2,5 миллионами иен в распределении и поддерживается многими фанатами. У него есть результаты каллиграфии в Японии и за рубежом и основал совместную компанию в 2023 году.</w:t>
      </w:r>
    </w:p>
    <w:p>
      <w:r>
        <w:t>«Книга» души, которая сочетает в себе питание и силу, имеет японское сердце, а динамическое описание полна веселья и игривости. Книга и искусство объединяют их, чтобы сублимировать их в новое состояние, привлекать и дать жизненную силу.Персонаж, который выглядит красиво, ярким, любимым всеми. Live Distribution на Tiktok и Instagram, передача в космосе, использование искусственного интеллекта и однодневный менеджер баров, такой как менеджер бара, не может не поддержать его!</w:t>
      </w:r>
    </w:p>
    <w:p>
      <w:r>
        <w:drawing>
          <wp:inline xmlns:a="http://schemas.openxmlformats.org/drawingml/2006/main" xmlns:pic="http://schemas.openxmlformats.org/drawingml/2006/picture">
            <wp:extent cx="3657600" cy="3657600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Yumeka Link</w:t>
      </w:r>
    </w:p>
    <w:p>
      <w:r>
        <w:t>https://lit.link/mukyo</w:t>
      </w:r>
    </w:p>
    <w:p>
      <w:r>
        <w:t>краткое содержание</w:t>
      </w:r>
    </w:p>
    <w:p>
      <w:r>
        <w:t>Оглядываясь назад на рождение Кагуры, я могу признать «японскую культуру», которую японцы не знают или забыли, и осознать красоту Японии и великолепие японской культуры. Я могу представить день, когда IP былУкрепление и в ближайшем будущем будет принято в качестве учебных материалов в начальной школе! Может быть интересно разговаривать с людьми, близкими к японской культуре через Кагуру ♪</w:t>
      </w:r>
    </w:p>
    <w:p>
      <w:r>
        <w:t>В следующий раз предварительный просмотр</w:t>
      </w:r>
    </w:p>
    <w:p>
      <w:r>
        <w:t>Что такое Кагура?Vol.2 Kagura's Present and Future Vol.2, манга "Kagkomi", разработанная из Kagura nft.i, углубляет историю и персонажей.и анимация и будущие перспективы. «Иди в мир» все более и более активно для красивых девушек ♪ Пожалуйста, с нетерпением жду этого!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2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Если вы заинтересованы в Японии DAO, пожалуйста, следите за журналом «Япония Дао».</w:t>
      </w:r>
    </w:p>
    <w:p>
      <w:r>
        <w:t>Официальная учетная запись X: https: //twitter.com/japannftmuseum</w:t>
      </w:r>
    </w:p>
    <w:p>
      <w:r>
        <w:t>Официальный раздор: https://discord.com/invite/japandao</w:t>
      </w:r>
    </w:p>
    <w:p>
      <w:r>
        <w:t>Официальный Instagram: https: //www.instagram.com/japannftmuseum/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