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Не пропустите роскошные призы!Как установить уведомление о событии с Discord</w:t>
      </w:r>
    </w:p>
    <w:p>
      <w:r>
        <w:t>В начале</w:t>
      </w:r>
    </w:p>
    <w:p>
      <w:r>
        <w:t>Вы когда -нибудь забывали, думая об участии в интересном событии?Discord предоставляет функции событий, чтобы избежать таких ситуаций.На этот раз я представим, как использовать эту функцию, чтобы обеспечить участие в мероприятии и максимизировать вознаграждение.</w:t>
      </w:r>
    </w:p>
    <w:p>
      <w:r>
        <w:t>Какова функция события?</w:t>
      </w:r>
    </w:p>
    <w:p>
      <w:r>
        <w:t>Функция события Discord - это удобный инструмент, который позволяет легко управлять и участвовать.В частности, используя кнопку «интерес», вы автоматически получите уведомления в начале события и не должны беспокоиться о пропущенных важных событиях.Эта функция сделает участие в мероприятии плавно даже в напряженные дни, и в результате у вас будет возможность приобрести великолепные призы.</w:t>
      </w:r>
    </w:p>
    <w:p>
      <w:r>
        <w:t>Во что бы то ни стало, используйте эту удобную функцию, участвуйте во всех мероприятиях и используйте возможность получить роскошные призы.</w:t>
      </w:r>
    </w:p>
    <w:p>
      <w:r>
        <w:t>Метод настройки уведомления о событии</w:t>
      </w:r>
    </w:p>
    <w:p>
      <w:r>
        <w:t>Настройка уведомления о событиях очень просто, поэтому попробуйте установить на следующих шагах!</w:t>
      </w:r>
    </w:p>
    <w:p>
      <w:r>
        <w:t>① Выберите значок события в верхней внутренней части Discord</w:t>
      </w:r>
    </w:p>
    <w:p>
      <w:r>
        <w:t>② Выберите «Интерес» для отображаемого события</w:t>
      </w:r>
    </w:p>
    <w:p>
      <w:r>
        <w:t>③ Выберите диапазон события, которое вы хотите уведомить</w:t>
      </w:r>
    </w:p>
    <w:p>
      <w:r>
        <w:t>④ Настройка уведомления о событии завершена</w:t>
      </w:r>
    </w:p>
    <w:p>
      <w:r>
        <w:drawing>
          <wp:inline xmlns:a="http://schemas.openxmlformats.org/drawingml/2006/main" xmlns:pic="http://schemas.openxmlformats.org/drawingml/2006/picture">
            <wp:extent cx="3657600" cy="30661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Как добавить событие в календарь (возможно только ПК)</w:t>
      </w:r>
    </w:p>
    <w:p>
      <w:r>
        <w:t>Объясняет, как добавить уведомления о событиях в календарь Google.(Только ПК может быть добавлен в календарь. Он не может быть установлен с смартфоном)</w:t>
      </w:r>
    </w:p>
    <w:p>
      <w:r>
        <w:t>① Откройте мероприятие в верхней части Discord</w:t>
      </w:r>
    </w:p>
    <w:p>
      <w:r>
        <w:drawing>
          <wp:inline xmlns:a="http://schemas.openxmlformats.org/drawingml/2006/main" xmlns:pic="http://schemas.openxmlformats.org/drawingml/2006/picture">
            <wp:extent cx="3657600" cy="42029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029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② Нажмите «...» для мероприятия</w:t>
      </w:r>
    </w:p>
    <w:p>
      <w:r>
        <w:drawing>
          <wp:inline xmlns:a="http://schemas.openxmlformats.org/drawingml/2006/main" xmlns:pic="http://schemas.openxmlformats.org/drawingml/2006/picture">
            <wp:extent cx="3657600" cy="39180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 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180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Добавить календарь ⇒ Выберите добавление в календарь Google</w:t>
      </w:r>
    </w:p>
    <w:p>
      <w:r>
        <w:drawing>
          <wp:inline xmlns:a="http://schemas.openxmlformats.org/drawingml/2006/main" xmlns:pic="http://schemas.openxmlformats.org/drawingml/2006/picture">
            <wp:extent cx="3657600" cy="30893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93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Поскольку расписание автоматически введено, нажмите «Сохранить»</w:t>
      </w:r>
    </w:p>
    <w:p>
      <w:r>
        <w:drawing>
          <wp:inline xmlns:a="http://schemas.openxmlformats.org/drawingml/2006/main" xmlns:pic="http://schemas.openxmlformats.org/drawingml/2006/picture">
            <wp:extent cx="3657600" cy="192825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82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Событие добавлено в календарь Google</w:t>
      </w:r>
    </w:p>
    <w:p>
      <w:r>
        <w:drawing>
          <wp:inline xmlns:a="http://schemas.openxmlformats.org/drawingml/2006/main" xmlns:pic="http://schemas.openxmlformats.org/drawingml/2006/picture">
            <wp:extent cx="3657600" cy="217614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761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краткое содержание</w:t>
      </w:r>
    </w:p>
    <w:p>
      <w:r>
        <w:t>Если вы используете функцию события Discord, вы не пропустите уведомления о важных мероприятиях, и вы значительно улучшите свой шанс получить роскошный приз.Процедура настройки очень проста и завершена с некоторыми простыми шагами.Используйте эту полезную функцию, чтобы активно участвовать в следующем событии и насладиться полноценными мероприятиями в сообществе.</w:t>
      </w:r>
    </w:p>
    <w:p>
      <w:r>
        <w:t>Если вы заинтересованы в Японии DAO, пожалуйста, следите за журналом «Япония Дао».</w:t>
      </w:r>
    </w:p>
    <w:p>
      <w:r>
        <w:t>Официальная учетная запись X: https: //twitter.com/japannftmuseum</w:t>
      </w:r>
    </w:p>
    <w:p>
      <w:r>
        <w:t>Официальное разногласия: https: //discourd.com/invite/japandao</w:t>
      </w:r>
    </w:p>
    <w:p>
      <w:r>
        <w:t>Официальный Instagram: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