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Сначала проект Mint (SBT)! Amato X CNP Collaboration Limited NFT !! (Крайний срок подачи заявок 5/19 23:59)</w:t>
      </w:r>
    </w:p>
    <w:p>
      <w:r>
        <w:t>Привет, эта семья Япония Дао!</w:t>
      </w:r>
    </w:p>
    <w:p>
      <w:r>
        <w:t>Возможно, вы уже видели это, но был объявлен первый монетный двор SBT. На этот раз это ограниченное NFT из -за сотрудничества AMATO и CNP как память о том, что Япония Дао стала официальным спонсором CNP.</w:t>
      </w:r>
    </w:p>
    <w:p>
      <w:r>
        <w:t>Существует множество способов получить ограниченную NFT Collaboration и секретную информацию, чем раздел «Решение».</w:t>
      </w:r>
    </w:p>
    <w:p>
      <w:r>
        <w:t>Пожалуйста, прочитайте эту статью до конца и не пропустите всю информацию!</w:t>
      </w:r>
    </w:p>
    <w:p>
      <w:r>
        <w:t>▼ Нажмите здесь для больших новостей ▼</w:t>
      </w:r>
    </w:p>
    <w:p>
      <w:r>
        <w:t>Японский музей NFT Japan Dao будет официальным спонсором ведущего японского бренда NFT "CNP"! Amato X CNP Limited Collaboration NFT распределяется бесплатно! Начните новое сотрудничество для социальной реализации Web3 Нажмите здесь для получения подробной информации о подарках NFT</w:t>
      </w:r>
    </w:p>
    <w:p>
      <w:r>
        <w:t>https://twitter.com/japandaojp/status/1788083040377536639</w:t>
      </w:r>
    </w:p>
    <w:p>
      <w:r>
        <w:t>Pr Times</w:t>
      </w:r>
    </w:p>
    <w:p>
      <w:r>
        <w:t>https://prtimes.jp/main/html/rd/p/000000006.000134601.html</w:t>
      </w:r>
    </w:p>
    <w:p>
      <w:r>
        <w:t>Обзор</w:t>
      </w:r>
    </w:p>
    <w:p>
      <w:r>
        <w:t>Эта новость о официальном спонсоре популярного проекта NFT "CNP (Cryptoninja Partne)", управляемого Japan Dao Co., Ltd.to, чтобы отметить это, AMATO и CNP Limited Collaboration NFT будут предоставлены всем заявителям с Friming (бесплатно).</w:t>
      </w:r>
    </w:p>
    <w:p>
      <w:r>
        <w:t>Кроме того, это партнерство не ограничивается справедливым сотрудничеством, и Япония Дао работала вместе с CNP и передает традиционные исполнительские искусства и региональные культуры в мир как цифровые активы под основной темой «Цифровая традиция японской культуры».Анкет</w:t>
      </w:r>
    </w:p>
    <w:p>
      <w:r>
        <w:drawing>
          <wp:inline xmlns:a="http://schemas.openxmlformats.org/drawingml/2006/main" xmlns:pic="http://schemas.openxmlformats.org/drawingml/2006/picture">
            <wp:extent cx="3657600" cy="199505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5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 CNP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CNP (Cryptoninja Partners) - это вторичный творческий проект Cryptoninja, бренд персонажа с темой ниндзя. CNP выпустил 22 222 NFT в мае 2022 года, а более 5300 держателей владеют CNP NFT.</w:t>
      </w:r>
    </w:p>
    <w:p>
      <w:r>
        <w:t>CNP предлагает глубокое участие участников благодаря «знанию, прикосновениям и испытанию». В частности, мы продолжаем разрабатывать различные предприятия за пределами NFT, такие как бесплатная игра смартфона "CNP Bernin Wars", уплата налога в родном городе "Hometown CNP"и разработка приложений владельцев NFT.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Официальный сайт CNP</w:t>
      </w:r>
    </w:p>
    <w:p>
      <w:r>
        <w:t>https://www.cryptoninja-partners.xyz/</w:t>
      </w:r>
    </w:p>
    <w:p>
      <w:r>
        <w:t>Об Амато</w:t>
      </w:r>
    </w:p>
    <w:p>
      <w:r>
        <w:t>«Amato» - первый персонаж -бренд Японии DAO, родившийся из Музея искусств NFT, и является проектом NFT на тему «Samurai». В 2022 году 5555 очков были выпущены на сети Ethereum, не только сКрасный и белый символический японский флаг японских флагов были окрашены повсюду, но также и для каждой части, «самурай», который чрезвычайно популярен за рубежом. В дополнение к костюмам и оружию, вдохновленным ниндзями, есть много забавных комбинаций, уникальных для пельменов,Пельмени, арбуз, мыльные пузыри и милое сопровождение.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* Если вы хотите узнать больше информации об Амато, см. Подробную статью, предоставленную Японией Дао.</w:t>
      </w:r>
    </w:p>
    <w:p>
      <w:r>
        <w:t>Том 1 "Амато рождение"</w:t>
      </w:r>
    </w:p>
    <w:p>
      <w:r>
        <w:t>https://note.com/japandaosolution/n/n90351d7bb368</w:t>
      </w:r>
    </w:p>
    <w:p>
      <w:r>
        <w:t>Том 2 "Движение и будущее Амато"</w:t>
      </w:r>
    </w:p>
    <w:p>
      <w:r>
        <w:t>https://note.com/japandaosolution/n/n02ce3453e5ba</w:t>
      </w:r>
    </w:p>
    <w:p>
      <w:r>
        <w:t>NFT Mint Информация</w:t>
      </w:r>
    </w:p>
    <w:p>
      <w:r>
        <w:t>Период найма (период заявки на родину)</w:t>
      </w:r>
    </w:p>
    <w:p>
      <w:r>
        <w:t>2024/05/08 до 2024/05/19 23:59</w:t>
      </w:r>
    </w:p>
    <w:p>
      <w:r>
        <w:t>День мяты</w:t>
      </w:r>
    </w:p>
    <w:p>
      <w:r>
        <w:t>Запланировано 25 мая 2024 года</w:t>
      </w:r>
    </w:p>
    <w:p>
      <w:r>
        <w:t>цена</w:t>
      </w:r>
    </w:p>
    <w:p>
      <w:r>
        <w:t>Бесплатная мята (бесплатно)</w:t>
      </w:r>
    </w:p>
    <w:p>
      <w:r>
        <w:t>цепь</w:t>
      </w:r>
    </w:p>
    <w:p>
      <w:r>
        <w:t>Полигон (SBT)</w:t>
      </w:r>
    </w:p>
    <w:p>
      <w:r>
        <w:t>* SBT: токен Soul Bound NFT не может быть обменен или переведен</w:t>
      </w:r>
    </w:p>
    <w:p>
      <w:r>
        <w:t>Газовая плата</w:t>
      </w:r>
    </w:p>
    <w:p>
      <w:r>
        <w:t>бесплатно</w:t>
      </w:r>
    </w:p>
    <w:p>
      <w:r>
        <w:drawing>
          <wp:inline xmlns:a="http://schemas.openxmlformats.org/drawingml/2006/main" xmlns:pic="http://schemas.openxmlformats.org/drawingml/2006/picture">
            <wp:extent cx="3657600" cy="211189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118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Метод применения</w:t>
      </w:r>
    </w:p>
    <w:p>
      <w:r>
        <w:t>1. Приходите на специальный сайт</w:t>
      </w:r>
    </w:p>
    <w:p>
      <w:r>
        <w:t>Специальный сайт отсюда ▼</w:t>
      </w:r>
    </w:p>
    <w:p>
      <w:r>
        <w:t>https://japandao.jp/amato-cnp</w:t>
      </w:r>
    </w:p>
    <w:p>
      <w:r>
        <w:drawing>
          <wp:inline xmlns:a="http://schemas.openxmlformats.org/drawingml/2006/main" xmlns:pic="http://schemas.openxmlformats.org/drawingml/2006/picture">
            <wp:extent cx="3657600" cy="242736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73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Приложение</w:t>
      </w:r>
    </w:p>
    <w:p>
      <w:r>
        <w:drawing>
          <wp:inline xmlns:a="http://schemas.openxmlformats.org/drawingml/2006/main" xmlns:pic="http://schemas.openxmlformats.org/drawingml/2006/picture">
            <wp:extent cx="3657600" cy="1902514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25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Если вы не знаете, как подать заявку на Pemint, используйте ссылку ниже, поэтому, пожалуйста, используйте ее.</w:t>
      </w:r>
    </w:p>
    <w:p>
      <w:r>
        <w:t>https://note.com/japandaosolution/n/nd3b194382857</w:t>
      </w:r>
    </w:p>
    <w:p>
      <w:r>
        <w:t>MAL секретная информация из раздела решения ❗</w:t>
      </w:r>
    </w:p>
    <w:p>
      <w:r>
        <w:t>1. Соберите все виды SBT и иметь что -то хорошее для людей ??</w:t>
      </w:r>
    </w:p>
    <w:p>
      <w:r>
        <w:t>Согласно сообщению от Daruman (@daruman_jp), кажется, есть что -то особенное для тех, кто собрал все сотрудничество SBT.at на этом этапе, SBT выпустит четыре работы, все из которых могут быть получены бесплатно.все!</w:t>
      </w:r>
    </w:p>
    <w:p>
      <w:r>
        <w:t>https://t.co/UTUjvyMpES</w:t>
      </w:r>
    </w:p>
    <w:p>
      <w:r>
        <w:t>2. Секретная история сотрудничества Секретная история</w:t>
      </w:r>
    </w:p>
    <w:p>
      <w:r>
        <w:t>Это сотрудничество SBT изображает Лили Лили с нарядом ниндзя из NFT «CNP», принадлежащей Японии Дао, но причина, по которой Ли Ли был выбран в качестве персонажа, был редакционный отдел Музея Японии.Персонаж в CNP, и он очень сочетается с Амато -кун, который носит ниндзя.</w:t>
      </w:r>
    </w:p>
    <w:p>
      <w:r>
        <w:t>На этот раз г -н Акитсу (@akitu08), который работал над «Амато», отвечал.Akitsu - прекрасная работа в сотрудничестве без чувства несоответствия, объединяя характер CNP в мировоззрение на Амато с его высокими техническими навыками.</w:t>
      </w:r>
    </w:p>
    <w:p>
      <w:r>
        <w:t>Кроме того, есть история, которую Akitsu любит пельмени для использования пельмени для иллюстраций. В дополнении, пельмени используются в качестве деталей как в коллекциях CNP, так и в коллекциях AMATO NFT.</w:t>
      </w:r>
    </w:p>
    <w:p>
      <w:r>
        <w:drawing>
          <wp:inline xmlns:a="http://schemas.openxmlformats.org/drawingml/2006/main" xmlns:pic="http://schemas.openxmlformats.org/drawingml/2006/picture">
            <wp:extent cx="3657600" cy="1666889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668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краткое содержание</w:t>
      </w:r>
    </w:p>
    <w:p>
      <w:r>
        <w:t>В этой статье мы представили ограниченный проект Mint Free NFT от Amato и CNP, который будет посвящен, чтобы отметить Японию DAO в качестве официального спонсора «CNP (Cryptoninja Partners)».</w:t>
      </w:r>
    </w:p>
    <w:p>
      <w:r>
        <w:t>Он также включает в себя обзор мероприятия, как участвовать, и специальная информация. SBT доступна бесплатно, поэтому обязательно получите все типы по этому случаю.</w:t>
      </w:r>
    </w:p>
    <w:p>
      <w:r>
        <w:t>Если у вас есть какие -либо вопросы, пожалуйста, не стесняйтесь обращаться к нам в комментарии или на канале Dao Discord в Японии.</w:t>
      </w:r>
    </w:p>
    <w:p>
      <w:r>
        <w:t>Если вы заинтересованы в Японии DAO, пожалуйста, следите за журналом «Япония Дао».</w:t>
      </w:r>
    </w:p>
    <w:p>
      <w:r>
        <w:t>Официальная учетная запись X: https: //twitter.com/japannftmuseum</w:t>
      </w:r>
    </w:p>
    <w:p>
      <w:r>
        <w:t>Официальный раздор: https://discord.com/invite/japandao</w:t>
      </w:r>
    </w:p>
    <w:p>
      <w:r>
        <w:t>Официальный Instagram: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