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Obtenha prêmio! Como aproveitar e capturar Rumble !!</w:t>
      </w:r>
    </w:p>
    <w:p>
      <w:r>
        <w:t>Olá a todos na família SP ☆</w:t>
      </w:r>
    </w:p>
    <w:p>
      <w:r>
        <w:t>Depois de participar da comunidade Smart Pocket Discord, você geralmente verá o evento semanal "Rumble". Este artigo apresenta como tocar, progresso e a emoção de Rumble.</w:t>
      </w:r>
    </w:p>
    <w:p>
      <w:r>
        <w:t>No inicio</w:t>
      </w:r>
    </w:p>
    <w:p>
      <w:r>
        <w:t>Participar da comunidade Discord permite que você interaja com outros membros e obtenha as informações mais recentes. Isso facilita o entendimento dos pensamentos e visões da comunidade.</w:t>
      </w:r>
    </w:p>
    <w:p>
      <w:r>
        <w:t>Na comunidade Smart Pocket, várias atividades são realizadas com frequência. Um mini -jogo Rumble particularmente popular é um jogo interativo em que os participantes competem no jogo.</w:t>
      </w:r>
    </w:p>
    <w:p>
      <w:r>
        <w:t>O Mini -Game Rumble é automaticamente avançado pelo sistema e o vencedor é determinado após cada jogo. O vencedor ganhará prêmios e a diversão do jogo aumentará. Isso aumentará a comunidade animada e promoverá a participação ativa dos membros.</w:t>
      </w:r>
    </w:p>
    <w:p>
      <w:r>
        <w:t>Visão geral do Rumble</w:t>
      </w:r>
    </w:p>
    <w:p>
      <w:r>
        <w:t>1. Place de tempo e implementação</w:t>
      </w:r>
    </w:p>
    <w:p>
      <w:r>
        <w:t>Hora: todos os sábados, domingo 23:00 (horário do Japão) * No entanto, o tempo do evento pode ser alterado, por isso, verifique o anúncio mais recente.</w:t>
      </w:r>
    </w:p>
    <w:p>
      <w:r>
        <w:t>Localização da implementação: faça -o no canal "Rumble" no servidor Smart Pocket.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Se você não sabe como participar do servidor de bolso inteligente, consulte o artigo a seguir.</w:t>
      </w:r>
    </w:p>
    <w:p>
      <w:r>
        <w:t>https://note.com/japandaosolution/n/na503f2c4d60a</w:t>
      </w:r>
    </w:p>
    <w:p>
      <w:r>
        <w:t>2. Gerenciamento de eventos por calendário</w:t>
      </w:r>
    </w:p>
    <w:p>
      <w:r>
        <w:t>Você pode usar a função do calendário no servidor para verificar a data e a hora do evento ou defini -lo de acordo com sua programação.</w:t>
      </w:r>
    </w:p>
    <w:p>
      <w:r>
        <w:t>Consulte o artigo a seguir para obter métodos de pesquisa e configuração para o calendário.</w:t>
      </w:r>
    </w:p>
    <w:p>
      <w:r>
        <w:t>https://note.com/japandaosolution/n/n85b46f0e70f2</w:t>
      </w:r>
    </w:p>
    <w:p>
      <w:r>
        <w:t>3. Rumble Event</w:t>
      </w:r>
    </w:p>
    <w:p>
      <w:r>
        <w:t>Rumble tem quatro jogos e cada jogo tem um vencedor (a partida é automaticamente prosseguida pelo sistema).</w:t>
      </w:r>
    </w:p>
    <w:p>
      <w:r>
        <w:t>4. Método de participação Rumble</w:t>
      </w:r>
    </w:p>
    <w:p>
      <w:r>
        <w:t>Pressione "⚔️emoji" em "Rumble Royale" para concluir a qualificação da participação na partida. Se a página fluir antes do início da partida, você pode pressionar "Jump!"Ou "#⚔️Rumble" para retornar.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Rumble Match</w:t>
      </w:r>
    </w:p>
    <w:p>
      <w:r>
        <w:t>1. Antes do início da partida</w:t>
      </w:r>
    </w:p>
    <w:p>
      <w:r>
        <w:t>Antes do início da partida, as seguintes informações são exibidas.</w:t>
      </w:r>
    </w:p>
    <w:p>
      <w:r>
        <w:t>① Número de participantes</w:t>
      </w:r>
    </w:p>
    <w:p>
      <w:r>
        <w:t>② Idade (clássico)</w:t>
      </w:r>
    </w:p>
    <w:p>
      <w:r>
        <w:t>③ Prêmio em dinheiro</w:t>
      </w:r>
    </w:p>
    <w:p>
      <w:r>
        <w:t>④ Cada bônus de derrota, etc.</w:t>
      </w:r>
    </w:p>
    <w:p>
      <w:r>
        <w:t>Quando o dinheiro do prêmio atingir o valor alvo, você será o vencedor da partida.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Informações sobre competição</w:t>
      </w:r>
    </w:p>
    <w:p>
      <w:r>
        <w:t>As informações de correspondência de cada rodada são explicadas em inglês, mas você pode identificá -las com um ícone sem entender o inglês. O conteúdo do ícone é o seguinte.</w:t>
      </w:r>
    </w:p>
    <w:p>
      <w:r>
        <w:t>① Derrote seu oponente (a derrota é exibida em uma linha de cancelamento) ou descubra e crie armas</w:t>
      </w:r>
    </w:p>
    <w:p>
      <w:r>
        <w:t>② enfrentar uma situação forte</w:t>
      </w:r>
    </w:p>
    <w:p>
      <w:r>
        <w:t>③ Descubra conchas</w:t>
      </w:r>
    </w:p>
    <w:p>
      <w:r>
        <w:t>④ Indica a morte (exibida na linha de cancelamento)</w:t>
      </w:r>
    </w:p>
    <w:p>
      <w:r>
        <w:t>⑤ Ressurreição</w:t>
      </w:r>
    </w:p>
    <w:p>
      <w:r>
        <w:t>* O número restante de jogadores (jogadores à esquerda) é exibido na parte inferior.</w:t>
      </w:r>
    </w:p>
    <w:p>
      <w:r>
        <w:t>Verifique as informações da correspondência e veja se você está sobrevivendo.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3. Eventos na rodada</w:t>
      </w:r>
    </w:p>
    <w:p>
      <w:r>
        <w:t>Dependendo da rodada, desastres (terremotos, gás tóxico, explosão nuclear, seqüestro alienígena, tempestades etc.) podem ocorrer, e alguns jogadores podem morrer.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Também existem rodadas onde ocorrem bons eventos, como ressurreição e caça de conchas.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Após a rodada da partida termina</w:t>
      </w:r>
    </w:p>
    <w:p>
      <w:r>
        <w:t>O sistema anunciará o vencedor da partida.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Sobre o prêmio vencedor</w:t>
      </w:r>
    </w:p>
    <w:p>
      <w:r>
        <w:t>Os seguintes prêmios serão concedidos para os produtos do vencedor.</w:t>
      </w:r>
    </w:p>
    <w:p>
      <w:r>
        <w:t>* Você precisa enviar um endereço de carteira; portanto, verifique as notas na próxima seção!</w:t>
      </w:r>
    </w:p>
    <w:p>
      <w:r>
        <w:t>・ 500SP Point (2 pessoas)</w:t>
      </w:r>
    </w:p>
    <w:p>
      <w:r>
        <w:t>・ 10USDT (2)</w:t>
      </w:r>
    </w:p>
    <w:p>
      <w:r>
        <w:t>No final do evento, uma lista de todos os vencedores será anunciada.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* Os prêmios especiais podem ser adicionados nos feriados. Por exemplo, na última semana da semana dourada em 2024, um prêmio de 20 -USDT foi adicionado à quinta partida.</w:t>
      </w:r>
    </w:p>
    <w:p>
      <w:r>
        <w:t>Notas</w:t>
      </w:r>
    </w:p>
    <w:p>
      <w:r>
        <w:t>1. Os vencedores devem enviar um endereço de carteira aos apoiadores dentro de uma semana.</w:t>
      </w:r>
    </w:p>
    <w:p>
      <w:r>
        <w:t>2. Os vencedores dos pontos da SP devem fazer login no Smart Pocket com o endereço da carteira enviado.</w:t>
      </w:r>
    </w:p>
    <w:p>
      <w:r>
        <w:t>3.10 Os vencedores do USDT precisam enviar um endereço de carteira com base nos padrões do USDT Token.</w:t>
      </w:r>
    </w:p>
    <w:p>
      <w:r>
        <w:t>4. Depois que todos os endereços da carteira dos vencedores são coletados, os prêmios são enviados de uma só vez.</w:t>
      </w:r>
    </w:p>
    <w:p>
      <w:r>
        <w:t>Atmosfera na comunidade</w:t>
      </w:r>
    </w:p>
    <w:p>
      <w:r>
        <w:t>Rumble não é apenas uma participação na partida, mas também um local para colocar comentários e selos.* Os comentários são o modo lento que podem ser publicados apenas uma vez a cada 30 segundos.</w:t>
      </w:r>
    </w:p>
    <w:p>
      <w:r>
        <w:t>・ Um aviso pode ser feito antes da partida. As informações importantes são compartilhadas.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Qualquer um pode postar comentários livremente e não há limite de linguagem.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Quando o vencedor da partida for lançado, todos enviarão um comentário de celebração.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resumo</w:t>
      </w:r>
    </w:p>
    <w:p>
      <w:r>
        <w:t>A comunidade Smart Pocket realizará um mini -jogo Rumble todo fim de semana.O jogo. Depois da partida, os resultados e o vencedor serão anunciados, e você poderá ficar empolgado com outras pessoas nos comentários. Se você estiver interessado, participe e aproveite com todos!</w:t>
      </w:r>
    </w:p>
    <w:p>
      <w:r>
        <w:t>Se você estiver interessado no seu Smart Pocket, siga a conta Official X com a "Magazine SMAPKE".</w:t>
      </w:r>
    </w:p>
    <w:p>
      <w:r>
        <w:t>Conta x oficial: https: //twitter.com/smapocket</w:t>
      </w:r>
    </w:p>
    <w:p>
      <w:r>
        <w:t>Discord oficial: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