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Manual premint ~ tesouro está esperando ~</w:t>
      </w:r>
    </w:p>
    <w:p>
      <w:r>
        <w:t>Em abril de 2024, o Japão Dao anunciou um anúncio extraordinário de que o CNP (Cryptoninja Partners) será o patrocinador oficial! Imediatamente, um planejamento de festivais que pode obter o tesouro NFT (SBT) com uma hortelã de pulga, agora é chamado de "Frrimin Festival"!No entanto, a barreira aqui é "premint". Esta ferramenta, que também é adotada pela distribuição de Al, é honestamente difícil de entender.Mesmo se você acha que leva tempo, você pode ler este artigo e ter muitas oportunidades. Espero que você possa colocá -lo nele.Eu uso a imagem da captura de tela quando realmente me inscrevi, então use -a de uma maneira fácil para entender para iniciantes.</w:t>
      </w:r>
    </w:p>
    <w:p>
      <w:r>
        <w:t>Ⅰ.O que é premint?</w:t>
      </w:r>
    </w:p>
    <w:p>
      <w:r>
        <w:t>・ Quando o projeto da NFT emite uma nova NFT, uma ferramenta para promover suavemente a aplicação e o gerenciamento da AL (compra prioritária). ・ Premists apoiará o operador do projeto NFT e o apoiará se há alguma fraude e uma loteria justa. ・ MuitosProjetos famosos no Japão e no exterior são adotados. ・ Recentemente, ele foi usado para aplicações de AL para hortelã gratuita e airdrop. ・ A participação da loteria é gratuita e Al etc. pode ser aplicado em etapas simples.</w:t>
      </w:r>
    </w:p>
    <w:p>
      <w:r>
        <w:t>Ii.Preparação antes de se candidatar à Premnt</w:t>
      </w:r>
    </w:p>
    <w:p>
      <w:r>
        <w:t>O que você precisa no Premint é o seguinte.</w:t>
      </w:r>
    </w:p>
    <w:p>
      <w:r>
        <w:t>・ Carteira (Metamask)</w:t>
      </w:r>
    </w:p>
    <w:p>
      <w:r>
        <w:t>・ Conta Discord</w:t>
      </w:r>
    </w:p>
    <w:p>
      <w:r>
        <w:t>・ X (Twitter) Conta</w:t>
      </w:r>
    </w:p>
    <w:p>
      <w:r>
        <w:t>Ⅲ.Fluxo de aplicação premint</w:t>
      </w:r>
    </w:p>
    <w:p>
      <w:r>
        <w:t>Passo 1</w:t>
      </w:r>
    </w:p>
    <w:p>
      <w:r>
        <w:t>Registre a carteira (meta -máscara) na premint</w:t>
      </w:r>
    </w:p>
    <w:p>
      <w:r>
        <w:t>Passo 2</w:t>
      </w:r>
    </w:p>
    <w:p>
      <w:r>
        <w:t>Trabalhe com a conta X (Twitter) e a conta de discórdia com a Premnt</w:t>
      </w:r>
    </w:p>
    <w:p>
      <w:r>
        <w:t>etapa 3</w:t>
      </w:r>
    </w:p>
    <w:p>
      <w:r>
        <w:t>Inscreva -se à Premnt</w:t>
      </w:r>
    </w:p>
    <w:p>
      <w:r>
        <w:t>Ⅳ.Vamos aplicar com premint</w:t>
      </w:r>
    </w:p>
    <w:p>
      <w:r>
        <w:t>1. Aplique no PC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Clique no link para ser elegível para X (Twitter) e faça o login.</w:t>
      </w:r>
    </w:p>
    <w:p>
      <w:r>
        <w:t>② Pressione "Login para registrar".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Selecione a carteira e insira a senha.</w:t>
      </w:r>
    </w:p>
    <w:p>
      <w:r>
        <w:t>④ Assine e conecte a carteira.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Verifique se as condições de participação da estrutura vermelha superior são cumpridas e pressione "Clique para se registrar".</w:t>
      </w:r>
    </w:p>
    <w:p>
      <w:r>
        <w:t>⑥ O aplicativo é concluído com esta notação!</w:t>
      </w:r>
    </w:p>
    <w:p>
      <w:r>
        <w:t>Tudo o que você precisa fazer é esperar pelo anúncio vencedor.</w:t>
      </w:r>
    </w:p>
    <w:p>
      <w:r>
        <w:t>* A configuração de notificação vencedora tem uma imagem na parte inferior</w:t>
      </w:r>
    </w:p>
    <w:p>
      <w:r>
        <w:t>2. Aplique em um smartphone</w:t>
      </w:r>
    </w:p>
    <w:p>
      <w:r>
        <w:t>* Em muitos casos, o login direto de vários links não ocorre sem problemas em smartphones, então explicarei como fazer login no navegador Meta Mask recomendado pelo Japão DAO.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Copie o link de destino do X (Twitter), etc., e abra o Metamask.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Abra o navegador Meta Mask, cole o link copiado e faça login.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Pressione "Faça login para se registrar" para selecionar uma carteira.enter a senha, assinar e conectar a carteira.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Verifique se as condições de participação da estrutura vermelha superior foram cumpridas e pressione "Clique para se registrar".</w:t>
      </w:r>
    </w:p>
    <w:p>
      <w:r>
        <w:t>・ O aplicativo é concluído com esta notação!</w:t>
      </w:r>
    </w:p>
    <w:p>
      <w:r>
        <w:t>Tudo o que você precisa fazer é esperar pelo anúncio vencedor.</w:t>
      </w:r>
    </w:p>
    <w:p>
      <w:r>
        <w:t>* A configuração de notificação vencedora tem uma imagem na parte inferior</w:t>
      </w:r>
    </w:p>
    <w:p>
      <w:r>
        <w:t>Ⅴ.Várias configurações premint</w:t>
      </w:r>
    </w:p>
    <w:p>
      <w:r>
        <w:t>1. Cooperação com SNS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Você pode verificar o status de ligação do SNS e definir várias configurações do "perfil" na Premnt</w:t>
      </w:r>
    </w:p>
    <w:p>
      <w:r>
        <w:t>・ Como é necessário como tarefa, é necessário cooperar com X (Twitter) e Discord.</w:t>
      </w:r>
    </w:p>
    <w:p>
      <w:r>
        <w:t>* É necessário criar uma conta de x (twitter) e discórdia com antecedência</w:t>
      </w:r>
    </w:p>
    <w:p>
      <w:r>
        <w:t>O projeto é obrigado a vincular as contas X (Twitter) e a Discord como uma das tarefas para o Premint Application. É bom criar várias contas antecipadamente e vincular a Premnt.</w:t>
      </w:r>
    </w:p>
    <w:p>
      <w:r>
        <w:t>2. Configuração de notificação vencedora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 função de notificação é uma função muito útil. É bom definir com antecedência para que o aplicativo seja concluído corretamente, mas você não conhece ou não estará ciente da vitória e não chegará ao dia da hortelã.</w:t>
      </w:r>
    </w:p>
    <w:p>
      <w:r>
        <w:t>Ⅵ.Resumo</w:t>
      </w:r>
    </w:p>
    <w:p>
      <w:r>
        <w:t>Desta vez, resumi o premint.ence você conhece o procedimento e se registra uma vez, pode se inscrever facilmente no futuro! Premint é uma janela importante que leva a lucros antecessores, como Al, Fleimint e Airdrop de Projetos Famosos.PrAnte e tenha uma grande chance juntos.</w:t>
      </w:r>
    </w:p>
    <w:p>
      <w:r>
        <w:t>Se você estiver interessado no Japão DAO, siga e esquie para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