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Como fazer Metamask</w:t>
      </w:r>
    </w:p>
    <w:p>
      <w:r>
        <w:t>Neste artigo, introduziremos "procedimento para criar meta máscaras".</w:t>
      </w:r>
    </w:p>
    <w:p>
      <w:r>
        <w:t>Você pode criar facilmente um Metamask lendo o artigo.</w:t>
      </w:r>
    </w:p>
    <w:p>
      <w:r>
        <w:t>Você pode ler este artigo em 5 minutos!</w:t>
      </w:r>
    </w:p>
    <w:p>
      <w:r>
        <w:t>O que é um Metamask?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Metamask é uma imagem como uma "carteira digital". Com essa carteira, você pode armazenar e usar com segurança dinheiro digital e itens especiais.</w:t>
      </w:r>
    </w:p>
    <w:p>
      <w:r>
        <w:t>É suportado por muitos usuários e pode ser usado com segurança e eficiência como ponto de acesso para ativos digitais.</w:t>
      </w:r>
    </w:p>
    <w:p>
      <w:r>
        <w:t>[Smartphone] Procedimento de criação de metamask</w:t>
      </w:r>
    </w:p>
    <w:p>
      <w:r>
        <w:t>① Baixe o aplicativo "Metamask"</w:t>
      </w:r>
    </w:p>
    <w:p>
      <w:r>
        <w:t>② Toque em "Start"</w:t>
      </w:r>
    </w:p>
    <w:p>
      <w:r>
        <w:t>③ Toque em "Crie uma nova carteira"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Verifique o conteúdo e toque em "eu concordo"</w:t>
      </w:r>
    </w:p>
    <w:p>
      <w:r>
        <w:t>⑤ Verifique os termos e toque em "Concordo"</w:t>
      </w:r>
    </w:p>
    <w:p>
      <w:r>
        <w:t>⑥ Digite a senha e toque em “Criar senha”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Toque em "Start"</w:t>
      </w:r>
    </w:p>
    <w:p>
      <w:r>
        <w:t>⑧ Toque em "Start"</w:t>
      </w:r>
    </w:p>
    <w:p>
      <w:r>
        <w:t>⑨ Digite a senha e toque em "Confirmar"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Toque em "Display" para exibir uma frase de recuperação secreta</w:t>
      </w:r>
    </w:p>
    <w:p>
      <w:r>
        <w:t>※importante</w:t>
      </w:r>
    </w:p>
    <w:p>
      <w:r>
        <w:t>Você nunca deve contar a ninguém sobre a frase de recuperação secreta.</w:t>
      </w:r>
    </w:p>
    <w:p>
      <w:r>
        <w:t>Anote as palavras exibidas em ordem e mantenha -as em um local seguro.</w:t>
      </w:r>
    </w:p>
    <w:p>
      <w:r>
        <w:t>⑪ Selecione uma frase de recuperação secreta em ordem ⑫ Criação de carteira concluída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Procedimento de criação de metamask</w:t>
      </w:r>
    </w:p>
    <w:p>
      <w:r>
        <w:t>Primeiro, vamos ao site oficial de Metamask.</w:t>
      </w:r>
    </w:p>
    <w:p>
      <w:r>
        <w:t>O Metamask é falso, por isso certifique -se de baixá -lo do URL correto (o link URL acima é seguro)</w:t>
      </w:r>
    </w:p>
    <w:p>
      <w:r>
        <w:t>① Clique em "Download" na parte inferior esquerda da tela</w:t>
      </w:r>
    </w:p>
    <w:p>
      <w:r>
        <w:t>② Clique em "Get"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Clique em "Adicionar extensões"</w:t>
      </w:r>
    </w:p>
    <w:p>
      <w:r>
        <w:t>④ Verifique os termos de uso e verifique a caixa de seleção.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Verifique o conteúdo e clique em "Eu concordo"</w:t>
      </w:r>
    </w:p>
    <w:p>
      <w:r>
        <w:t>⑥ Digite a senha e clique em "Criar uma nova carteira"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Clique em "Garantir a segurança da carteira"</w:t>
      </w:r>
    </w:p>
    <w:p>
      <w:r>
        <w:t>⑧ Clique em "Publicar a frase de recuperação secreta"</w:t>
      </w:r>
    </w:p>
    <w:p>
      <w:r>
        <w:t>※importante</w:t>
      </w:r>
    </w:p>
    <w:p>
      <w:r>
        <w:t>Você nunca deve contar a ninguém sobre a frase de recuperação secreta.</w:t>
      </w:r>
    </w:p>
    <w:p>
      <w:r>
        <w:t>Anote as palavras exibidas em ordem e mantenha -as em um local seguro.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Digite uma frase de recuperação secreta</w:t>
      </w:r>
    </w:p>
    <w:p>
      <w:r>
        <w:t>⑩ Criação da carteira é concluída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Precauções ao criar um metamask</w:t>
      </w:r>
    </w:p>
    <w:p>
      <w:r>
        <w:t>Usando um Metamus, você pode gerenciar e negociar facilmente os ativos digitais. No entanto, enquanto desfruta de sua conveniência, há alguns pontos a serem observados.</w:t>
      </w:r>
    </w:p>
    <w:p>
      <w:r>
        <w:t>Armazenamento da frase de recuperação secreta</w:t>
      </w:r>
    </w:p>
    <w:p>
      <w:r>
        <w:t>Como mencionei muitas vezes nas explicações até agora, é muito importante armazenar frases de recuperação secreta.</w:t>
      </w:r>
    </w:p>
    <w:p>
      <w:r>
        <w:t>Perder isso fará com que você não consiga acessar a carteira e perder seus ativos.</w:t>
      </w:r>
    </w:p>
    <w:p>
      <w:r>
        <w:t>Além disso, existe um risco de acesso não autorizado ao ser conhecido por outras pessoas; portanto, tente não vazá -lo para os outros. (Skusho é NG)</w:t>
      </w:r>
    </w:p>
    <w:p>
      <w:r>
        <w:t>Uso de site oficial e aplicativo</w:t>
      </w:r>
    </w:p>
    <w:p>
      <w:r>
        <w:t>Existem muitos sites e aplicativos falsos na internet.</w:t>
      </w:r>
    </w:p>
    <w:p>
      <w:r>
        <w:t>Ao baixar e instalar uma meta máscara, não deixe de usar o site ou loja de aplicativos oficiais.</w:t>
      </w:r>
    </w:p>
    <w:p>
      <w:r>
        <w:t>resumo</w:t>
      </w:r>
    </w:p>
    <w:p>
      <w:r>
        <w:t>Aqui está um resumo desse conteúdo.</w:t>
      </w:r>
    </w:p>
    <w:p>
      <w:r>
        <w:t>Definição de carteira</w:t>
      </w:r>
    </w:p>
    <w:p>
      <w:r>
        <w:t>A carteira é uma "carteira digital" para preservar e gerenciar a moeda virtual.</w:t>
      </w:r>
    </w:p>
    <w:p>
      <w:r>
        <w:t>Metamask</w:t>
      </w:r>
    </w:p>
    <w:p>
      <w:r>
        <w:t>O Metamask é como uma carteira digital e é uma ferramenta para armazenar e usar ativos digitais com segurança. É suportado por muitos usuários.</w:t>
      </w:r>
    </w:p>
    <w:p>
      <w:r>
        <w:t>Procedimento de criação</w:t>
      </w:r>
    </w:p>
    <w:p>
      <w:r>
        <w:t>O procedimento para criar meta máscaras no PC e no smartphone é descrito em detalhes. O procedimento inclui download, instalação e configurações de frase de recuperação secreta.</w:t>
      </w:r>
    </w:p>
    <w:p>
      <w:r>
        <w:t>ponto importante</w:t>
      </w:r>
    </w:p>
    <w:p>
      <w:r>
        <w:t>Existem precauções ao usar metamasks, como a importância de armazenar frases de recuperação secreta e a importância de usar o site e o aplicativo oficial.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