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Não perca prêmios luxuosos!Como definir uma notificação de evento com discórdia</w:t>
      </w:r>
    </w:p>
    <w:p>
      <w:r>
        <w:t>No inicio</w:t>
      </w:r>
    </w:p>
    <w:p>
      <w:r>
        <w:t>Você já esqueceu enquanto pensou em participar de um evento interessante?A Discord fornece funções de evento para evitar tais situações.Desta vez, apresentarei como usar essa função para garantir a participação no evento e maximizar a recompensa.</w:t>
      </w:r>
    </w:p>
    <w:p>
      <w:r>
        <w:t>Qual é a função de evento?</w:t>
      </w:r>
    </w:p>
    <w:p>
      <w:r>
        <w:t>A função de evento Discord é uma ferramenta conveniente que facilita o gerenciamento e a participação.Em particular, usando o botão "interesse", você receberá automaticamente notificações no início do evento e não precisará se preocupar em perder eventos importantes.Esse recurso tornará a participação do evento sem problemas, mesmo em dias agitados e, como resultado, você terá a oportunidade de adquirir prêmios lindos.</w:t>
      </w:r>
    </w:p>
    <w:p>
      <w:r>
        <w:t>Por todos os meios, use essa função conveniente, participe de todos os eventos e aproveite ao máximo a oportunidade de obter prêmios luxuosos.</w:t>
      </w:r>
    </w:p>
    <w:p>
      <w:r>
        <w:t>Método de configuração de notificação de eventos</w:t>
      </w:r>
    </w:p>
    <w:p>
      <w:r>
        <w:t>A configuração de notificação de eventos é muito fácil, então tente definir nas etapas a seguir!</w:t>
      </w:r>
    </w:p>
    <w:p>
      <w:r>
        <w:t>① Selecione o ícone do evento na parte interna superior da discórdia</w:t>
      </w:r>
    </w:p>
    <w:p>
      <w:r>
        <w:t>② Selecione "interesse" para o evento exibido</w:t>
      </w:r>
    </w:p>
    <w:p>
      <w:r>
        <w:t>③ Selecione o intervalo do evento que você deseja notificar</w:t>
      </w:r>
    </w:p>
    <w:p>
      <w:r>
        <w:t>④ A configuração de notificação de eventos é concluída</w:t>
      </w:r>
    </w:p>
    <w:p>
      <w:r>
        <w:drawing>
          <wp:inline xmlns:a="http://schemas.openxmlformats.org/drawingml/2006/main" xmlns:pic="http://schemas.openxmlformats.org/drawingml/2006/picture">
            <wp:extent cx="3657600" cy="306615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Como adicionar um evento ao calendário (apenas o PC é possível)</w:t>
      </w:r>
    </w:p>
    <w:p>
      <w:r>
        <w:t>Explica como adicionar notificações de eventos ao calendário do Google.(Somente o PC pode ser adicionado ao calendário. Não pôde ser definido com um smartphone)</w:t>
      </w:r>
    </w:p>
    <w:p>
      <w:r>
        <w:t>① Abra o evento no topo da discórdia</w:t>
      </w:r>
    </w:p>
    <w:p>
      <w:r>
        <w:drawing>
          <wp:inline xmlns:a="http://schemas.openxmlformats.org/drawingml/2006/main" xmlns:pic="http://schemas.openxmlformats.org/drawingml/2006/picture">
            <wp:extent cx="3657600" cy="420298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20298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② Clique em "..." para o evento</w:t>
      </w:r>
    </w:p>
    <w:p>
      <w:r>
        <w:drawing>
          <wp:inline xmlns:a="http://schemas.openxmlformats.org/drawingml/2006/main" xmlns:pic="http://schemas.openxmlformats.org/drawingml/2006/picture">
            <wp:extent cx="3657600" cy="3918082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 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9180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③ Adicionar calendário ⇒ selecione Adição ao calendário do Google</w:t>
      </w:r>
    </w:p>
    <w:p>
      <w:r>
        <w:drawing>
          <wp:inline xmlns:a="http://schemas.openxmlformats.org/drawingml/2006/main" xmlns:pic="http://schemas.openxmlformats.org/drawingml/2006/picture">
            <wp:extent cx="3657600" cy="308938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8938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④ Como a programação é inserida automaticamente, clique em "Salvar"</w:t>
      </w:r>
    </w:p>
    <w:p>
      <w:r>
        <w:drawing>
          <wp:inline xmlns:a="http://schemas.openxmlformats.org/drawingml/2006/main" xmlns:pic="http://schemas.openxmlformats.org/drawingml/2006/picture">
            <wp:extent cx="3657600" cy="1928251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2825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⑤ Evento é adicionado ao calendário do Google</w:t>
      </w:r>
    </w:p>
    <w:p>
      <w:r>
        <w:drawing>
          <wp:inline xmlns:a="http://schemas.openxmlformats.org/drawingml/2006/main" xmlns:pic="http://schemas.openxmlformats.org/drawingml/2006/picture">
            <wp:extent cx="3657600" cy="217614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761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resumo</w:t>
      </w:r>
    </w:p>
    <w:p>
      <w:r>
        <w:t>Se você usar a função de evento Discord, não perderá notificações para eventos importantes e melhorará muito sua chance de obter um prêmio luxuoso.O procedimento de configuração é muito simples e concluído com algumas etapas simples.Use esse recurso útil para participar ativamente do próximo evento e desfrutar de atividades gratificantes na comunidade.</w:t>
      </w:r>
    </w:p>
    <w:p>
      <w:r>
        <w:t>Se você estiver interessado no Japão DAO, siga e esquie para a "Japan Dao Magazine".</w:t>
      </w:r>
    </w:p>
    <w:p>
      <w:r>
        <w:t>Conta X Oficial: https: //twitter.com/japannftmuseum</w:t>
      </w:r>
    </w:p>
    <w:p>
      <w:r>
        <w:t>Discord oficial: https: //discourd.com/invite/japandao</w:t>
      </w:r>
    </w:p>
    <w:p>
      <w:r>
        <w:t>Instagram oficial: https: 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