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Projeto Free Horty (SBT) primeiro! Amato x CNP Collaboration Limited NFT !! (Prazo para aplicação 5/19 23:59)</w:t>
      </w:r>
    </w:p>
    <w:p>
      <w:r>
        <w:t>Olá, esta família Japan Dao!</w:t>
      </w:r>
    </w:p>
    <w:p>
      <w:r>
        <w:t>Você já deve ter visto isso, mas a primeira hortelã gratuita do SBT foi anunciada. Esta vez, é uma NFT limitada devido à colaboração de Amato e CNP como comemorativa de que o Japão DAO tenha se tornado um patrocinador oficial do CNP.</w:t>
      </w:r>
    </w:p>
    <w:p>
      <w:r>
        <w:t>Existem muitas maneiras de adquirir a NFT limitada da colaboração e as informações secretas do que a seção de solução.</w:t>
      </w:r>
    </w:p>
    <w:p>
      <w:r>
        <w:t>Leia este artigo até o final e não perca todas as informações!</w:t>
      </w:r>
    </w:p>
    <w:p>
      <w:r>
        <w:t>▼ Clique aqui para grandes notícias ▼</w:t>
      </w:r>
    </w:p>
    <w:p>
      <w:r>
        <w:t>Japan NFT Museum Japan Dao será o patrocinador oficial da marca líder do Japão "CNP"! Amato x CNP Limited Collaboration NFT é distribuído gratuitamente! Inicie a nova cooperação para a implementação social da Web3 Clique aqui para obter detalhes sobre presentes NFT sobre NFT</w:t>
      </w:r>
    </w:p>
    <w:p>
      <w:r>
        <w:t>https://twitter.com/japandaojp/status/1788083040377536639</w:t>
      </w:r>
    </w:p>
    <w:p>
      <w:r>
        <w:t>PR Times</w:t>
      </w:r>
    </w:p>
    <w:p>
      <w:r>
        <w:t>https://prtimes.jp/main/html/rd/p/000000006.000134601.html</w:t>
      </w:r>
    </w:p>
    <w:p>
      <w:r>
        <w:t>visão geral</w:t>
      </w:r>
    </w:p>
    <w:p>
      <w:r>
        <w:t>Esta notícia é sobre o patrocinador oficial do popular projeto da NFT "CNP (parceiro Cryptoninja)" operado pela Japan Dao Co., Ltd.Para comemorar isso, a NFT de colaboração Limited Amato e CNP será dada a todos os candidatos com Fring (gratuitamente).</w:t>
      </w:r>
    </w:p>
    <w:p>
      <w:r>
        <w:t>Além disso, essa parceria não se limita a apenas colaboração, e o Japão DAO trabalhou em conjunto com o CNP e transmite culturas de artes cênicas e regionais tradicionais para o mundo como ativos digitais sob o principal tema da "tradição digital da cultura japonesa". Eu planejo desenvolver.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CNP (Cryptoninja Partners) é um projeto criativo secundário da Cryptoninja, uma marca de personagem com um tema ninja.CNP emitiu 22.222 NFTs em maio de 2022 e mais de 5.300 detentores possuem NFT CNP.</w:t>
      </w:r>
    </w:p>
    <w:p>
      <w:r>
        <w:t>O CNP oferece profundo envolvimento aos participantes por meio de "conhecimento, tocação e experiência". Especificamente, continuamos a desenvolver uma variedade de negócios além da NFT, como o jogo gratuito de smartphones "CNP Bernin Wars", o pagamento de imposto sobre a cidade natal "CNP da cidade natal",e o desenvolvimento de aplicativos de proprietários da NFT.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Site oficial do CNP</w:t>
      </w:r>
    </w:p>
    <w:p>
      <w:r>
        <w:t>https://www.cryptoninja-partners.xyz/</w:t>
      </w:r>
    </w:p>
    <w:p>
      <w:r>
        <w:t>Sobre Amato</w:t>
      </w:r>
    </w:p>
    <w:p>
      <w:r>
        <w:t>"Amato" é a primeira marca de personagem do Japão Dao nascida do Museu de Arte da NFT Japan e é um projeto da NFT sobre o tema de "desafio samurai". Em 2022, 5555 pontos foram emitidos na cadeia Ethereum, não apenas com oVermelho e branco da bandeira simbólica japonesa de bandeiras japonesas eram coloridas em todos os lugares, mas também para cada parte, "samurai", que é extremamente popular no exterior. Além de figurinos e armas inspiradas nos ninjas, há muitas combinações divertidas de bolinhos, exclusivos dos bolinhos,Bolinhos, melancia, bolhas de sabão e acompanhamento fofo.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Se você quiser saber mais informações sobre Amato, consulte o artigo detalhado fornecido pelo Japão Dao.</w:t>
      </w:r>
    </w:p>
    <w:p>
      <w:r>
        <w:t>Vol.1 "Nascimento de Amato"</w:t>
      </w:r>
    </w:p>
    <w:p>
      <w:r>
        <w:t>https://note.com/japandaosolution/n/n90351d7bb368</w:t>
      </w:r>
    </w:p>
    <w:p>
      <w:r>
        <w:t>Vol.2 "Presente e futuro de Amato"</w:t>
      </w:r>
    </w:p>
    <w:p>
      <w:r>
        <w:t>https://note.com/japandaosolution/n/n02ce3453e5ba</w:t>
      </w:r>
    </w:p>
    <w:p>
      <w:r>
        <w:t>Informações sobre hortelã da NFT</w:t>
      </w:r>
    </w:p>
    <w:p>
      <w:r>
        <w:t>Período de recrutamento (período de aplicação premint)</w:t>
      </w:r>
    </w:p>
    <w:p>
      <w:r>
        <w:t>2024/05/08 a 2024/05/19 23:59</w:t>
      </w:r>
    </w:p>
    <w:p>
      <w:r>
        <w:t>Dia da hortelã</w:t>
      </w:r>
    </w:p>
    <w:p>
      <w:r>
        <w:t>Programado em 25 de maio de 2024</w:t>
      </w:r>
    </w:p>
    <w:p>
      <w:r>
        <w:t>preço</w:t>
      </w:r>
    </w:p>
    <w:p>
      <w:r>
        <w:t>Mint grátis (grátis)</w:t>
      </w:r>
    </w:p>
    <w:p>
      <w:r>
        <w:t>corrente</w:t>
      </w:r>
    </w:p>
    <w:p>
      <w:r>
        <w:t>Polígono （SBT)</w:t>
      </w:r>
    </w:p>
    <w:p>
      <w:r>
        <w:t>* SBT: o token da alma NFT não pode ser negociado ou transferido</w:t>
      </w:r>
    </w:p>
    <w:p>
      <w:r>
        <w:t>Taxa de gás</w:t>
      </w:r>
    </w:p>
    <w:p>
      <w:r>
        <w:t>livre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Método de aplicação</w:t>
      </w:r>
    </w:p>
    <w:p>
      <w:r>
        <w:t>1. Accesso no site especial</w:t>
      </w:r>
    </w:p>
    <w:p>
      <w:r>
        <w:t>O site especial é daqui ▼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Aplicação premint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você não sabe como se candidatar à Premnt, use o link abaixo; portanto, use -o.</w:t>
      </w:r>
    </w:p>
    <w:p>
      <w:r>
        <w:t>https://note.com/japandaosolution/n/nd3b194382857</w:t>
      </w:r>
    </w:p>
    <w:p>
      <w:r>
        <w:t>Mal Secret Information of the Solution Seção ❗</w:t>
      </w:r>
    </w:p>
    <w:p>
      <w:r>
        <w:t>1. Colete todos os tipos de SBT e tenha algo de bom para as pessoas?</w:t>
      </w:r>
    </w:p>
    <w:p>
      <w:r>
        <w:t>De acordo com um post de Daruman (@Daruman_JP), parece haver algo especial para aqueles que coletaram toda a colaboração sbt. Nesse estágio, o SBT lançará quatro obras, todas as quais podem ser obtidas gratuitamente.tudo!</w:t>
      </w:r>
    </w:p>
    <w:p>
      <w:r>
        <w:t>https://t.co/UTUjvyMpES</w:t>
      </w:r>
    </w:p>
    <w:p>
      <w:r>
        <w:t>2. História secreta de produção de colaboração</w:t>
      </w:r>
    </w:p>
    <w:p>
      <w:r>
        <w:t>Esta colaboração SBT descreve Lily Lily com uma roupa ninja da NFT "CNP" de propriedade do Japão Dao, mas a razão pela qual Lee Lee foi selecionada como personagem foi o departamento editorial do Museu da NFT Japão. Depois de uma consulta em, é um particularmente popularPersonagem no CNP, e é muito compatível com Amato -Kun, que está usando um ninja.</w:t>
      </w:r>
    </w:p>
    <w:p>
      <w:r>
        <w:t>Desta vez, o Sr. Akitsu (@Akitu08), que trabalhou em "Amato", estava no comando.Akitsu é um maravilhoso trabalho de colaboração sem um senso de incongruência, fundindo o caráter do CNP na visão de mundo de Amato com suas altas habilidades técnicas.</w:t>
      </w:r>
    </w:p>
    <w:p>
      <w:r>
        <w:t>Além disso, há uma história de que Akitsu gosta de itens de bolinho para o uso de bolinhos para ilustrações. Além disso, os bolinhos são usados como peças nas coleções CNP e Amato NFT.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Neste artigo, introduzimos um projeto limitado de Mint Free Mint por Amato e CNP, que será mantido para comemorar o Japão DAO como patrocinador oficial do "CNP (Cryptoninja Partners)".</w:t>
      </w:r>
    </w:p>
    <w:p>
      <w:r>
        <w:t>Ele também inclui uma visão geral do evento, como participar e informações especiais.SBT estão disponíveis gratuitamente; portanto, obtenha todos os tipos nesta ocasião.</w:t>
      </w:r>
    </w:p>
    <w:p>
      <w:r>
        <w:t>Se você tiver alguma dúvida, não hesite em entrar em contato conosco em um comentário ou no canal Japan Dao Discord.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