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معاون سابق دفتر کابینه ، کنزو یوندا ، مشاور DAO ژاپن! blockchain x احیای منطقه ای!</w:t>
      </w:r>
    </w:p>
    <w:p>
      <w:r>
        <w:t>سلام خانواده های دائو ژاپن! این مقاله یک خبر ویژه برای جامعه ما دارد. از اول مه 2024 ، کنزو یوندا ، معاون سابق دفتر کابینه ، و در حال حاضر رئیس انجمن بین المللی تبادل اقتصادی است ، به عنوان یک عضو خواهد شد.مشاور جدید ژاپن dao.against این خبر فوق العاده ، ما مشترکاً با ما در پیشینه آقای یوندا ، مشترک با ما ، و چگونگی کمک به مأموریت ما ، عمیق تر خواهیم شد.</w:t>
      </w:r>
    </w:p>
    <w:p>
      <w:r>
        <w:t>ژاپن دائو از معاون وزیر سابق دفتر کابینه و رئیس انجمن بین المللی تبادل اقتصادی فعلی به عنوان مشاور در تاریخ 1 مه 2024 استقبال کرد.یوندا ، که تجربه زیادی دارد و ارتباط عمیقی با دولت های محلی دارد ، در این تیم شرکت خواهد کرد تا با دولت های محلی همکاری کند و در احیای ژاپن در ژاپن همکاری کند.</w:t>
      </w:r>
    </w:p>
    <w:p>
      <w:r>
        <w:t xml:space="preserve"> https://t.co/cbgyaQCAps</w:t>
      </w:r>
    </w:p>
    <w:p>
      <w:r>
        <w:t>زمان روابط عمومی (انتشار مطبوعات)</w:t>
      </w:r>
    </w:p>
    <w:p>
      <w:r>
        <w:t>https://prtimes.jp/main/html/rd/p/000000005.000134601.html</w:t>
      </w:r>
    </w:p>
    <w:p>
      <w:r>
        <w:t>بررسی اجمالی</w:t>
      </w:r>
    </w:p>
    <w:p>
      <w:r>
        <w:t>ژاپن دائو به تازگی اعلام کرده است که کنزو یوندا ، معاون وزیر پیشین دفتر کابینه و رئیس انجمن بین المللی تبادل اقتصادی ، به یک مشاور جدید تبدیل شده است. Japan Dao بزرگترین جامعه DAO جهان است که فرهنگ ژاپنی را بیش از 150 کشور جهان از طریق منتقل می کند.انیمیشن و مانگا.</w:t>
      </w:r>
    </w:p>
    <w:p>
      <w:r>
        <w:drawing>
          <wp:inline xmlns:a="http://schemas.openxmlformats.org/drawingml/2006/main" xmlns:pic="http://schemas.openxmlformats.org/drawingml/2006/picture">
            <wp:extent cx="3657600" cy="38837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83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پیشینه و تأثیر Kenzo Yoneda بر ژاپن دائو</w:t>
      </w:r>
    </w:p>
    <w:p>
      <w:r>
        <w:t>Yoneda تجربه زیادی به عنوان یک مالک سیاست دارد و سابقه قابل توجهی در احیای منطقه ای دارد. با استفاده از این تجربه ، ژاپن DAO احیای منطقه ای و تحولات دیجیتالی را ترویج می کند و به دنبال همکاری جدید با دولت های محلی است.Yoneda ، ما هدف ما ارائه راه حل های پایدار و خلاقانه برای موضوعاتی است که مناطق مختلف ژاپن با آن روبرو هستند.</w:t>
      </w:r>
    </w:p>
    <w:p>
      <w:r>
        <w:drawing>
          <wp:inline xmlns:a="http://schemas.openxmlformats.org/drawingml/2006/main" xmlns:pic="http://schemas.openxmlformats.org/drawingml/2006/picture">
            <wp:extent cx="3657600" cy="20222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ابتکارات اصلی و نتایج مورد انتظار</w:t>
      </w:r>
    </w:p>
    <w:p>
      <w:r>
        <w:t>تقویت همکاری IP: ژاپن DAO به طور فعال با شخصیت های محلی همکاری خواهد کرد. این شرکت با هدف همکاری با شخصیت های ژاپن DAO و شخصیت های محلی و جاذبه های گردشگری ، که قبلاً توسط بیش از 150 کشور جهان در سراسر جهان پشتیبانی می شوند ، آگاهی را بیشتر می کند.</w:t>
      </w:r>
    </w:p>
    <w:p>
      <w:r>
        <w:t>پشتیبانی SNS: ژاپن DAO می تواند از بزرگترین عملکرد جامعه و SNS در جهان برای دستیابی به افزایش پیروان با پشتیبانی استفاده کند و درخواست ژاپن را به جهانیان منتشر کند.</w:t>
      </w:r>
    </w:p>
    <w:p>
      <w:r>
        <w:t>استفاده از فناوری: توسعه استراتژی های بازاریابی که از جدیدترین فناوری NFT و متا استفاده می کنند می تواند دسترسی جهانی را گسترش داده و به بسیاری از افراد نزدیک شود.</w:t>
      </w:r>
    </w:p>
    <w:p>
      <w:r>
        <w:drawing>
          <wp:inline xmlns:a="http://schemas.openxmlformats.org/drawingml/2006/main" xmlns:pic="http://schemas.openxmlformats.org/drawingml/2006/picture"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پیش بینی توسعه آینده (توهم بخش راه حل)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ما مشتاقانه منتظر فعالیت های احیای منطقه ای و ارتقاء گردشگری از طریق مشارکت با دولت های محلی و همکاری IP هستیم. به ویژه ، ما به پیشرفت پروژه هایی که استفاده کامل از فناوری دیجیتال را برای ارسال جذابیت های پنهان به جهان به جهانیان می اندازیم ، توجه می کنیم.بشر</w:t>
      </w:r>
    </w:p>
    <w:p>
      <w:r>
        <w:t>علاوه بر این ، اعلام حمایت مالی شرکت با CNP ، پروژه برتر NFT در ژاپن در تاریخ 30 مارس 2024 ، انتظارات را برای همکاری در آینده افزایش داده است. علاوه بر این ، انتظار می رود انتصاب معاون وزیر سابق کابینه ، کنزو یوندا همکاری کند.با دولت های محلی در سراسر کشور.</w:t>
      </w:r>
    </w:p>
    <w:p>
      <w:r>
        <w:t>در آینده انتظار می رود NFT در رستوران ها و مغازه های اطراف ژاپن از طریق جیب هوشمند استفاده شود. با چنین رویکردی ، می توانید آینده ای را تصور کنید که NFT بخشی از زندگی روزمره شما باشد. ما متقاعد شده ایم که ژاپن دائو بازی خواهد کردنقش به عنوان پلی که منطقه و جهان را به هم وصل می کند. این برای توسعه آینده با هم هیجان زده می شود!</w:t>
      </w:r>
    </w:p>
    <w:p>
      <w:r>
        <w:drawing>
          <wp:inline xmlns:a="http://schemas.openxmlformats.org/drawingml/2006/main" xmlns:pic="http://schemas.openxmlformats.org/drawingml/2006/picture">
            <wp:extent cx="3657600" cy="25734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ترکیبی از رهبری و فناوری blockchain Kenzo Yoneda یک قدرت اصلی برای ارائه راه حل های پایدار و نوآورانه برای موضوعات در بخش های مختلف ژاپن است. این یک گام مهم برای تشکیل دوره جدید است.</w:t>
      </w:r>
    </w:p>
    <w:p>
      <w:r>
        <w:t>ژاپن DAO به دنبال اعضای جدید و همکاری های بیشتر است. از این طریق این پیشرفت جدید ، ما به دنبال دوستانی هستیم تا فرهنگ ژاپنی را به افراد بیشتری تحویل دهند و آینده را با هم بسازند. اگر علاقه مند هستید ، لطفاً در حساب های رسمی مختلف ژاپن DAO شرکت کنید.</w:t>
      </w:r>
    </w:p>
    <w:p>
      <w:r>
        <w:t>ایمیل اتاق راه حل ژاپن: info@izanaidustries.com</w:t>
      </w:r>
    </w:p>
    <w:p>
      <w:r>
        <w:t>سایت رسمی: https://izanaidustries.com</w:t>
      </w:r>
    </w:p>
    <w:p>
      <w:r>
        <w:t>سایت کاراکتر: https://japandao.jp</w:t>
      </w:r>
    </w:p>
    <w:p>
      <w:r>
        <w:t>اگر به DAO ژاپن علاقه دارید ، لطفاً "مجله ژاپن دائو" را دنبال کنید و اسکی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p>
      <w:r>
        <w:t>اینستاگرام رسمی: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