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جایزه بگیرید! چگونه لذت بردن و ضبط رامبل !!</w:t>
      </w:r>
    </w:p>
    <w:p>
      <w:r>
        <w:t>سلام به همه در خانواده SP</w:t>
      </w:r>
    </w:p>
    <w:p>
      <w:r>
        <w:t>پس از شرکت در انجمن Smart Pocket Discord ، اغلب رویداد هفتگی "Rumble" را مشاهده خواهید کرد. این مقاله نحوه بازی ، پیشرفت و هیجان رامبل را معرفی می کند.</w:t>
      </w:r>
    </w:p>
    <w:p>
      <w:r>
        <w:t>در آغاز</w:t>
      </w:r>
    </w:p>
    <w:p>
      <w:r>
        <w:t>شرکت در جامعه Discord به شما امکان می دهد با سایر اعضای تعامل داشته باشید و آخرین اطلاعات را بدست آورید. این درک افکار و دیدگاه های جامعه را آسانتر می کند.</w:t>
      </w:r>
    </w:p>
    <w:p>
      <w:r>
        <w:t>در جامعه Smart Pocket ، فعالیت های مختلفی اغلب انجام می شود. بازی Mini Mini به خصوص محبوب یک بازی تعاملی است که شرکت کنندگان در این بازی به رقابت می پردازند.</w:t>
      </w:r>
    </w:p>
    <w:p>
      <w:r>
        <w:t>Rumble Mini -game به طور خودکار توسط سیستم پیشرفت می شود و برنده پس از هر بازی مشخص می شود. برنده جوایز کسب می کند و سرگرم کننده بازی افزایش می یابد. این باعث افزایش جامعه پر جنب و جوش و ترویج مشارکت فعال اعضا می شود.</w:t>
      </w:r>
    </w:p>
    <w:p>
      <w:r>
        <w:t>نمای کلی رامبل</w:t>
      </w:r>
    </w:p>
    <w:p>
      <w:r>
        <w:t>1. زمان و محل اجرای</w:t>
      </w:r>
    </w:p>
    <w:p>
      <w:r>
        <w:t>زمان: هر شنبه ، یکشنبه 23:00 (زمان ژاپن) * با این حال ، ممکن است زمان رویداد تغییر کند ، بنابراین لطفاً آخرین اطلاعیه را بررسی کنید.</w:t>
      </w:r>
    </w:p>
    <w:p>
      <w:r>
        <w:t>مکان پیاده سازی: آن را در کانال "Rumble" در سرور Smart Pocket انجام دهید.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اگر نمی دانید چگونه در سرور Smart Pocket شرکت کنید ، به مقاله زیر مراجعه کنید.</w:t>
      </w:r>
    </w:p>
    <w:p>
      <w:r>
        <w:t>https://note.com/japandaosolution/n/na503f2c4d60a</w:t>
      </w:r>
    </w:p>
    <w:p>
      <w:r>
        <w:t>2. مدیریت رویداد توسط تقویم</w:t>
      </w:r>
    </w:p>
    <w:p>
      <w:r>
        <w:t>می توانید از عملکرد تقویم در سرور استفاده کنید تا تاریخ و زمان رویداد را بررسی کنید یا مطابق برنامه خود تنظیم کنید.</w:t>
      </w:r>
    </w:p>
    <w:p>
      <w:r>
        <w:t>برای جستجو و تنظیم روش های تقویم ، مقاله زیر را مشاهده کنید.</w:t>
      </w:r>
    </w:p>
    <w:p>
      <w:r>
        <w:t>https://note.com/japandaosolution/n/n85b46f0e70f2</w:t>
      </w:r>
    </w:p>
    <w:p>
      <w:r>
        <w:t>3. رویداد فرنشی</w:t>
      </w:r>
    </w:p>
    <w:p>
      <w:r>
        <w:t>رامبل چهار بازی دارد و هر بازی یک برنده دارد (مسابقه به طور خودکار توسط سیستم انجام می شود).</w:t>
      </w:r>
    </w:p>
    <w:p>
      <w:r>
        <w:t>4- روش مشارکت رامبل</w:t>
      </w:r>
    </w:p>
    <w:p>
      <w:r>
        <w:t>برای تکمیل صلاحیت مشارکت در مسابقه ، "⚔emoji" را تحت "Rumble Royale" فشار دهید. اگر صفحه قبل از شروع مسابقه جریان می یابد ، می توانید "پرش!" را فشار دهید.یا "#⚔rumble" برای بازگشت.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مسابقه رامبل</w:t>
      </w:r>
    </w:p>
    <w:p>
      <w:r>
        <w:t>1. قبل از شروع مسابقه</w:t>
      </w:r>
    </w:p>
    <w:p>
      <w:r>
        <w:t>قبل از شروع مسابقه ، اطلاعات زیر نمایش داده می شود.</w:t>
      </w:r>
    </w:p>
    <w:p>
      <w:r>
        <w:t>① تعداد شرکت کنندگان</w:t>
      </w:r>
    </w:p>
    <w:p>
      <w:r>
        <w:t>② سن (کلاسیک)</w:t>
      </w:r>
    </w:p>
    <w:p>
      <w:r>
        <w:t>③ جایزه</w:t>
      </w:r>
    </w:p>
    <w:p>
      <w:r>
        <w:t>④ هر جایزه شکست و غیره</w:t>
      </w:r>
    </w:p>
    <w:p>
      <w:r>
        <w:t>وقتی پول جایزه به مبلغ هدف برسد ، شما برنده مسابقه خواهید شد.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اطلاعات رقابت</w:t>
      </w:r>
    </w:p>
    <w:p>
      <w:r>
        <w:t>اطلاعات مسابقه هر دور به زبان انگلیسی توضیح داده شده است ، اما می توانید آن را با یک نماد بدون درک انگلیسی شناسایی کنید. محتوای نماد به شرح زیر است.</w:t>
      </w:r>
    </w:p>
    <w:p>
      <w:r>
        <w:t>① حریف خود را شکست دهید (شکست در یک خط لغو نمایش داده می شود) ، یا کشف و ایجاد سلاح</w:t>
      </w:r>
    </w:p>
    <w:p>
      <w:r>
        <w:t>② با یک وضعیت قوی روبرو شوید</w:t>
      </w:r>
    </w:p>
    <w:p>
      <w:r>
        <w:t>③ پوسته ها را کشف کنید</w:t>
      </w:r>
    </w:p>
    <w:p>
      <w:r>
        <w:t>④ مرگ را نشان می دهد (در خط لغو نمایش داده می شود)</w:t>
      </w:r>
    </w:p>
    <w:p>
      <w:r>
        <w:t>⑤ رستاخیز</w:t>
      </w:r>
    </w:p>
    <w:p>
      <w:r>
        <w:t>* تعداد باقی مانده بازیکنان (بازیکنان باقی مانده) در پایین نمایش داده می شود.</w:t>
      </w:r>
    </w:p>
    <w:p>
      <w:r>
        <w:t>اطلاعات مسابقه را بررسی کنید و ببینید که آیا زنده مانده اید یا خیر.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 وقایع در دور</w:t>
      </w:r>
    </w:p>
    <w:p>
      <w:r>
        <w:t>بسته به دور ، بلایای (زلزله ، گاز سمی ، انفجار هسته ای ، آدم ربایی بیگانه ، طوفان و غیره) ممکن است رخ دهد و ممکن است برخی از بازیکنان بمیرند.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همچنین دور وجود دارد که وقایع خوب مانند رستاخیز و شکار پوسته رخ می دهد.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4- بعد از پایان مسابقه مسابقه</w:t>
      </w:r>
    </w:p>
    <w:p>
      <w:r>
        <w:t>این سیستم برنده مسابقه را اعلام می کند. مطمئن شوید که شما برنده خوش شانس هستید.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درباره جایزه برنده</w:t>
      </w:r>
    </w:p>
    <w:p>
      <w:r>
        <w:t>جوایز زیر برای محصولات برنده اهدا می شود.</w:t>
      </w:r>
    </w:p>
    <w:p>
      <w:r>
        <w:t>* شما باید آدرس کیف پول را ارسال کنید ، بنابراین لطفاً یادداشت ها را در بخش بعدی بررسی کنید!</w:t>
      </w:r>
    </w:p>
    <w:p>
      <w:r>
        <w:t>・ 500sp نقطه (2 نفر)</w:t>
      </w:r>
    </w:p>
    <w:p>
      <w:r>
        <w:t>・ 10USDT (2)</w:t>
      </w:r>
    </w:p>
    <w:p>
      <w:r>
        <w:t>در پایان این رویداد ، لیستی از همه برندگان اعلام می شود.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جوایز ویژه ممکن است در تعطیلات اضافه شود. به عنوان مثال ، در هفته آخر هفته طلایی در سال 2024 ، یک جایزه 20 -USDT به مسابقه پنجم اضافه شد.</w:t>
      </w:r>
    </w:p>
    <w:p>
      <w:r>
        <w:t>یادداشت</w:t>
      </w:r>
    </w:p>
    <w:p>
      <w:r>
        <w:t>1. برندگان باید ظرف یک هفته آدرس کیف پول را به هواداران ارسال کنند.</w:t>
      </w:r>
    </w:p>
    <w:p>
      <w:r>
        <w:t>2. برندگان امتیاز SP باید با آدرس کیف پول ارسال شده وارد جیب هوشمند شوند.</w:t>
      </w:r>
    </w:p>
    <w:p>
      <w:r>
        <w:t>3.10 برندگان USDT باید آدرس کیف پول را بر اساس استانداردهای توکن USDT ارسال کنند.</w:t>
      </w:r>
    </w:p>
    <w:p>
      <w:r>
        <w:t>4- پس از جمع آوری همه آدرس های کیف پول برندگان ، جوایز به یکباره ارسال می شوند.</w:t>
      </w:r>
    </w:p>
    <w:p>
      <w:r>
        <w:t>جو در جامعه</w:t>
      </w:r>
    </w:p>
    <w:p>
      <w:r>
        <w:t>رامبل نه تنها مشارکت در مسابقه بلکه مکانی برای قرار دادن نظرات و تمبرها است.* نظرات حالت آهسته ای است که می تواند فقط یک بار در هر 30 ثانیه ارسال شود.</w:t>
      </w:r>
    </w:p>
    <w:p>
      <w:r>
        <w:t>・ ممکن است قبل از مسابقه اعلامیه ای اعلام شود. بعضی اوقات اطلاعات مهم به اشتراک گذاشته می شود.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هرکسی می تواند نظرات را آزادانه ارسال کند ، و محدودیت زبانی وجود ندارد.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هنگامی که برنده مسابقه بیرون می آید ، همه نظر جشن را ارسال می کنند.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خلاصه</w:t>
      </w:r>
    </w:p>
    <w:p>
      <w:r>
        <w:t>جامعه Smart Pocket هر آخر هفته یک بازی مینی رامبل برگزار می کند. راه مشارکت بسیار آسان است ، فقط برای تکمیل ورودی ، ایموجی ها را فشار دهید. مسابقه به طور خودکار توسط سیستم انجام می شود و رویدادهای مختلفی مانند فاجعه و گنجینه ها باعث افزایش سرگرمی می شوندبازی. بعد از مسابقه ، نتایج و برنده اعلام می شود ، و می توانید در نظرات با افراد دیگر هیجان زده شوید. اگر علاقه دارید ، با همه بپیوندید و از آن لذت ببرید!</w:t>
      </w:r>
    </w:p>
    <w:p>
      <w:r>
        <w:t>اگر به جیب هوشمند خود علاقه دارید ، لطفاً حساب رسمی X را با "مجله Smapke" دنبال کنید.</w:t>
      </w:r>
    </w:p>
    <w:p>
      <w:r>
        <w:t>حساب X رسمی: https: //twitter.com/smapocket</w:t>
      </w:r>
    </w:p>
    <w:p>
      <w:r>
        <w:t>اختلاف نظر رسمی: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