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رویداد جدید! جمعه شب در پرسش و پاسخ شرکت کنید و جوایز دریافت کنید !!</w:t>
      </w:r>
    </w:p>
    <w:p>
      <w:r>
        <w:t>سلام به همه در خانواده SP</w:t>
      </w:r>
    </w:p>
    <w:p>
      <w:r>
        <w:t>در این مقاله رویداد جدید پرسش و پاسخ و دسته مقاله یادداشت منتشر شده در گذشته ارائه شده است.</w:t>
      </w:r>
    </w:p>
    <w:p>
      <w:r>
        <w:t>در آغاز</w:t>
      </w:r>
    </w:p>
    <w:p>
      <w:r>
        <w:t>این بار ، ما شما را در مورد رویداد جدید پرسش و پاسخ به شما اطلاع خواهیم داد. این رویداد پرسش و پاسخ یک رویداد است که توسط جامعه برگزار می شود ، با هدف خواندن مقاله یادداشت ، و درک پیشرفت پروژه و درک پیام های بنیانگذارانو به تیم های Q&amp;A. پس از پایان هر سؤال ، به کسانی که از بین پاسخ های صحیح انتخاب شده اند ، جایزه داده می شوند.</w:t>
      </w:r>
    </w:p>
    <w:p>
      <w:r>
        <w:t>نمای کلی از این رویداد</w:t>
      </w:r>
    </w:p>
    <w:p>
      <w:r>
        <w:t>1. زمان و مکان اجرای</w:t>
      </w:r>
    </w:p>
    <w:p>
      <w:r>
        <w:t>تاریخ: هر جمعه ساعت 21:00 (زمان ژاپن) * با این حال ، لطفاً آخرین اعلامیه را بررسی کنید زیرا ممکن است زمان رویداد تغییر کند.</w:t>
      </w:r>
    </w:p>
    <w:p>
      <w:r>
        <w:t>مکان پیاده سازی: در کانال "سؤال" در سرور Smart Pocket انجام دهید.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اگر نمی دانید چگونه در سرور Smart Pocket شرکت کنید ، به مقاله زیر مراجعه کنید.</w:t>
      </w:r>
    </w:p>
    <w:p>
      <w:r>
        <w:t>https://note.com/japandaosolution/n/na503f2c4d60a</w:t>
      </w:r>
    </w:p>
    <w:p>
      <w:r>
        <w:t>2. مدیریت event توسط تقویم</w:t>
      </w:r>
    </w:p>
    <w:p>
      <w:r>
        <w:t>برای بررسی تاریخ و زمان رویداد می توانید از عملکرد تقویم در سرور استفاده کنید یا مطابق برنامه خود تنظیم کنید.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برای جستجو و تنظیم روش های تقویم ، مقاله زیر را مشاهده کنید.</w:t>
      </w:r>
    </w:p>
    <w:p>
      <w:r>
        <w:t>https://note.com/japandaosolution/n/n85b46f0e70f2</w:t>
      </w:r>
    </w:p>
    <w:p>
      <w:r>
        <w:t>جریان پرسش و پاسخ</w:t>
      </w:r>
    </w:p>
    <w:p>
      <w:r>
        <w:t>1. اعلامیه</w:t>
      </w:r>
    </w:p>
    <w:p>
      <w:r>
        <w:t>قبل از شروع این رویداد ، جزئیات این رویداد در کانال هر زبان اعلام می شود. این اعلامیه شامل قوانین این رویداد ، محتوای جایزه ، زمان برگزاری ، کانال اختصاصی و مقالات مورد استفاده در آن استرویداد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پیشرفت سؤالات و پاسخ ها</w:t>
      </w:r>
    </w:p>
    <w:p>
      <w:r>
        <w:t>در طول این رویداد از سه سؤال پرسیده می شود. دو مورد اول برای وارد کردن کلمات هستند ، اما سوم آخر کمی دشوار است زیرا به پاسخ توضیحات دقیق تری نیاز دارد.</w:t>
      </w:r>
    </w:p>
    <w:p>
      <w:r>
        <w:t>هر سوال دارای زمان پاسخ 10 دقیقه ای است ، و شما می توانید فقط یک بار در مدت 5 دقیقه با استفاده از حالت آهسته پاسخ دهید. ویرایش و اصلاحات نیز امکان پذیر است ، بنابراین لطفاً به زمان پاسخ دهید.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3.Deadline و اعلام برندگان</w:t>
      </w:r>
    </w:p>
    <w:p>
      <w:r>
        <w:t>هنگامی که زمان پاسخ هر سؤال به پایان می رسد ، برندگان و پاسخ ها منتشر می شوند. پس از این رویداد ، لیست همه برندگان منتشر می شود.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جوایز برای برندگان</w:t>
      </w:r>
    </w:p>
    <w:p>
      <w:r>
        <w:t>سوال 1 و 2 برنده: 500 امتیاز SP هر کدام</w:t>
      </w:r>
    </w:p>
    <w:p>
      <w:r>
        <w:t>برنده Q3: 10 USDT</w:t>
      </w:r>
    </w:p>
    <w:p>
      <w:r>
        <w:t>یادداشت</w:t>
      </w:r>
    </w:p>
    <w:p>
      <w:r>
        <w:t>-برندگان باید ظرف یک هفته آدرس کیف پول را به طرفداران ارسال کنند.</w:t>
      </w:r>
    </w:p>
    <w:p>
      <w:r>
        <w:t>・ برندگان امتیاز SP باید در آدرس کیف پول ارسال شده به جیب هوشمند وارد شوند.</w:t>
      </w:r>
    </w:p>
    <w:p>
      <w:r>
        <w:t>・ 10 برنده USDT باید آدرس کیف پول را که مطابق با استاندارد توکن USDT است ، ارسال کنند.</w:t>
      </w:r>
    </w:p>
    <w:p>
      <w:r>
        <w:t>・ پس از جمع آوری همه آدرس های کیف پول برندگان ، جوایز به یکباره ارسال می شوند.</w:t>
      </w:r>
    </w:p>
    <w:p>
      <w:r>
        <w:t>معرفی کانال نت راه حل</w:t>
      </w:r>
    </w:p>
    <w:p>
      <w:r>
        <w:t>کانال Note Note مقالات را در دسته های مختلف سازماندهی می کند تا خوانندگان بتوانند به سرعت اطلاعات لازم را پیدا کنند. محتوای هر گروه به شرح زیر است.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معرفی مقالات مربوط به ژاپن DAO MagazineJappan DAO و به سرور DAO ژاپن منتقل شد.</w:t>
      </w:r>
    </w:p>
    <w:p>
      <w:r>
        <w:t>② معرفی مطالب مربوط به طرح پروژه پروژه. به عنوان مثال ، مقدمه و استفاده از برنامه های جیب هوشمند ، اطلاعات مربوط به NFT.</w:t>
      </w:r>
    </w:p>
    <w:p>
      <w:r>
        <w:t>③ معرفی آخرین اطلاعات و اخبار اخبار. به عنوان مثال ، ویژگی های جدید برنامه Smart Pocket و خلاصه AMA در گذشته.</w:t>
      </w:r>
    </w:p>
    <w:p>
      <w:r>
        <w:t>④ معرفی مقالاتی با تمرکز بر روشهای عملکرد دستی</w:t>
      </w:r>
    </w:p>
    <w:p>
      <w:r>
        <w:t>برای پیمایش صفحه در بالا ، روی یکی از هر طبقه بندی کلیک کنید و مقالات موجود در فهرست را بررسی کنید.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خلاصه</w:t>
      </w:r>
    </w:p>
    <w:p>
      <w:r>
        <w:t>این رویداد جدید پرسش و پاسخ توسط انجمن Smart Pocket برگزار می شود و هر جمعه شب برگزار می شود.</w:t>
      </w:r>
    </w:p>
    <w:p>
      <w:r>
        <w:t>شرکت کنندگان بر اساس مقاله یادداشت به سؤالات پاسخ می دهند و اگر به درستی پاسخ دهند ، آنها یک جایزه دریافت می کنند. سوالات برای مواردی که نیاز به پاسخ های دقیق دارند ، ساده است و از رقیب خسته نمی شوند.</w:t>
      </w:r>
    </w:p>
    <w:p>
      <w:r>
        <w:t>علاوه بر این ، امکان مدیریت برنامه این رویداد با استفاده از عملکرد جیب هوشمند امکان پذیر است و آن را به صورت کارآمد برنامه ریزی کرده است. اگر علاقه دارید ، لطفاً به ما بپیوندید و ضمن تعمیق دانش لذت ببرید.</w:t>
      </w:r>
    </w:p>
    <w:p>
      <w:r>
        <w:t>اگر به جیب هوشمند خود علاقه دارید ، لطفاً "مجله Smapoke" را دنبال کنید و اسکی کنید.</w:t>
      </w:r>
    </w:p>
    <w:p>
      <w:r>
        <w:t>حساب X رسمی: https: //twitter.com/smapocket</w:t>
      </w:r>
    </w:p>
    <w:p>
      <w:r>
        <w:t>اختلاف نظر رسمی: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