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کتابچه راهنمای premint ~ گنج منتظر است</w:t>
      </w:r>
    </w:p>
    <w:p>
      <w:r>
        <w:t>در آوریل 2024 ، ژاپن دائو اعلامیه فوق العاده ای را اعلام کرد که CNP (Cryptoninja Partners) حامی رسمی خواهد بود! بلافاصله ، یک برنامه ریزی جشنواره که می تواند گنج NFT (SBT) را با نعناع کک بدست آورد ، اکنون "جشنواره Frimin" نامیده می شود!با این حال ، مانع در اینجا "پیش فرض" است. این ابزار ، که توسط توزیع آل نیز به تصویب رسیده است ، درک صادقانه دشوار است.حتی اگر فکر می کنید زمان لازم است ، می توانید این مقاله را بخوانید و فرصت های زیادی کسب کنید. امیدوارم که بتوانید آن را در آن قرار دهید.من هنگام استفاده از تصویر از تصویر تصویر استفاده می کنم ، بنابراین لطفاً از آن به صورت آسان و به روش مبتدیان استفاده کنید.</w:t>
      </w:r>
    </w:p>
    <w:p>
      <w:r>
        <w:t>ⅰپیش فرض چیست؟</w:t>
      </w:r>
    </w:p>
    <w:p>
      <w:r>
        <w:t>・ هنگامی که پروژه NFT یک NFT جدید را صادر می کند ، ابزاری برای ارتقاء کاربرد و مدیریت AL (خرید اولویت). ・ Premint از اپراتور پروژه NFT پشتیبانی می کند و از شما پشتیبانی می کند که آیا کلاهبرداری وجود دارد و یک قرعه کشی عادلانه.پروژه های مشهور در ژاپن و خارج از کشور به تصویب رسیده است. ・ اخیراً ، از آن برای برنامه های AL برای نعناع و Airdrop رایگان استفاده شده است.</w:t>
      </w:r>
    </w:p>
    <w:p>
      <w:r>
        <w:t>ii.آماده سازی قبل از درخواست برای پیش فرض</w:t>
      </w:r>
    </w:p>
    <w:p>
      <w:r>
        <w:t>آنچه شما در Premint نیاز دارید به شرح زیر است.</w:t>
      </w:r>
    </w:p>
    <w:p>
      <w:r>
        <w:t>・ کیف پول (metamask)</w:t>
      </w:r>
    </w:p>
    <w:p>
      <w:r>
        <w:t>account Account Discord</w:t>
      </w:r>
    </w:p>
    <w:p>
      <w:r>
        <w:t>・ x (توییتر) حساب</w:t>
      </w:r>
    </w:p>
    <w:p>
      <w:r>
        <w:t>ⅲجریان برنامه Premint</w:t>
      </w:r>
    </w:p>
    <w:p>
      <w:r>
        <w:t>مرحله 1</w:t>
      </w:r>
    </w:p>
    <w:p>
      <w:r>
        <w:t>کیف پول (Meta Mask) را در Premint ثبت کنید</w:t>
      </w:r>
    </w:p>
    <w:p>
      <w:r>
        <w:t>گام 2</w:t>
      </w:r>
    </w:p>
    <w:p>
      <w:r>
        <w:t>با حساب X (توییتر) و حساب Discord با Premint کار کنید</w:t>
      </w:r>
    </w:p>
    <w:p>
      <w:r>
        <w:t>مرحله 3</w:t>
      </w:r>
    </w:p>
    <w:p>
      <w:r>
        <w:t>برای پیش فرض اقدام کنید</w:t>
      </w:r>
    </w:p>
    <w:p>
      <w:r>
        <w:t>ⅳبیایید با Premint اقدام کنیم</w:t>
      </w:r>
    </w:p>
    <w:p>
      <w:r>
        <w:t>1. از رایانه شخصی استفاده کنید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(1) روی پیوند کلیک کنید تا واجد شرایط X (توییتر) باشید و وارد شوید.</w:t>
      </w:r>
    </w:p>
    <w:p>
      <w:r>
        <w:t>② "ورود به سیستم برای ثبت نام" را فشار دهید.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کیف پول را انتخاب کرده و رمز عبور را وارد کنید.</w:t>
      </w:r>
    </w:p>
    <w:p>
      <w:r>
        <w:t>④ کیف پول را امضا کرده و وصل کنید.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بررسی کنید که شرایط مشارکت قاب قرمز فوقانی برآورده شده و "کلیک برای ثبت نام" را فشار دهید.</w:t>
      </w:r>
    </w:p>
    <w:p>
      <w:r>
        <w:t>⑥ برنامه با این نماد تکمیل می شود!</w:t>
      </w:r>
    </w:p>
    <w:p>
      <w:r>
        <w:t>تمام کاری که شما باید انجام دهید این است که منتظر اعلامیه برنده باشید.</w:t>
      </w:r>
    </w:p>
    <w:p>
      <w:r>
        <w:t>* تنظیم اعلان برنده دارای یک تصویر در پایین است</w:t>
      </w:r>
    </w:p>
    <w:p>
      <w:r>
        <w:t>2. از تلفن هوشمند استفاده کنید</w:t>
      </w:r>
    </w:p>
    <w:p>
      <w:r>
        <w:t>* در بسیاری از موارد ، ورود مستقیم از پیوندهای مختلف بر روی تلفن های هوشمند هموار نمی شود ، بنابراین من نحوه ورود به مرورگر Meta Mask را که توسط ژاپن دائو توصیه می شود ، توضیح می دهم.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link پیوند هدف را از X (توییتر) و غیره کپی کنید و MetaMask را باز کنید.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مرورگر Meta Mask را باز کنید ، پیوند کپی شده را بچسبانید و وارد شوید.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"ورود به سیستم برای ثبت" را فشار دهید تا یک کیف پول را انتخاب کنید. رمز عبور ، علامت و اتصال کیف پول.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بررسی کنید که شرایط مشارکت قاب قرمز فوقانی برآورده شده و "کلیک برای ثبت نام" را فشار دهید.</w:t>
      </w:r>
    </w:p>
    <w:p>
      <w:r>
        <w:t>・ برنامه با این نماد تکمیل می شود!</w:t>
      </w:r>
    </w:p>
    <w:p>
      <w:r>
        <w:t>تمام کاری که شما باید انجام دهید این است که منتظر اعلامیه برنده باشید.</w:t>
      </w:r>
    </w:p>
    <w:p>
      <w:r>
        <w:t>* تنظیم اعلان برنده دارای یک تصویر در پایین است</w:t>
      </w:r>
    </w:p>
    <w:p>
      <w:r>
        <w:t>ⅴتنظیمات مختلف پیش فرض</w:t>
      </w:r>
    </w:p>
    <w:p>
      <w:r>
        <w:t>1. همکاری با SNS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می توانید وضعیت پیوند SNS را بررسی کرده و تنظیمات مختلف را از "نمایه" در Premint تنظیم کنید</w:t>
      </w:r>
    </w:p>
    <w:p>
      <w:r>
        <w:t>・ از آنجا که به عنوان یک کار مورد نیاز است ، لازم است با X (توییتر) و Discord همکاری کنیم.</w:t>
      </w:r>
    </w:p>
    <w:p>
      <w:r>
        <w:t>* لازم است که از قبل یک حساب کاربری X (توییتر) و Discord ایجاد کنید</w:t>
      </w:r>
    </w:p>
    <w:p>
      <w:r>
        <w:t>این پروژه برای پیوند دادن حساب های X (توییتر) و Discord به عنوان یکی از وظایف برنامه Premint لازم است. خوب است که از قبل و با PREMINT ارتباطات مختلفی را ایجاد کرده و با Premint پیوند دهید.</w:t>
      </w:r>
    </w:p>
    <w:p>
      <w:r>
        <w:t>2. پیروز تنظیم اعلان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عملکرد اعلان یک تابع بسیار مفید است. خوب است که از قبل تنظیم کنید تا برنامه به درستی تکمیل شود ، اما شما نمی دانید یا از پیروزی آگاه نخواهید بود و به روز نعنا نرسید.</w:t>
      </w:r>
    </w:p>
    <w:p>
      <w:r>
        <w:t>ⅵخلاصه</w:t>
      </w:r>
    </w:p>
    <w:p>
      <w:r>
        <w:t>این بار ، من Prethint. از آنجایی که شما یک بار را می دانید و یک بار ثبت نام می کنید ، می توانید به راحتی در آینده اعمال کنید! Premint یک پنجره مهم است که منجر به سود سلف مانند AL ، Fleimint و Airdrop از Projects.let می شود.پیش فرض کنید و با هم شانس بزرگی کسب کنید.</w:t>
      </w:r>
    </w:p>
    <w:p>
      <w:r>
        <w:t>اگر به DAO ژاپن علاقه دارید ، لطفاً "مجله ژاپن دائو" را دنبال کنید و اسکی کنید.</w:t>
      </w:r>
    </w:p>
    <w:p>
      <w:r>
        <w:t>حساب X رسمی: https: //twitter.com/japannftmuseum</w:t>
      </w:r>
    </w:p>
    <w:p>
      <w:r>
        <w:t>اختلاف نظر رسمی: https://discord.com/invite/japandao</w:t>
      </w:r>
    </w:p>
    <w:p>
      <w:r>
        <w:t>اینستاگرام رسمی: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