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نحوه ساخت metamask</w:t>
      </w:r>
    </w:p>
    <w:p>
      <w:r>
        <w:t>در این مقاله "روش ایجاد ماسک های متا" را معرفی خواهیم کرد.</w:t>
      </w:r>
    </w:p>
    <w:p>
      <w:r>
        <w:t>با خواندن مقاله می توانید به راحتی یک metamask ایجاد کنید.</w:t>
      </w:r>
    </w:p>
    <w:p>
      <w:r>
        <w:t>می توانید این مقاله را در 5 دقیقه بخوانید!</w:t>
      </w:r>
    </w:p>
    <w:p>
      <w:r>
        <w:t>metamask چیست؟</w:t>
      </w:r>
    </w:p>
    <w:p>
      <w:r>
        <w:drawing>
          <wp:inline xmlns:a="http://schemas.openxmlformats.org/drawingml/2006/main" xmlns:pic="http://schemas.openxmlformats.org/drawingml/2006/picture">
            <wp:extent cx="3657600" cy="104349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434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Metamask تصویری مانند "کیف پول دیجیتال" است. با این کیف پول ، می توانید با خیال راحت از پول دیجیتال و موارد خاص استفاده کنید.</w:t>
      </w:r>
    </w:p>
    <w:p>
      <w:r>
        <w:t>این توسط بسیاری از کاربران پشتیبانی می شود و می تواند با خیال راحت و کارآمد به عنوان یک نقطه دسترسی برای دارایی های دیجیتال مورد استفاده قرار گیرد.</w:t>
      </w:r>
    </w:p>
    <w:p>
      <w:r>
        <w:t>[تلفن هوشمند] روش ایجاد metamask</w:t>
      </w:r>
    </w:p>
    <w:p>
      <w:r>
        <w:t>① برنامه "metamask" را بارگیری کنید</w:t>
      </w:r>
    </w:p>
    <w:p>
      <w:r>
        <w:t>② روی "شروع" ضربه بزنید</w:t>
      </w:r>
    </w:p>
    <w:p>
      <w:r>
        <w:t>③ روی "ایجاد یک کیف پول جدید" ضربه بزنید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contents مطالب را بررسی کنید و روی "من موافقم" ضربه بزنید</w:t>
      </w:r>
    </w:p>
    <w:p>
      <w:r>
        <w:t>⑤ شرایط را بررسی کنید و روی "موافق" ضربه بزنید</w:t>
      </w:r>
    </w:p>
    <w:p>
      <w:r>
        <w:t>⑥ رمز عبور را وارد کرده و روی "ایجاد رمز عبور" ضربه بزنید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⑦ روی "شروع" ضربه بزنید</w:t>
      </w:r>
    </w:p>
    <w:p>
      <w:r>
        <w:t>⑧ روی "شروع" ضربه بزنید</w:t>
      </w:r>
    </w:p>
    <w:p>
      <w:r>
        <w:t>⑨ رمز عبور را وارد کرده و روی "تأیید" ضربه بزنید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⑩ برای نمایش یک عبارت بازیابی مخفی روی "نمایشگر" ضربه بزنید</w:t>
      </w:r>
    </w:p>
    <w:p>
      <w:r>
        <w:t>※مهم</w:t>
      </w:r>
    </w:p>
    <w:p>
      <w:r>
        <w:t>شما هرگز نباید در مورد عبارت بازیابی مخفی به کسی بگویید.</w:t>
      </w:r>
    </w:p>
    <w:p>
      <w:r>
        <w:t>به ترتیب از کلمات نمایش داده شده یادداشت کنید و آنها را در مکانی امن نگه دارید.</w:t>
      </w:r>
    </w:p>
    <w:p>
      <w:r>
        <w:t>⑪ یک عبارت بازیابی مخفی را به ترتیب انتخاب کنید. ایجاد کیف پول کامل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[PC] روش ایجاد Metamask</w:t>
      </w:r>
    </w:p>
    <w:p>
      <w:r>
        <w:t>ابتدا بیایید به وب سایت رسمی Metamask برویم.</w:t>
      </w:r>
    </w:p>
    <w:p>
      <w:r>
        <w:t>metamask جعلی است ، بنابراین حتما آن را از URL صحیح بارگیری کنید (پیوند URL فوق ایمن است)</w:t>
      </w:r>
    </w:p>
    <w:p>
      <w:r>
        <w:t>① "بارگیری" را در پایین سمت چپ صفحه کلیک کنید</w:t>
      </w:r>
    </w:p>
    <w:p>
      <w:r>
        <w:t>② روی "دریافت" کلیک کنید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③ روی "افزودن پسوند" کلیک کنید</w:t>
      </w:r>
    </w:p>
    <w:p>
      <w:r>
        <w:t>④ شرایط استفاده را بررسی کنید و کادر انتخاب را بررسی کنید.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contents مطالب را بررسی کنید و روی "موافقم" کلیک کنید</w:t>
      </w:r>
    </w:p>
    <w:p>
      <w:r>
        <w:t>⑥ رمز عبور را وارد کرده و روی "ایجاد یک کیف پول جدید" کلیک کنید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روی "اطمینان از ایمنی کیف پول" کلیک کنید</w:t>
      </w:r>
    </w:p>
    <w:p>
      <w:r>
        <w:t>⑧ روی "انتشار عبارت بازیابی مخفی" کلیک کنید</w:t>
      </w:r>
    </w:p>
    <w:p>
      <w:r>
        <w:t>※مهم</w:t>
      </w:r>
    </w:p>
    <w:p>
      <w:r>
        <w:t>شما هرگز نباید در مورد عبارت بازیابی مخفی به کسی بگویید.</w:t>
      </w:r>
    </w:p>
    <w:p>
      <w:r>
        <w:t>به ترتیب از کلمات نمایش داده شده یادداشت کنید و آنها را در مکانی امن نگه دارید.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یک عبارت بازیابی مخفی وارد کنید</w:t>
      </w:r>
    </w:p>
    <w:p>
      <w:r>
        <w:t>reation ایجاد کیف پول تکمیل شده است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اقدامات احتیاطی هنگام ایجاد یک metamask</w:t>
      </w:r>
    </w:p>
    <w:p>
      <w:r>
        <w:t>با استفاده از یک متاموس ، می توانید به راحتی دارایی های دیجیتالی را مدیریت و تجارت کنید. با این حال ، در حالی که از راحتی آن لذت می برید ، نکاتی وجود دارد که باید به آنها توجه داشته باشید.</w:t>
      </w:r>
    </w:p>
    <w:p>
      <w:r>
        <w:t>ذخیره عبارت بازیابی مخفی</w:t>
      </w:r>
    </w:p>
    <w:p>
      <w:r>
        <w:t>همانطور که بارها در توضیحات ذکر کردم تاکنون ، ذخیره عبارات بازیابی مخفی بسیار مهم است.</w:t>
      </w:r>
    </w:p>
    <w:p>
      <w:r>
        <w:t>از دست دادن این امر باعث می شود شما نتوانید به کیف پول دسترسی پیدا کنید و دارایی های خود را از دست دهید.</w:t>
      </w:r>
    </w:p>
    <w:p>
      <w:r>
        <w:t>همچنین ، با شناخته شدن به دیگران ، خطر دسترسی غیرمجاز وجود دارد ، بنابراین حتماً سعی کنید آن را به دیگران نشت نکنید. (Skusho ng است)</w:t>
      </w:r>
    </w:p>
    <w:p>
      <w:r>
        <w:t>استفاده از وب سایت و برنامه رسمی</w:t>
      </w:r>
    </w:p>
    <w:p>
      <w:r>
        <w:t>سایت ها و برنامه های جعلی زیادی در اینترنت وجود دارد.</w:t>
      </w:r>
    </w:p>
    <w:p>
      <w:r>
        <w:t>هنگام بارگیری و نصب ماسک متا ، حتما از سایت رسمی یا فروشگاه برنامه استفاده کنید.</w:t>
      </w:r>
    </w:p>
    <w:p>
      <w:r>
        <w:t>خلاصه</w:t>
      </w:r>
    </w:p>
    <w:p>
      <w:r>
        <w:t>در اینجا خلاصه ای از این محتوا آورده شده است.</w:t>
      </w:r>
    </w:p>
    <w:p>
      <w:r>
        <w:t>تعریف کیف پول</w:t>
      </w:r>
    </w:p>
    <w:p>
      <w:r>
        <w:t>کیف پول "کیف پول دیجیتال" برای حفظ و مدیریت ارز مجازی است.</w:t>
      </w:r>
    </w:p>
    <w:p>
      <w:r>
        <w:t>ادمکشی</w:t>
      </w:r>
    </w:p>
    <w:p>
      <w:r>
        <w:t>Metamask مانند یک کیف پول دیجیتال است و ابزاری برای ذخیره و استفاده از دارایی های دیجیتال با خیال راحت است. توسط بسیاری از کاربران پشتیبانی می شود.</w:t>
      </w:r>
    </w:p>
    <w:p>
      <w:r>
        <w:t>روش ایجاد</w:t>
      </w:r>
    </w:p>
    <w:p>
      <w:r>
        <w:t>روش ایجاد ماسک های متا در رایانه های شخصی و تلفن هوشمند به تفصیل شرح داده شده است. این روش شامل تنظیمات بارگیری ، نصب و تنظیمات بازیابی مخفی است.</w:t>
      </w:r>
    </w:p>
    <w:p>
      <w:r>
        <w:t>نکته مهم</w:t>
      </w:r>
    </w:p>
    <w:p>
      <w:r>
        <w:t>اقدامات احتیاطی در هنگام استفاده از metamask ، مانند اهمیت ذخیره عبارات بازیابی مخفی و اهمیت استفاده از وب سایت و برنامه رسمی وجود دارد.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