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کاگورا چیست؟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سلام به خانواده ژاپن دائو</w:t>
      </w:r>
    </w:p>
    <w:p>
      <w:r>
        <w:t>در این مقاله ، مانگا "Kagukomi" پس از تولد کاگورا از Kagura NFT توسعه یافت.</w:t>
      </w:r>
    </w:p>
    <w:p>
      <w:r>
        <w:t>من داستان و شخصیت ها را عمیق تر خواهم کرد.</w:t>
      </w:r>
    </w:p>
    <w:p>
      <w:r>
        <w:t>ما همچنین مکان فعلی "Kagura" را خواهیم خواند ، که به محتوای مختلفی مانند موسیقی و انیمیشن و آینده "کاگورا" تبدیل شده است که IP را بیشتر تقویت کرده است.</w:t>
      </w:r>
    </w:p>
    <w:p>
      <w:r>
        <w:t>لطفاً به پایان نگاهی بیندازید!</w:t>
      </w:r>
    </w:p>
    <w:p>
      <w:r>
        <w:t>* اگر شما نخوانده اید "Kagura تولد Vol.1 Kagura" است ، ما از لینک زیر آن را قدردانی می کنیم.</w:t>
      </w:r>
    </w:p>
    <w:p>
      <w:r>
        <w:t>مجله ژاپن DAO پیوند "تولد Vol.1 Kagura"</w:t>
      </w:r>
    </w:p>
    <w:p>
      <w:r>
        <w:t>https://japandao-solice.com/؟p= لینک "https://japandao-solition.com/؟p=1068"1068</w:t>
      </w:r>
    </w:p>
    <w:p>
      <w:r>
        <w:t>پیوند رسمی کاگورا</w:t>
      </w:r>
    </w:p>
    <w:p>
      <w:r>
        <w:t>https://japannftmuseum.com/kagura#kagura</w:t>
      </w:r>
    </w:p>
    <w:p>
      <w:r>
        <w:t>مانگای رسمی</w:t>
      </w:r>
    </w:p>
    <w:p>
      <w:r>
        <w:t>https://japannftmuseum.com/kagura/manga</w:t>
      </w:r>
    </w:p>
    <w:p>
      <w:r>
        <w:t>دریای آزاد</w:t>
      </w:r>
    </w:p>
    <w:p>
      <w:r>
        <w:t>https://opensea.io/ja/collection/kagura-jp</w:t>
      </w:r>
    </w:p>
    <w:p>
      <w:r>
        <w:t>X (توییتر) kagurajpn</w:t>
      </w:r>
    </w:p>
    <w:p>
      <w:r>
        <w:t>https://twitter.com/kagurajpn</w:t>
      </w:r>
    </w:p>
    <w:p>
      <w:r>
        <w:t>داستان کاگورا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چهار عضو زن متعلق به "یادگیری فرهنگ ژاپنی" در دبیرستان خصوصی Nadeshiko Gakuen ، و روباه "خدا" که به دلایلی زندگی دانشجویی را زندگی می کنند "فرهنگ ژاپنی خارج از کشور است. داستان کار به منظور گفتن بسیاری از افراد، مانند کودکان ژاپنی!</w:t>
      </w:r>
    </w:p>
    <w:p>
      <w:r>
        <w:t>در این باشگاه ، ما در حالی که آداب و رسوم را از زمان های قدیم و رویدادهای فصلی مانند لباس و ابزار دست ساز و با هم تجربه می کنیم ، در حال تعمیق یادگیری هستیم و از سایت بازدید کردیم.</w:t>
      </w:r>
    </w:p>
    <w:p>
      <w:r>
        <w:t>هر روز مرموز و آرام که آنها آشکار می شوند ، دلتنگی است که ژاپنی ها فراموش کرده و بهبود یافته اند!</w:t>
      </w:r>
    </w:p>
    <w:p>
      <w:r>
        <w:t>من فکر می کنم که مردم و کودکان خارج از کشور مطمئناً تازه و جالب خواهند دید!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شخصیت ها</w:t>
      </w:r>
    </w:p>
    <w:p>
      <w:r>
        <w:t>te mine chara c دست آن "شیرین و نوک" ، "همسایه Saionji" ، "همسایه Saionji" ، "Shinonome Blue" ، Plan D "D" Kuju -no -rise.5 درد P؟!</w:t>
      </w:r>
    </w:p>
    <w:p>
      <w:r>
        <w:t>همه شخصیت ها با ظاهر و شخصیت خود بی نظیر و جذاب هستند!</w:t>
      </w:r>
    </w:p>
    <w:p>
      <w:r>
        <w:t>مطمئناً فشار پیدا خواهید کرد</w:t>
      </w:r>
    </w:p>
    <w:p>
      <w:r>
        <w:t>هنوز هم بسیاری از تنظیمات مرموز وجود دارد ، و من واقعاً مشتاقانه منتظر هستم که در آینده در مانگا و غیره آشکار شوم!</w:t>
      </w:r>
    </w:p>
    <w:p>
      <w:r>
        <w:t>علاوه بر این ، نام شخصیت اصلی ظاهر شده توسط نوع مشارکت کاربر در "برنامه برنامه ریزی استخدام نام شخصیت کاگورا" که در X (توییتر) برگزار شده است ، همزمان با انتشار کاگورا (NFT) استخدام شده است.بخش تحریریه.</w:t>
      </w:r>
    </w:p>
    <w:p>
      <w:r>
        <w:t>این تنها یک چیز عالی است که با ویژگی ها و جو شخصیت مطابقت دارد و این نام به شخصیت های فردی دلبستگی به دست آورده و می تواند حتی بیشتر از کاگورا لذت ببرد.</w:t>
      </w:r>
    </w:p>
    <w:p>
      <w:r>
        <w:t>معرفی شخصیت</w:t>
      </w:r>
    </w:p>
    <w:p>
      <w:r>
        <w:t>کاخ عمومی</w:t>
      </w:r>
    </w:p>
    <w:p>
      <w:r>
        <w:t>تصویر شخصیت: موری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محله Saionji</w:t>
      </w:r>
    </w:p>
    <w:p>
      <w:r>
        <w:t>تصویر شخصیت: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رنگ آبی</w:t>
      </w:r>
    </w:p>
    <w:p>
      <w:r>
        <w:t>تصویر شخصیت: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شمشیر حرم سایاکا (شمشیر حرم سایاکا)</w:t>
      </w:r>
    </w:p>
    <w:p>
      <w:r>
        <w:t>تصویر شخصیت: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 (Tsukuma خوب است)</w:t>
      </w:r>
    </w:p>
    <w:p>
      <w:r>
        <w:t>تصویر شخصیت: برنج سفید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مانگا （طنز</w:t>
      </w:r>
    </w:p>
    <w:p>
      <w:r>
        <w:t>ممکن است من یک کتاب درسی برای فرهنگ ژاپنی باشم؟! "Kagukomi"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یکی از مهمترین محتوای پروژه Kagura مانگا "Kagkomi" است. این سریال مانگا چهار قاب ، که از دسامبر 2022 با X (توییتر) آغاز شد ، در 14 مه 2024 تا قسمت 22 قسمت سریال شده است.</w:t>
      </w:r>
    </w:p>
    <w:p>
      <w:r>
        <w:t>سازندگان رسمی با تجربه با تمام نقاط قوت خود ، عمدتاً توسط ویرایشگر -در -CHIEF آبشار (Taki_SAE) ، در بخش تحریریه موزه ژاپن NFT تولید می کنند.</w:t>
      </w:r>
    </w:p>
    <w:p>
      <w:r>
        <w:t>شما می توانید از یادگیری فرهنگ ژاپنی از رفتار آنها در فعالیت های این باشگاه لذت ببرید!</w:t>
      </w:r>
    </w:p>
    <w:p>
      <w:r>
        <w:t>به ویژه ، توضیح نکته در مورد خدا "اینا -چان" ، که از پایان ژاپن را تماشا می کرد ، بسیار متقاعد کننده است. هر زمان ، سبک سازندگان مختلف مسئولیت سبک های مختلف را بر عهده دارد.</w:t>
      </w:r>
    </w:p>
    <w:p>
      <w:r>
        <w:t>این یک سریال بسیار سلیقه است.</w:t>
      </w:r>
    </w:p>
    <w:p>
      <w:r>
        <w:t>به عنوان یک کتاب درسی برای یادگیری فرهنگ ژاپنی در آینده نزدیک ، تصور کنید که کودکان آن را دریافت می کنند و هیجان متوقف نمی شود!</w:t>
      </w:r>
    </w:p>
    <w:p>
      <w:r>
        <w:t>این یک یا دو بار در ماه به طور متناوب با سایر شخصیت های مانگا (سه شنبه به روز شده) به روز می شود.</w:t>
      </w:r>
    </w:p>
    <w:p>
      <w:r>
        <w:t>می توانید تمام داستان ها را از لینک زیر بخوانید ، بنابراین لطفاً نگاهی بیندازید</w:t>
      </w:r>
    </w:p>
    <w:p>
      <w:r>
        <w:t>https://japannftmuseum.com/kagura/manga</w:t>
      </w:r>
    </w:p>
    <w:p>
      <w:r>
        <w:t>موسیقی (موسیقی)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(＠ no makkuno)</w:t>
      </w:r>
    </w:p>
    <w:p>
      <w:r>
        <w:t>آهنگ تم Kagura "One Fense" قبل از انتشار کاگورا (NFT) اعلام شد و تا به امروز برای کاگورا هیجان انگیز بوده است.</w:t>
      </w:r>
    </w:p>
    <w:p>
      <w:r>
        <w:t>تولید و آواز ترانه ها مسئول Nomakun (نام هنرمند: Sho -go) ، موزه رسمی NFT موزه NFT است.</w:t>
      </w:r>
    </w:p>
    <w:p>
      <w:r>
        <w:t>او علاوه بر تولید و بهره برداری از مجموعه اصلی NFT ، او یک خالق فوق العاده با اختلال است که در زمینه توسعه بازی ها ، تولید موسیقی و خوانندگان کار می کند.</w:t>
      </w:r>
    </w:p>
    <w:p>
      <w:r>
        <w:t>آهنگ تم "یک احساس" در سیستم عامل های مختلف موسیقی از جمله Apple Music توزیع شده است و ستایش و توجه بالایی را به خود جلب کرده است.</w:t>
      </w:r>
    </w:p>
    <w:p>
      <w:r>
        <w:t>این آهنگ که با آهنگی شروع می شود که با طعم ژاپنی به قلب نفوذ می کند ، با "Koi -Ki که فکر می کنید وقتی گل سرد است" شروع می شود ، ترانه ای از عشق است که همه جا پر می شود ، و این یک آهنگ عاشقانه باورنکردنی است.</w:t>
      </w:r>
    </w:p>
    <w:p>
      <w:r>
        <w:t>آواز ترانه نامیکون به شدت افکار دختران زیبا و زیبا را تصور می کند ، و شما می توانید دیدگاه کاگورا را کاملاً احساس کنید.</w:t>
      </w:r>
    </w:p>
    <w:p>
      <w:r>
        <w:t>از لینک زیر می توانید با موسیقی اپل و غیره به "یک احساس" گوش دهید ، بنابراین لطفاً به آن گوش دهید</w:t>
      </w:r>
    </w:p>
    <w:p>
      <w:r>
        <w:t>https://big-up.style/BDNU6nwxxL</w:t>
      </w:r>
    </w:p>
    <w:p>
      <w:r>
        <w:t>مجموعه لینک Nomakun</w:t>
      </w:r>
    </w:p>
    <w:p>
      <w:r>
        <w:t>https://linktr.ee/nomakun</w:t>
      </w:r>
    </w:p>
    <w:p>
      <w:r>
        <w:t>انیمیشن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انتظار می رود که انیمیشن نه تنها در "کاگورا" بلکه در تمام مارک های شخصیتی که "ژاپن دائو" دارد ، پیشرفت کند.</w:t>
      </w:r>
    </w:p>
    <w:p>
      <w:r>
        <w:t>به طور خاص ، "کاگورا" انتظار می رود مهمترین IP در اقدامات احیای منطقه ای باشد که در آینده ترویج می شود ، علاوه بر ویژگی های "فرهنگ ژاپنی به جهان"!</w:t>
      </w:r>
    </w:p>
    <w:p>
      <w:r>
        <w:t>ما متقاعد شده ایم که "دختر با کیفیت و با کیفیت" محبوبیت بیشتری کسب می کند و به موفقیت بزرگی می رسد ، چه در ژاپن و چه در خارج از کشور.</w:t>
      </w:r>
    </w:p>
    <w:p>
      <w:r>
        <w:t>انیمیشن رسمی قبلاً در چهار مکان توکیو پخش شده است (Shibuya ، Shinjuku ، Ikebukuro ، Roppongi) و پیشرفت هر مارک در آینده نیز بسیار مهم است!</w:t>
      </w:r>
    </w:p>
    <w:p>
      <w:r>
        <w:t>قبل از وقت</w:t>
      </w:r>
    </w:p>
    <w:p>
      <w:r>
        <w:t>https://prtimes.jp/main/html/rd/p/000000004.000127669.html</w:t>
      </w:r>
    </w:p>
    <w:p>
      <w:r>
        <w:t>تمبر اختلاف نظر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تمبر Discord با بخش تحریریه از کیفیت بالایی برخوردار است و از کمبود آن اسیر خواهد شد!</w:t>
      </w:r>
    </w:p>
    <w:p>
      <w:r>
        <w:t>این نقش اساسی در تبریک و ارتباط در جامعه دارد.</w:t>
      </w:r>
    </w:p>
    <w:p>
      <w:r>
        <w:t>از ما انتظار می رود در آینده به خط تمبر بپردازیم!</w:t>
      </w:r>
    </w:p>
    <w:p>
      <w:r>
        <w:t>خلاصه</w:t>
      </w:r>
    </w:p>
    <w:p>
      <w:r>
        <w:t>در این مجله Japandao ، ما داستان و شخصیت هایی را معرفی کردیم که به عنوان زمینه "Kagura" ظاهر می شوند ، و همچنین "Kagura تولد Vol.1 Kagura" و محتوای مختلف است.</w:t>
      </w:r>
    </w:p>
    <w:p>
      <w:r>
        <w:t>من خوشحال می شوم اگر بعد از خواندن مقاله ، هرچه بیشتر افراد ممکن باشد برای "کاگورا" جذاب باشند و از آینده هیجان زده شوند.</w:t>
      </w:r>
    </w:p>
    <w:p>
      <w:r>
        <w:t>یک تجربه شگفت انگیز با قدم زدن با آنها که "فرهنگ ژاپنی را به جهان منتقل می کند" در انتظار است</w:t>
      </w:r>
    </w:p>
    <w:p>
      <w:r>
        <w:t>بیایید به همراه Kagura (NFT) از دیدگاه جهان لذت ببریم !!</w:t>
      </w:r>
    </w:p>
    <w:p>
      <w:r>
        <w:t>اگر به DAO ژاپن علاقه دارید ، لطفاً "مجله ژاپن دائو" را دنبال کنید و اسکی کنید.</w:t>
      </w:r>
    </w:p>
    <w:p>
      <w:r>
        <w:t>حساب X رسمی: https: //twitter.com/japannftmuseum</w:t>
      </w:r>
    </w:p>
    <w:p>
      <w:r>
        <w:t>اختلاف نظر رسمی: https://discord.com/invite/japandao</w:t>
      </w:r>
    </w:p>
    <w:p>
      <w:r>
        <w:t>اینستاگرام رسمی: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