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پروژه نعناع رایگان (SBT)! "Kim no Ono" همکاری محدود NFT</w:t>
      </w:r>
    </w:p>
    <w:p>
      <w:r>
        <w:t>سلام ، این خانواده ژاپن دائو!</w:t>
      </w:r>
    </w:p>
    <w:p>
      <w:r>
        <w:t>اطلاعات جدید NFT با همکاری جدید اعلام شده است! این بار ، یک IP جدید به نام "مقدس" به ژاپن DAO معرفی می شود و همکاری ویژه ای با "Kin No Ono (shoot_down_ufo)" آغاز می شود.</w:t>
      </w:r>
    </w:p>
    <w:p>
      <w:r>
        <w:t>در این مقاله ، من جزئیات این پیشرفت جدید و فرصتی برای توزیع NFT را برای مدت زمان محدود برای شما تعریف خواهم کرد. تا آخر و تمام اطلاعات را از دست ندهید!</w:t>
      </w:r>
    </w:p>
    <w:p>
      <w:r>
        <w:t>بررسی اجمالی</w:t>
      </w:r>
    </w:p>
    <w:p>
      <w:r>
        <w:t>ژاپن دائو ، بزرگترین جامعه دائو ، جایی که اعضای بیش از 150 کشور در سراسر جهان در آن شرکت می کنند ، از معرفی یک IP جدید "مقدس" و همکاری با خالق خود "کیم بدون اونو" خبر داده اند.</w:t>
      </w:r>
    </w:p>
    <w:p>
      <w:r>
        <w:t>با این همکاری ، ژاپن DAO نوآوری بیشتری را در زمینه شخصیت دیجیتال ارتقا می بخشد.</w:t>
      </w:r>
    </w:p>
    <w:p>
      <w:r>
        <w:drawing>
          <wp:inline xmlns:a="http://schemas.openxmlformats.org/drawingml/2006/main" xmlns:pic="http://schemas.openxmlformats.org/drawingml/2006/picture">
            <wp:extent cx="3657600" cy="1953781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5378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درباره مقدس</w:t>
      </w:r>
    </w:p>
    <w:p>
      <w:r>
        <w:t>"مقدس" یک سریال شخصیت است که توسط "کیم هیچ اونو" ساخته شده است.با افزودن عنصر "فرشته" به شخصیت خرگوش تحت موضوع "ناز و شفا" ، تصویر مقدس و محافظت دارد. فضای خاصی ایجاد می کند.</w:t>
      </w:r>
    </w:p>
    <w:p>
      <w:r>
        <w:t>با این همکاری با ژاپن دائو ، این شخصیت از سکوی قدرتمند ژاپن دائو برای رشد به یک عزیز استفاده می کند.</w:t>
      </w:r>
    </w:p>
    <w:p>
      <w:r>
        <w:drawing>
          <wp:inline xmlns:a="http://schemas.openxmlformats.org/drawingml/2006/main" xmlns:pic="http://schemas.openxmlformats.org/drawingml/2006/picture">
            <wp:extent cx="3657600" cy="12192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219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درباره کیم بدون اونو</w:t>
      </w:r>
    </w:p>
    <w:p>
      <w:r>
        <w:t>از سنین پایین ، من آرزوی جدی برای جهان دارم و افکار خود را از طریق هنر ابراز کرده ام. او برنده مسابقات مختلف تصویرگری ژاپنی شد و همکاری بین برند اصلی "دختر فضایی" و ژاپن دائو از 70،000 فراتر رفته است.</w:t>
      </w:r>
    </w:p>
    <w:p>
      <w:r>
        <w:t>علاوه بر این ، آنها همچنین در توزیع آهنگ تم موسیقی Apple Music و پخش تبلیغات بزرگ Vision در تقاطع schramble Shibuya شرکت می کنند.</w:t>
      </w:r>
    </w:p>
    <w:p>
      <w:r>
        <w:t>از طریق فروش کالاها ، مجموعه های NFT ، موزه های طلای طلا و غیره ، دختر فضایی همچنان به انتقال رویاها و امیدها به جهان به جهان ادامه می دهد.</w:t>
      </w:r>
    </w:p>
    <w:p>
      <w:r>
        <w:t>علاوه بر این ، "نقره اینو (@shoot_down_ufo2)" به عنوان حامی سایه ای که از فعالیت های خلاقانه کیم اونو پشتیبانی می کند وجود دارد. Silver Ono از ایجاد NFT No Ono پشتیبانی می کند و همچنان به حمایت از فعالیت های خود در پشت صحنه می رود.پروژه "دختر فضایی" بیشتر و بیشتر تحقق یافته است.</w:t>
      </w:r>
    </w:p>
    <w:p>
      <w:r>
        <w:t>پیوند کیم بدون اونو</w:t>
      </w:r>
    </w:p>
    <w:p>
      <w:r>
        <w:t>https://1link.jp/golden_axe_58</w:t>
      </w:r>
    </w:p>
    <w:p>
      <w:r>
        <w:t>اطلاعات نعناع NFT</w:t>
      </w:r>
    </w:p>
    <w:p>
      <w:r>
        <w:t>دوره استخدام (دوره برنامه Premint) 2024/05/13 تا 2024/05/20 23:59</w:t>
      </w:r>
    </w:p>
    <w:p>
      <w:r>
        <w:t>تاریخ نعنا برنامه ریزی شده برای پایان ماه مه 2024</w:t>
      </w:r>
    </w:p>
    <w:p>
      <w:r>
        <w:t>نعناع رایگان (رایگان)</w:t>
      </w:r>
    </w:p>
    <w:p>
      <w:r>
        <w:t>چند ضلعی زنجیره ای (SBT) * SBT: توکن محدود روح نمی تواند NFT را خریداری یا انتقال دهد</w:t>
      </w:r>
    </w:p>
    <w:p>
      <w:r>
        <w:t>هزینه گاز رایگان</w:t>
      </w:r>
    </w:p>
    <w:p>
      <w:r>
        <w:drawing>
          <wp:inline xmlns:a="http://schemas.openxmlformats.org/drawingml/2006/main" xmlns:pic="http://schemas.openxmlformats.org/drawingml/2006/picture">
            <wp:extent cx="3657600" cy="3932903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93290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روش کاربرد</w:t>
      </w:r>
    </w:p>
    <w:p>
      <w:r>
        <w:t>1. به سایت ویژه</w:t>
      </w:r>
    </w:p>
    <w:p>
      <w:r>
        <w:t>سایت دسترسی ویژه در اینجا است</w:t>
      </w:r>
    </w:p>
    <w:p>
      <w:r>
        <w:t>https://japandao.jp/holy</w:t>
      </w:r>
    </w:p>
    <w:p>
      <w:r>
        <w:drawing>
          <wp:inline xmlns:a="http://schemas.openxmlformats.org/drawingml/2006/main" xmlns:pic="http://schemas.openxmlformats.org/drawingml/2006/picture">
            <wp:extent cx="3657600" cy="3907971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90797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برنامه کاربردی 2.PREMINT</w:t>
      </w:r>
    </w:p>
    <w:p>
      <w:r>
        <w:drawing>
          <wp:inline xmlns:a="http://schemas.openxmlformats.org/drawingml/2006/main" xmlns:pic="http://schemas.openxmlformats.org/drawingml/2006/picture">
            <wp:extent cx="3657600" cy="1961244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6124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اگر نمی دانید چگونه برای پیش فرض درخواست کنید ، لطفاً از لینک زیر استفاده کنید ، بنابراین لطفاً از آن استفاده کنید.</w:t>
      </w:r>
    </w:p>
    <w:p>
      <w:r>
        <w:t>https://note.com/japandaosolution/n/nd3b194382857</w:t>
      </w:r>
    </w:p>
    <w:p>
      <w:r>
        <w:t>اطلاعات مخفی مال از بخش راه حل</w:t>
      </w:r>
    </w:p>
    <w:p>
      <w:r>
        <w:t>1. افکار و نکات موجود در کار</w:t>
      </w:r>
    </w:p>
    <w:p>
      <w:r>
        <w:t>در ترسیم شخصیت "مقدس" ، او می خواهد حضور "ناز و شفابخش" ایجاد کند و از طریق این شخصیت ، احساسات آرامش و آرامش و احساسات مثبت را به وجود آورد.</w:t>
      </w:r>
    </w:p>
    <w:p>
      <w:r>
        <w:t>بهترین نقطه جذابیت "مقدس" گونه های چاقوی آن است. موارد شایان ستایش که باعث می شود لبخند بیننده ناخواسته با آگاهی جلب شود.</w:t>
      </w:r>
    </w:p>
    <w:p>
      <w:r>
        <w:drawing>
          <wp:inline xmlns:a="http://schemas.openxmlformats.org/drawingml/2006/main" xmlns:pic="http://schemas.openxmlformats.org/drawingml/2006/picture">
            <wp:extent cx="3657600" cy="2321719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32171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2. توسعه آینده</w:t>
      </w:r>
    </w:p>
    <w:p>
      <w:r>
        <w:t>از اینجا ، این یک زمان توهم از بخش راه حل است!</w:t>
      </w:r>
    </w:p>
    <w:p>
      <w:r>
        <w:t>"مقدس" ممکن است به عنوان فروش کالاهای دیجیتال یا NFT ، با استفاده از بستر بین المللی ژاپن DAO استفاده شود.</w:t>
      </w:r>
    </w:p>
    <w:p>
      <w:r>
        <w:t>همچنین می توانید با شخصیت های DAO Holy و Japan و همکاری ویژه با نام تجاری اصلی Kim No Ono "Space Girl" همکاری کنید.</w:t>
      </w:r>
    </w:p>
    <w:p>
      <w:r>
        <w:t>ما از اینکه چه نوع توسعه ای در آینده منتظر است ، هیجان زده نخواهیم شد! لطفاً منتظر گزارش پیگیری باشید!</w:t>
      </w:r>
    </w:p>
    <w:p>
      <w:r>
        <w:t>خلاصه</w:t>
      </w:r>
    </w:p>
    <w:p>
      <w:r>
        <w:t>NFT های محدود بر اساس همکاری بین ژاپن DAO و "Kim No Ono" برای مدت زمان محدود توزیع می شود.</w:t>
      </w:r>
    </w:p>
    <w:p>
      <w:r>
        <w:t>از این فرصت استفاده کنید تا هنر دیجیتال نوآورانه را تجربه کنید و مجموعه های ارزشمندی را بدست آورید.</w:t>
      </w:r>
    </w:p>
    <w:p>
      <w:r>
        <w:t>اگر سوالی دارید ، لطفاً با ما در کانال Diso Discord ژاپن تماس بگیرید.</w:t>
      </w:r>
    </w:p>
    <w:p>
      <w:r>
        <w:t>اگر به DAO ژاپن علاقه دارید ، لطفاً "مجله ژاپن دائو" را دنبال کنید و اسکی کنید.</w:t>
      </w:r>
    </w:p>
    <w:p>
      <w:r>
        <w:t>حساب X رسمی: https: //twitter.com/japandaojp</w:t>
      </w:r>
    </w:p>
    <w:p>
      <w:r>
        <w:t>اختلاف نظر رسمی: https://discord.com/invite/japandao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jp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