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پروژه نعناع رایگان (SBT) ابتدا! Amato x CNP همکاری محدود NFT !! (مهلت برنامه 5/19 23:59)</w:t>
      </w:r>
    </w:p>
    <w:p>
      <w:r>
        <w:t>سلام ، این خانواده ژاپن دائو!</w:t>
      </w:r>
    </w:p>
    <w:p>
      <w:r>
        <w:t>شما ممکن است قبلاً آن را دیده باشید ، اما اولین نعناع رایگان SBT اعلام شده است. این بار ، این یک NFT محدود به دلیل همکاری Amato و CNP به عنوان یک یادبود است که ژاپن دائو به یک اسپانسر رسمی CNP تبدیل شده است.</w:t>
      </w:r>
    </w:p>
    <w:p>
      <w:r>
        <w:t>روش های زیادی برای به دست آوردن NFT محدود و اطلاعات مخفی از بخش راه حل وجود دارد.</w:t>
      </w:r>
    </w:p>
    <w:p>
      <w:r>
        <w:t>لطفاً این مقاله را تا آخر بخوانید و تمام اطلاعات را از دست ندهید!</w:t>
      </w:r>
    </w:p>
    <w:p>
      <w:r>
        <w:t>to برای اخبار بزرگ اینجا را کلیک کنید</w:t>
      </w:r>
    </w:p>
    <w:p>
      <w:r>
        <w:t>موزه ژاپن NFT ژاپن DAO حامی رسمی برند NFT پیشرو ژاپن "CNP" خواهد بود! Amato x CNP Limited همکاری NFT به صورت رایگان توزیع می شود! همکاری های جدید را برای اجرای اجتماعی Web3 برای جزئیات بیشتر در مورد هدایای NFT کلیک کنید.</w:t>
      </w:r>
    </w:p>
    <w:p>
      <w:r>
        <w:t>https://twitter.com/japandaojp/status/1788083040377536639</w:t>
      </w:r>
    </w:p>
    <w:p>
      <w:r>
        <w:t>بارهای روابط عمومی</w:t>
      </w:r>
    </w:p>
    <w:p>
      <w:r>
        <w:t>https://prtimes.jp/main/html/rd/p/000000006.000134601.html</w:t>
      </w:r>
    </w:p>
    <w:p>
      <w:r>
        <w:t>بررسی اجمالی</w:t>
      </w:r>
    </w:p>
    <w:p>
      <w:r>
        <w:t>این خبر در مورد اسپانسر رسمی پروژه محبوب NFT "CNP (Cryptoninja شریک)" است که توسط شرکت ژاپن دائو اداره می شود ، با مسئولیت محدود.</w:t>
      </w:r>
    </w:p>
    <w:p>
      <w:r>
        <w:t>علاوه بر این ، این همکاری فقط به همکاری محدود نمی شود ، و ژاپن DAO با CNP همکاری کرده و هنرهای نمایشی سنتی و فرهنگ های منطقه ای را به عنوان دارایی های دیجیتالی تحت عنوان اصلی "سنت دیجیتال فرهنگ ژاپنی" به جهانیان منتقل می کند.بشر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درباره 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(Cryptoninja Partners) یک پروژه خلاق ثانویه از Cryptoninja است ، یک مارک شخصیت با موضوع Ninja.cnp در ماه مه 2022 22222 NFT صادر کرد و بیش از 5،300 دارایی خود CNP NFT را دارند.</w:t>
      </w:r>
    </w:p>
    <w:p>
      <w:r>
        <w:t>CNP از طریق "دانستن ، لمس کردن و تجربه" مشارکت عمیقی را برای شرکت کنندگان ارائه می دهد.و توسعه برنامه های صاحبان NFT.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وب سایت رسمی CNP</w:t>
      </w:r>
    </w:p>
    <w:p>
      <w:r>
        <w:t>https://www.cryptoninja-partners.xyz/</w:t>
      </w:r>
    </w:p>
    <w:p>
      <w:r>
        <w:t>درباره آماتو</w:t>
      </w:r>
    </w:p>
    <w:p>
      <w:r>
        <w:t>"Amato" اولین مارک شخصیت ژاپن دائو است که از موزه هنر NFT متولد شده است و یک پروژه NFT با موضوع "چالش سامورایی" است. در سال 2022 ، 5555 امتیاز در زنجیره اتریوم صادر شد ، نه تنها با اینقرمز و سفید پرچم نمادین ژاپنی پرچم های ژاپنی در همه جا رنگی شده بود ، اما برای هر قسمت "سامورایی" نیز بسیار محبوب است. در خارج از کشور بسیار محبوب است. علاوه بر لباس و سلاح های الهام گرفته از نینجا ، بسیاری از ترکیبات سرگرم کننده منحصر به فرد برای دمپایی ها هستند.کوفته ها ، هندوانه ، حباب صابون و همراهی ناز.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اگر می خواهید اطلاعات بیشتری در مورد Amato بدانید ، لطفاً به مقاله مفصل ارائه شده توسط ژاپن DAO مراجعه کنید.</w:t>
      </w:r>
    </w:p>
    <w:p>
      <w:r>
        <w:t>جلد 1 "تولد آماتو"</w:t>
      </w:r>
    </w:p>
    <w:p>
      <w:r>
        <w:t>https://note.com/japandaosolution/n/n90351d7bb368</w:t>
      </w:r>
    </w:p>
    <w:p>
      <w:r>
        <w:t>جلد 2 "حال و آینده آماتو"</w:t>
      </w:r>
    </w:p>
    <w:p>
      <w:r>
        <w:t>https://note.com/japandaosolution/n/n02ce3453e5ba</w:t>
      </w:r>
    </w:p>
    <w:p>
      <w:r>
        <w:t>اطلاعات نعناع NFT</w:t>
      </w:r>
    </w:p>
    <w:p>
      <w:r>
        <w:t>دوره استخدام (دوره برنامه Premint)</w:t>
      </w:r>
    </w:p>
    <w:p>
      <w:r>
        <w:t>2024/05/08 تا 2024/05/19 23:59</w:t>
      </w:r>
    </w:p>
    <w:p>
      <w:r>
        <w:t>روز نعناع</w:t>
      </w:r>
    </w:p>
    <w:p>
      <w:r>
        <w:t>برنامه ریزی شده در 25 مه 2024</w:t>
      </w:r>
    </w:p>
    <w:p>
      <w:r>
        <w:t>قیمت</w:t>
      </w:r>
    </w:p>
    <w:p>
      <w:r>
        <w:t>نعناع رایگان (رایگان)</w:t>
      </w:r>
    </w:p>
    <w:p>
      <w:r>
        <w:t>زنجیر</w:t>
      </w:r>
    </w:p>
    <w:p>
      <w:r>
        <w:t>چند ضلعی （SBT)</w:t>
      </w:r>
    </w:p>
    <w:p>
      <w:r>
        <w:t>* SBT: Soul Bound Token NFT قابل معامله یا انتقال نیست</w:t>
      </w:r>
    </w:p>
    <w:p>
      <w:r>
        <w:t>هزینه گاز</w:t>
      </w:r>
    </w:p>
    <w:p>
      <w:r>
        <w:t>رایگان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روش کاربرد</w:t>
      </w:r>
    </w:p>
    <w:p>
      <w:r>
        <w:t>1. دسترسی به سایت ویژه</w:t>
      </w:r>
    </w:p>
    <w:p>
      <w:r>
        <w:t>سایت ویژه از اینجا است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برنامه کاربردی 2.PREMINT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اگر نمی دانید چگونه برای پیش فرض درخواست کنید ، لطفاً از لینک زیر استفاده کنید ، بنابراین لطفاً از آن استفاده کنید.</w:t>
      </w:r>
    </w:p>
    <w:p>
      <w:r>
        <w:t>https://note.com/japandaosolution/n/nd3b194382857</w:t>
      </w:r>
    </w:p>
    <w:p>
      <w:r>
        <w:t>اطلاعات مخفی مال از بخش راه حل</w:t>
      </w:r>
    </w:p>
    <w:p>
      <w:r>
        <w:t>1. انواع SBT را جمع کنید و چیز خوبی برای مردم داشته باشید؟</w:t>
      </w:r>
    </w:p>
    <w:p>
      <w:r>
        <w:t>با توجه به پستی از Daruman (daruman_jp) ، به نظر می رسد برای کسانی که تمام همکاری های SBT را جمع آوری کرده اند ، چیز خاصی وجود دارد. در این مرحله ، SBT چهار اثر را منتشر می کند ، همه این موارد را می توان به صورت رایگان به دست آورد.همه چيز!</w:t>
      </w:r>
    </w:p>
    <w:p>
      <w:r>
        <w:t>https://t.co/UTUjvyMpES</w:t>
      </w:r>
    </w:p>
    <w:p>
      <w:r>
        <w:t>2. داستان مخفی تولید همکاری</w:t>
      </w:r>
    </w:p>
    <w:p>
      <w:r>
        <w:t>این همکاری SBT لیلی لیلی را با لباس نینجا از "CNP" NFT متعلق به ژاپن Dao به تصویر می کشد ، اما دلیل انتخاب لی لی به عنوان یک شخصیت ، بخش تحریریه موزه NFT ژاپن بود.شخصیت در CNP ، و با Amato -Kun که نینجا پوشیده است بسیار مطابقت دارد.</w:t>
      </w:r>
    </w:p>
    <w:p>
      <w:r>
        <w:t>این بار ، آقای آکیتسو (@Akitu08) ، که روی "آماتو" کار می کرد ، مسئول بود. Mr.آکیتسو یک کار همکاری شگفت انگیز و بدون احساس ناسازگاری است و شخصیت CNP را با مهارت های فنی بالا خود به دیدگاه جهان از آماتو تبدیل می کند.</w:t>
      </w:r>
    </w:p>
    <w:p>
      <w:r>
        <w:t>علاوه بر این ، داستانی وجود دارد که آکیتسو موارد کوفته را برای استفاده از کوفته ها برای تصاویر دوست دارد. علاوه بر این ، از کوفته ها به عنوان بخش هایی در مجموعه های CNP و Amato NFT استفاده می شود.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در این مقاله ، ما یک پروژه نعناع رایگان NFT را توسط Amato و CNP معرفی کردیم که برای بزرگداشت ژاپن DAO به عنوان حامی رسمی "CNP (Cryptoninja Partners)" برگزار می شود.</w:t>
      </w:r>
    </w:p>
    <w:p>
      <w:r>
        <w:t>این همچنین شامل یک مرور کلی از این رویداد ، نحوه شرکت و اطلاعات ویژه است. SBT به صورت رایگان در دسترس است ، بنابراین حتماً به این مناسبت انواع مختلفی را بدست آورید.</w:t>
      </w:r>
    </w:p>
    <w:p>
      <w:r>
        <w:t>اگر سوالی دارید ، لطفاً در مورد نظر یا کانال Diso Discord ژاپن با ما تماس بگیرید.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اینستاگرام رسمی: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