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새로운 이벤트! 금요일 밤에 Q &amp; A에 참여하고 상을받습니다 !!</w:t>
      </w:r>
    </w:p>
    <w:p>
      <w:r>
        <w:t>SP Family의 여러분 모두 안녕하세요</w:t>
      </w:r>
    </w:p>
    <w:p>
      <w:r>
        <w:t>이 기사는 새로운 Q &amp; A 이벤트와 과거에 게시 된 노트 기사의 범주를 소개합니다.</w:t>
      </w:r>
    </w:p>
    <w:p>
      <w:r>
        <w:t>처음에</w:t>
      </w:r>
    </w:p>
    <w:p>
      <w:r>
        <w:t>이번에는 새로운 Q &amp; A 이벤트에 대해 알려줄 것입니다. Q &amp; A 이벤트는 커뮤니티가 주최하는 이벤트로, 노트 기사를 읽고 프로젝트의 진행 상황을 이해하고 설립자의 메시지를 이해하기 위해Q &amp; A 형식의 팀. 각 질문이 끝나면 정답 중에서 선정 된 사람들에게는 상을 받게됩니다.</w:t>
      </w:r>
    </w:p>
    <w:p>
      <w:r>
        <w:t>이벤트 개요</w:t>
      </w:r>
    </w:p>
    <w:p>
      <w:r>
        <w:t>1. 이벤트 시간 및 구현 장소</w:t>
      </w:r>
    </w:p>
    <w:p>
      <w:r>
        <w:t>날짜 : 매주 금요일에 21:00 (일본 시간) * 그러나 이벤트 시간이 변경 될 수 있으므로 최신 발표를 확인하십시오.</w:t>
      </w:r>
    </w:p>
    <w:p>
      <w:r>
        <w:t>구현 장소 : 스마트 포켓 서버의 "질문"채널에서 수행하십시오.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스마트 포켓 서버에 참여하는 방법을 모르는 경우 다음 기사를 참조하십시오.</w:t>
      </w:r>
    </w:p>
    <w:p>
      <w:r>
        <w:t>https://note.com/japandaosolution/n/na503f2c4d60a</w:t>
      </w:r>
    </w:p>
    <w:p>
      <w:r>
        <w:t>2. 캘린더에 의한 이벤트 관리</w:t>
      </w:r>
    </w:p>
    <w:p>
      <w:r>
        <w:t>서버의 캘린더 기능을 사용하여 이벤트 날짜와 시간을 확인하거나 일정에 따라 설정할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캘린더의 검색 및 설정 방법에 대한 다음 기사를 참조하십시오.</w:t>
      </w:r>
    </w:p>
    <w:p>
      <w:r>
        <w:t>https://note.com/japandaosolution/n/n85b46f0e70f2</w:t>
      </w:r>
    </w:p>
    <w:p>
      <w:r>
        <w:t>Q &amp; A 이벤트 흐름</w:t>
      </w:r>
    </w:p>
    <w:p>
      <w:r>
        <w:t>1. 이벤트 발표</w:t>
      </w:r>
    </w:p>
    <w:p>
      <w:r>
        <w:t>행사가 시작되기 전에 이벤트의 세부 사항은 각 언어의 채널에서 발표 될 예정이며,이 발표에는 이벤트 규칙, 상금의 내용, 지주의 시간, 전용 채널 및 사용 된 기사가 포함됩니다.이벤트.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질문과 답변의 프로그램</w:t>
      </w:r>
    </w:p>
    <w:p>
      <w:r>
        <w:t>이벤트 중에 세 가지 질문이 제기 될 것입니다. 처음 두 가지는 단어를 입력하는 간단한 문제이지만 마지막 세 번째는 더 자세한 설명 답변이 필요하기 때문에 약간 어렵습니다.</w:t>
      </w:r>
    </w:p>
    <w:p>
      <w:r>
        <w:t>각 질문에는 10 분의 답변 시간이 있으며 느린 모드를 사용하여 5 분 이내에 한 번만 답변 할 수 있습니다. 편집 및 수정도 가능하므로 타이밍에 답하십시오.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우승자 발표</w:t>
      </w:r>
    </w:p>
    <w:p>
      <w:r>
        <w:t>각 질문의 답변 시간이 끝나면 승자와 답변이 공개됩니다. 이벤트 후에 모든 승자 목록이 공개됩니다.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우승자를위한 상</w:t>
      </w:r>
    </w:p>
    <w:p>
      <w:r>
        <w:t>질문 1 및 2 수상자 : 각각 500 SP 포인트 각각</w:t>
      </w:r>
    </w:p>
    <w:p>
      <w:r>
        <w:t>Q3 수상자 : 10 USDT</w:t>
      </w:r>
    </w:p>
    <w:p>
      <w:r>
        <w:t>노트</w:t>
      </w:r>
    </w:p>
    <w:p>
      <w:r>
        <w:t>-당첨자는 1 주일 이내에 지갑 주소를 지지자에게 제출해야합니다.</w:t>
      </w:r>
    </w:p>
    <w:p>
      <w:r>
        <w:t>・ SP 포인트 수상자는 제출 된 지갑 주소에서 스마트 포켓에 로그인해야합니다.</w:t>
      </w:r>
    </w:p>
    <w:p>
      <w:r>
        <w:t>USDT 수상자 10 명은 USDT 토큰 표준을 준수하는 지갑 주소를 제출해야합니다.</w:t>
      </w:r>
    </w:p>
    <w:p>
      <w:r>
        <w:t>・ 모든 우승자의 지갑 주소가 수집 된 후,상은 한 번에 모두 전송됩니다.</w:t>
      </w:r>
    </w:p>
    <w:p>
      <w:r>
        <w:t>솔루션-노트 채널 소개</w:t>
      </w:r>
    </w:p>
    <w:p>
      <w:r>
        <w:t>솔루션 노트 채널은 독자가 필요한 정보를 빠르게 찾을 수 있도록 다양한 범주로 기사를 구성합니다. 각 범주의 내용은 다음과 같습니다.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Japan Dao Magazinejappan Dao와 관련된 기사를 소개하고 일본 DAO 서버로 옮겼습니다.</w:t>
      </w:r>
    </w:p>
    <w:p>
      <w:r>
        <w:t>Project 프로젝트 프로젝트 계획과 관련된 컨텐츠 소개 예를 들어, 스마트 포켓 앱의 소개 및 사용, NFT에 대한 정보.</w:t>
      </w:r>
    </w:p>
    <w:p>
      <w:r>
        <w:t>③ 최신 정보 및 뉴스 소개 소개. 예를 들어, 스마트 포켓 앱의 새로운 기능과 과거 AMA 요약.</w:t>
      </w:r>
    </w:p>
    <w:p>
      <w:r>
        <w:t>Discrord에서 "계정 만들기, 스마트 포켓 커뮤니티 참여, 이벤트 알림 설정"을 예를 들어 수동 운영 방법에 중점을 둔 기사 소개.</w:t>
      </w:r>
    </w:p>
    <w:p>
      <w:r>
        <w:t>각 분류 중 하나를 클릭하여 상단에서 화면을 스크롤하고 인덱스에서 사용 가능한 기사를 확인하십시오.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이 새로운 Q &amp; A 이벤트는 Smart Pocket 커뮤니티가 주최하며 매주 금요일 밤에 개최됩니다.</w:t>
      </w:r>
    </w:p>
    <w:p>
      <w:r>
        <w:t>참가자는 메모 기사를 기반으로 질문에 답변하고 올바르게 대답하면 상을 받게됩니다. 질문은 상세한 답변이 필요한 사람들에게 간단하며 도전자에게 지치지 않습니다.</w:t>
      </w:r>
    </w:p>
    <w:p>
      <w:r>
        <w:t>또한 스마트 포켓 기능을 사용하여 이벤트 일정을 관리하고 효율적으로 계획 할 수 있습니다. 관심이 있으시면 지식을 심화하면서 우리와 함께 즐기십시오.</w:t>
      </w:r>
    </w:p>
    <w:p>
      <w:r>
        <w:t>스마트 포켓에 관심이 있으시면 "Smapoke Magazine"을 팔로우하여 스키를 타십시오.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