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Premint Manual ~ 보물이 기다리고 있습니다 ~</w:t>
      </w:r>
    </w:p>
    <w:p>
      <w:r>
        <w:t>2024 년 4 월, 일본 DAO는 CNP (Cryptoninja Partners)가 공식 스폰서가 될 것이라는 특별한 발표를 발표했습니다!그러나 여기서의 장벽은 "프리미트"입니다.이 도구는 AL 배포에 의해 채택 된이 도구는 정직하게 이해하기 어렵습니다.시간이 걸리 더라도이 기사를 읽고 많은 기회를 얻을 수 있습니다.실제로 적용 할 때 스크린 샷의 이미지를 사용하므로 초보자에게 쉽게 이해하는 방식으로 사용하십시오.</w:t>
      </w:r>
    </w:p>
    <w:p>
      <w:r>
        <w:t>ⅰ.Premint 란 무엇입니까?</w:t>
      </w:r>
    </w:p>
    <w:p>
      <w:r>
        <w:t>NFT 프로젝트가 새로운 NFT, AL의 응용 프로그램 및 관리를 원활하게 홍보하기위한 도구 (우선 순위 구매)를 발행 할 때 NFT 프로젝트 운영자를 지원하고 사기와 상당한 복권이 있는지 여부를 지원할 것입니다.일본과 해외의 유명한 프로젝트가 채택되었습니다. ・ 최근에는 무료 민트 및 에어 드롭에 대한 AL 애플리케이션에 사용되었습니다. ・ 복권 참여는 무료이며 AL 등을 간단한 단계로 적용 할 수 있습니다.</w:t>
      </w:r>
    </w:p>
    <w:p>
      <w:r>
        <w:t>II.Premint 신청 전 준비</w:t>
      </w:r>
    </w:p>
    <w:p>
      <w:r>
        <w:t>Premint에서 필요한 것은 다음과 같습니다.</w:t>
      </w:r>
    </w:p>
    <w:p>
      <w:r>
        <w:t>・ 지갑 (메타 마스크)</w:t>
      </w:r>
    </w:p>
    <w:p>
      <w:r>
        <w:t>discord 계정</w:t>
      </w:r>
    </w:p>
    <w:p>
      <w:r>
        <w:t>・ x (트위터) 계정</w:t>
      </w:r>
    </w:p>
    <w:p>
      <w:r>
        <w:t>ⅲ.프리미트 응용 프로그램의 흐름</w:t>
      </w:r>
    </w:p>
    <w:p>
      <w:r>
        <w:t>1 단계</w:t>
      </w:r>
    </w:p>
    <w:p>
      <w:r>
        <w:t>Premint에 지갑 (메타 마스크)을 등록하십시오</w:t>
      </w:r>
    </w:p>
    <w:p>
      <w:r>
        <w:t>2 단계</w:t>
      </w:r>
    </w:p>
    <w:p>
      <w:r>
        <w:t>Premint와의 X (Twitter) 계정 및 Discord 계정으로 작업</w:t>
      </w:r>
    </w:p>
    <w:p>
      <w:r>
        <w:t>3 단계</w:t>
      </w:r>
    </w:p>
    <w:p>
      <w:r>
        <w:t>Premint를 신청하십시오</w:t>
      </w:r>
    </w:p>
    <w:p>
      <w:r>
        <w:t>ⅳ.Premint와 함께 신청합시다</w:t>
      </w:r>
    </w:p>
    <w:p>
      <w:r>
        <w:t>1. PC에서 신청하십시오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(1) 링크를 클릭하여 X (Twitter)에 적합하고 로그인 할 수 있습니다.</w:t>
      </w:r>
    </w:p>
    <w:p>
      <w:r>
        <w:t>② "로그인으로 로그인"을 누릅니다.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wallet 지갑을 선택하고 암호를 입력하십시오.</w:t>
      </w:r>
    </w:p>
    <w:p>
      <w:r>
        <w:t>④ 지갑에 서명하고 연결하십시오.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상단 빨간색 프레임의 참여 조건이 충족되었는지 확인하고 "클릭하여 등록"을 누릅니다.</w:t>
      </w:r>
    </w:p>
    <w:p>
      <w:r>
        <w:t>⑥이 표기법으로 응용 프로그램이 완료됩니다!</w:t>
      </w:r>
    </w:p>
    <w:p>
      <w:r>
        <w:t>당신이해야 할 일은 승리 발표를 기다리기 만하면됩니다.</w:t>
      </w:r>
    </w:p>
    <w:p>
      <w:r>
        <w:t>* 우승 알림 설정에는 맨 아래에 이미지가 있습니다.</w:t>
      </w:r>
    </w:p>
    <w:p>
      <w:r>
        <w:t>2. 스마트 폰에서 신청하십시오</w:t>
      </w:r>
    </w:p>
    <w:p>
      <w:r>
        <w:t>* 대부분의 경우 다양한 링크에서 직접 로그인하는 것은 스마트 폰에서 원활하게 진행되지 않으므로 Japan Dao가 권장하는 메타 마스크 브라우저에서 로그인하는 방법을 설명합니다.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x (X) 등에서 대상 링크를 복사하고 메타 마스크를 엽니 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meta meta 마스크 브라우저를 열고 복사 한 링크를 붙여 넣고 로그인하십시오.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 "로그인으로 등록"을 눌러 지갑을 선택합니다. 비밀번호를 입력하고 서명하고 지갑을 연결하십시오.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the 상단 빨간색 프레임의 참여 조건이 충족되었는지 확인하고 "클릭하여 등록"을 누릅니다.</w:t>
      </w:r>
    </w:p>
    <w:p>
      <w:r>
        <w:t>・이 표기법으로 응용 프로그램이 완료됩니다!</w:t>
      </w:r>
    </w:p>
    <w:p>
      <w:r>
        <w:t>당신이해야 할 일은 승리 발표를 기다리기 만하면됩니다.</w:t>
      </w:r>
    </w:p>
    <w:p>
      <w:r>
        <w:t>* 우승 알림 설정에는 맨 아래에 이미지가 있습니다.</w:t>
      </w:r>
    </w:p>
    <w:p>
      <w:r>
        <w:t>ⅴ.다양한 프리미트 설정</w:t>
      </w:r>
    </w:p>
    <w:p>
      <w:r>
        <w:t>1. SNS와의 협력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sns 링키지 상태를 확인하고 Premint에서 "프로필"에서 다양한 설정을 설정할 수 있습니다.</w:t>
      </w:r>
    </w:p>
    <w:p>
      <w:r>
        <w:t>・ 작업으로 필요하기 때문에 X (Twitter) 및 Discord와 협력해야합니다.</w:t>
      </w:r>
    </w:p>
    <w:p>
      <w:r>
        <w:t>* X (Twitter)와 Discord의 계정을 만들어야합니다.</w:t>
      </w:r>
    </w:p>
    <w:p>
      <w:r>
        <w:t>이 프로젝트는 Premint Application의 작업 중 하나로 X (Twitter) 및 Discord 계정을 연결해야합니다. 미리 다양한 계정을 생성하고 Premint와 연결하는 것이 좋습니다.</w:t>
      </w:r>
    </w:p>
    <w:p>
      <w:r>
        <w:t>2. 우승 알림 설정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알림 기능은 매우 유용한 기능입니다. 애플리케이션이 올바르게 완료되도록 미리 설정하는 것이 좋습니다. 그러나 귀하는 알지 못하거나 승리를 알지 못하고 Mint Day에 도달하지 않을 것입니다.</w:t>
      </w:r>
    </w:p>
    <w:p>
      <w:r>
        <w:t>ⅵ.요약</w:t>
      </w:r>
    </w:p>
    <w:p>
      <w:r>
        <w:t>이번에는 Premint를 요약했습니다. 절차를 알고 절차를 알고 한 번 등록 할 수 있습니다. 미래에 쉽게 적용 할 수 있습니다! Premint프리미트와 함께 큰 기회를 얻으십시오.</w:t>
      </w:r>
    </w:p>
    <w:p>
      <w:r>
        <w:t>일본 DAO에 관심이 있으시면 "Japan Dao Magazine"을 팔로우하여 스키를 타십시오.</w:t>
      </w:r>
    </w:p>
    <w:p>
      <w:r>
        <w:t>공식 X 계정 : https : //twitter.com/japannftmuseum</w:t>
      </w:r>
    </w:p>
    <w:p>
      <w:r>
        <w:t>공식 불화 : https://discord.com/invite/japandao</w:t>
      </w:r>
    </w:p>
    <w:p>
      <w:r>
        <w:t>공식 인스 타 그램 : https : 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