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Kagura는 무엇입니까?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안녕하세요 일본 Dao 가족 da</w:t>
      </w:r>
    </w:p>
    <w:p>
      <w:r>
        <w:t>이 기사에서, 만화 "kagukomi"는 Kagura의 탄생 후 Kagura nft에서 개발되었습니다.</w:t>
      </w:r>
    </w:p>
    <w:p>
      <w:r>
        <w:t>나는 이야기와 캐릭터를 심화시킬 것이다.</w:t>
      </w:r>
    </w:p>
    <w:p>
      <w:r>
        <w:t>우리는 또한 음악과 애니메이션과 같은 다양한 컨텐츠로 진화 한 "Kagura"의 현재 위치와 IP를 더욱 강화시킨 "Kagura"의 미래를 읽을 것입니다.</w:t>
      </w:r>
    </w:p>
    <w:p>
      <w:r>
        <w:t>끝까지 살펴보세요!</w:t>
      </w:r>
    </w:p>
    <w:p>
      <w:r>
        <w:t>* "Kagura는 Vol.1 Kagura의 탄생"을 읽지 않았다면 아래 링크에서 감사하겠습니다.</w:t>
      </w:r>
    </w:p>
    <w:p>
      <w:r>
        <w:t>일본 DAO 잡지 링크 "Vol.1 Kagura의 탄생"</w:t>
      </w:r>
    </w:p>
    <w:p>
      <w:r>
        <w:t>https://japandao-solution.com/?p= hyperlink "https://japandao-solution.com/?p=1068"1068</w:t>
      </w:r>
    </w:p>
    <w:p>
      <w:r>
        <w:t>Kagura 공식 링크</w:t>
      </w:r>
    </w:p>
    <w:p>
      <w:r>
        <w:t>https://japannftmuseum.com/kagura#kagura</w:t>
      </w:r>
    </w:p>
    <w:p>
      <w:r>
        <w:t>공식 만화</w:t>
      </w:r>
    </w:p>
    <w:p>
      <w:r>
        <w:t>https://japannftmuseum.com/kagura/manga</w:t>
      </w:r>
    </w:p>
    <w:p>
      <w:r>
        <w:t>개방 된 바다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카게라 이야기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개인 Nadeshiko Gakuen High School에서 "일본 문화를 배우는"4 명의 여성 회원과 어떤 이유로 학생 생활을하는 "하나님"의 여우 "일본 문화는 해외입니다. 많은 사람들에게 말하는 목적을 위해 일하는 이야기일본 어린이와 같은!</w:t>
      </w:r>
    </w:p>
    <w:p>
      <w:r>
        <w:t>클럽에서 우리는 고대의 의상과 도구와 같은 고대와 계절 행사에서 관습을 경험하면서 학습을 심화시키고 있습니다.</w:t>
      </w:r>
    </w:p>
    <w:p>
      <w:r>
        <w:t>그들이 전개하는 신비 롭고 차분한 것은 일본인들이 잊고 치유 한 향수입니다!</w:t>
      </w:r>
    </w:p>
    <w:p>
      <w:r>
        <w:t>나는 해외 사람들과 아이들이 신선하고 흥미로운 것을 볼 것이라고 생각합니다!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캐릭터</w:t>
      </w:r>
    </w:p>
    <w:p>
      <w:r>
        <w:t>"Sweet and 팁", "이웃 Saionji", "Saionji Neighbor", "Shinonome Blue", Plan D "Kuju -No -Rise.5 통증 p?!</w:t>
      </w:r>
    </w:p>
    <w:p>
      <w:r>
        <w:t>모든 캐릭터는 외모와 성격으로 독특하고 매력적입니다!</w:t>
      </w:r>
    </w:p>
    <w:p>
      <w:r>
        <w:t>당신은 반드시 푸시 ♪를 찾을 것입니다</w:t>
      </w:r>
    </w:p>
    <w:p>
      <w:r>
        <w:t>여전히 많은 신비한 환경이 있으며, 나는 미래에 만화 등에서 공개되기를 정말로 기대하고 있습니다!</w:t>
      </w:r>
    </w:p>
    <w:p>
      <w:r>
        <w:t>또한 주인공의 이름은 Kagura (NFT)의 출시와 동시에 X (Twitter)에 개최 된 "Kagura 캐릭터 이름 채용 계획 계획"의 사용자 참여 유형에 의해 모집되었습니다.편집부.</w:t>
      </w:r>
    </w:p>
    <w:p>
      <w:r>
        <w:t>캐릭터의 특성과 분위기와 일치하는 것은 훌륭한 일이며, 그 이름은 개별 캐릭터에 대한 애착을 얻었으며 Kagura를 훨씬 더 즐길 수 있습니다.</w:t>
      </w:r>
    </w:p>
    <w:p>
      <w:r>
        <w:t>캐릭터 소개</w:t>
      </w:r>
    </w:p>
    <w:p>
      <w:r>
        <w:t>공공 궁전</w:t>
      </w:r>
    </w:p>
    <w:p>
      <w:r>
        <w:t>캐릭터 일러스트 : 모리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동네 사이오 지</w:t>
      </w:r>
    </w:p>
    <w:p>
      <w:r>
        <w:t>캐릭터 일러스트 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블루 군</w:t>
      </w:r>
    </w:p>
    <w:p>
      <w:r>
        <w:t>캐릭터 일러스트 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Sayaka Shrine Sword (Sayaka Shrine Sword)</w:t>
      </w:r>
    </w:p>
    <w:p>
      <w:r>
        <w:t>캐릭터 일러스트 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 (Tsukuma는 좋습니다)</w:t>
      </w:r>
    </w:p>
    <w:p>
      <w:r>
        <w:t>캐릭터 일러스트 : 흰 쌀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만화 (만화)</w:t>
      </w:r>
    </w:p>
    <w:p>
      <w:r>
        <w:t>일본 문화를위한 교과서가 될 수 있습니까?! "Kagukomi"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Kagura 프로젝트의 가장 중요한 내용 중 하나는 만화 "Kagkomi"입니다. 2022 년 12 월 X (Twitter)와 함께 시작된 4 개의 프레임 만화 시리즈는 2024 년 5 월 14 일에 22 번째 에피소드까지 직렬화되었습니다.</w:t>
      </w:r>
    </w:p>
    <w:p>
      <w:r>
        <w:t>숙련 된 공식 제작자들은 주로 일본 NFT 박물관 편집 부서의 편집장 (@taki_sae)에 의해 모든 강점을 제작하고 있습니다.</w:t>
      </w:r>
    </w:p>
    <w:p>
      <w:r>
        <w:t>클럽 활동에서 그들의 행동에서 일본 문화에 대해 배우는 것을 즐길 수 있습니다!</w:t>
      </w:r>
    </w:p>
    <w:p>
      <w:r>
        <w:t>특히, 결국 일본을보고 있었을 신의 "Ina -chan"에 대한 요점은 매우 설득력이 있으며, 다른 제작자의 스타일은 다양한 스타일을 담당합니다.</w:t>
      </w:r>
    </w:p>
    <w:p>
      <w:r>
        <w:t>매우 맛있는 시리즈입니다.</w:t>
      </w:r>
    </w:p>
    <w:p>
      <w:r>
        <w:t>가까운 시일 내에 일본 문화를 배우는 교과서로서 아이들이 그것을 얻을 것이라고 상상해 보면 흥분이 멈추지 않을 것이라고 상상해보십시오!</w:t>
      </w:r>
    </w:p>
    <w:p>
      <w:r>
        <w:t>다른 캐릭터 브랜드 만화 (화요일 업데이트)로 한 달에 한두 번 번갈아 업데이트됩니다.</w:t>
      </w:r>
    </w:p>
    <w:p>
      <w:r>
        <w:t>아래 링크에서 모든 이야기를 읽을 수 있으므로 살펴보십시오.</w:t>
      </w:r>
    </w:p>
    <w:p>
      <w:r>
        <w:t>https://japannftmuseum.com/kagura/manga</w:t>
      </w:r>
    </w:p>
    <w:p>
      <w:r>
        <w:t>음악 (음악)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(makkuno no makkuno)</w:t>
      </w:r>
    </w:p>
    <w:p>
      <w:r>
        <w:t>Kagura의 주제가 "One Feeld"는 Kagura (NFT)가 발표되기 전에 발표되었으며 오늘날 Kagura에게 흥미로 웠습니다.</w:t>
      </w:r>
    </w:p>
    <w:p>
      <w:r>
        <w:t>노래의 제작 및 노래는 NFT 박물관 공식 NFT 박물관 인 Nomakun (아티스트 이름 : Sho -Go)을 담당합니다.</w:t>
      </w:r>
    </w:p>
    <w:p>
      <w:r>
        <w:t>그는 오리지널 NFT 컬렉션의 제작 및 운영 외에도 게임 개발, 음악 제작 및 가수를 연구 해 온 초능 제작자입니다.</w:t>
      </w:r>
    </w:p>
    <w:p>
      <w:r>
        <w:t>테마 곡 "One Feeling"은 Apple Music을 포함한 다양한 음악 플랫폼에 배포되었으며 높은 찬사와 관심을 끌었습니다.</w:t>
      </w:r>
    </w:p>
    <w:p>
      <w:r>
        <w:t>일본의 취향으로 심장을 관통하는 노래로 시작하는이 노래는 "꽃이 차가워 질 때 생각하는 Koi -ki"로 시작합니다.</w:t>
      </w:r>
    </w:p>
    <w:p>
      <w:r>
        <w:t>Nomakun의 서정적 인 노래는 우아하고 예쁜 소녀들의 생각을 강력하게 상상하고 있으며, 당신은 Kagura의 세계에 대한 견해를 완전히 느낄 수 있습니다.</w:t>
      </w:r>
    </w:p>
    <w:p>
      <w:r>
        <w:t>아래 링크에서 Apple Music 등의 "One Feeling"을들을 수 있습니다.</w:t>
      </w:r>
    </w:p>
    <w:p>
      <w:r>
        <w:t>https://big-up.style/BDNU6nwxxL</w:t>
      </w:r>
    </w:p>
    <w:p>
      <w:r>
        <w:t>노마 쿤의 링크 컬렉션</w:t>
      </w:r>
    </w:p>
    <w:p>
      <w:r>
        <w:t>https://linktr.ee/nomakun</w:t>
      </w:r>
    </w:p>
    <w:p>
      <w:r>
        <w:t>생기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애니메이션은 "Kagura"뿐만 아니라 "Japan Dao"가 가진 모든 캐릭터 브랜드에서도 진행될 것으로 예상됩니다.</w:t>
      </w:r>
    </w:p>
    <w:p>
      <w:r>
        <w:t>특히, "Kagura"는 "일본 문화에 대한 일본 문화"의 특성 외에도 미래에 홍보 될 지역 활성화 조치에서 가장 중요한 IP가 될 것으로 예상됩니다!</w:t>
      </w:r>
    </w:p>
    <w:p>
      <w:r>
        <w:t>우리는 "품질을 가진 압도적 인 품질의 소녀"가 일본과 해외에서 더 많은 인기를 얻고 큰 성공을 거둘 것이라고 확신합니다.</w:t>
      </w:r>
    </w:p>
    <w:p>
      <w:r>
        <w:t>공식 애니메이션은 이미 도쿄의 4 곳 (시부야, 신주쿠, 이케 부쿠로, 로프 폰지)에서 방영되었으며, 미래의 각 브랜드의 진보도 큰 문제입니다!</w:t>
      </w:r>
    </w:p>
    <w:p>
      <w:r>
        <w:t>프리 타임</w:t>
      </w:r>
    </w:p>
    <w:p>
      <w:r>
        <w:t>https://prtimes.jp/main/html/rd/p/000000004.000127669.html</w:t>
      </w:r>
    </w:p>
    <w:p>
      <w:r>
        <w:t>불화 스탬프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편집 부서와의 불일치 스탬프는 고품질을 가지며 귀여움에 사로 잡힐 것입니다!</w:t>
      </w:r>
    </w:p>
    <w:p>
      <w:r>
        <w:t>그것은 지역 사회의 인사와 의사 소통에 중요한 역할을합니다.</w:t>
      </w:r>
    </w:p>
    <w:p>
      <w:r>
        <w:t>우리는 앞으로 라인 스탬프로 진출 할 것으로 예상됩니다!</w:t>
      </w:r>
    </w:p>
    <w:p>
      <w:r>
        <w:t>요약</w:t>
      </w:r>
    </w:p>
    <w:p>
      <w:r>
        <w:t>이 Japandao 잡지에서, 우리는 "Kagura"의 배경으로 등장한 이야기와 캐릭터와 "Kagura는 Vol.1 Kagura의 탄생"및 다양한 내용을 소개했습니다.</w:t>
      </w:r>
    </w:p>
    <w:p>
      <w:r>
        <w:t>기사를 읽은 후 가능한 한 많은 사람들이 "Kagura"에 매력적이며 미래에 대해 흥분했다면 기뻐할 것입니다.</w:t>
      </w:r>
    </w:p>
    <w:p>
      <w:r>
        <w:t>"일본 문화"를 전 세계에 전달하는 사람들과 함께 걷는 멋진 경험 ♪</w:t>
      </w:r>
    </w:p>
    <w:p>
      <w:r>
        <w:t>Kagura (NFT)와 함께 세계 전망을 즐기자 !!</w:t>
      </w:r>
    </w:p>
    <w:p>
      <w:r>
        <w:t>일본 DAO에 관심이 있으시면 "Japan Dao Magazine"을 팔로우하여 스키를 타십시오.</w:t>
      </w:r>
    </w:p>
    <w:p>
      <w:r>
        <w:t>공식 X 계정 : https : //twitter.com/japannftmuseum</w:t>
      </w:r>
    </w:p>
    <w:p>
      <w:r>
        <w:t>공식 불화 : https://discord.com/invite/japandao</w:t>
      </w:r>
    </w:p>
    <w:p>
      <w:r>
        <w:t>공식 인스 타 그램 : https 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