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무료 민트 (SBT) 프로젝트! "Kim No Ono"Collaboration Limited NFT</w:t>
      </w:r>
    </w:p>
    <w:p>
      <w:r>
        <w:t>안녕하세요,이 일본 Dao 가족!</w:t>
      </w:r>
    </w:p>
    <w:p>
      <w:r>
        <w:t>New Collaboration Limited NFT 정보가 발표되었습니다! 이번에는 일본 DAO에 "Holy"라는 새로운 IP가 소개 될 것이며 "Kin No Ono (@shoot_down_ufo)와의 특별한 협력이 시작됩니다.</w:t>
      </w:r>
    </w:p>
    <w:p>
      <w:r>
        <w:t>이 기사에서는이 새로운 개발에 대한 세부 사항과 제한된 시간 동안 NFT를 배포 할 수있는 기회를 알려 드리겠습니다. 끝까지 끝내고 모든 정보를 놓치지 마십시오!</w:t>
      </w:r>
    </w:p>
    <w:p>
      <w:r>
        <w:t>개요</w:t>
      </w:r>
    </w:p>
    <w:p>
      <w:r>
        <w:t>전 세계 150 개국의 회원들이 참여할 가장 큰 DAO 커뮤니티 인 Japan Dao는 새로운 IP "거룩한"소개와 그의 제작자 "Kim No Ono"와의 협력을 발표했습니다.</w:t>
      </w:r>
    </w:p>
    <w:p>
      <w:r>
        <w:t>이러한 파트너십을 통해 일본 DAO는 디지털 캐릭터 분야에서 추가 혁신을 촉진합니다.</w:t>
      </w:r>
    </w:p>
    <w:p>
      <w:r>
        <w:drawing>
          <wp:inline xmlns:a="http://schemas.openxmlformats.org/drawingml/2006/main" xmlns:pic="http://schemas.openxmlformats.org/drawingml/2006/picture">
            <wp:extent cx="3657600" cy="1953781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5378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거룩한 것에 대해</w:t>
      </w:r>
    </w:p>
    <w:p>
      <w:r>
        <w:t>"거룩한"은 "Kim No Ono"가 만든 캐릭터 시리즈입니다."천사"의 요소를 "귀여운 치유"라는 주제로 토끼 캐릭터에 추가함으로써 신성함과 보호의 이미지를 가지고 있으며 특별한 분위기를 만듭니다.</w:t>
      </w:r>
    </w:p>
    <w:p>
      <w:r>
        <w:t>일본 DAO와의 협력으로 캐릭터는 일본 DAO의 강력한 플랫폼을 사용하여 사랑하는 사람으로 성장할 것입니다.</w:t>
      </w:r>
    </w:p>
    <w:p>
      <w:r>
        <w:drawing>
          <wp:inline xmlns:a="http://schemas.openxmlformats.org/drawingml/2006/main" xmlns:pic="http://schemas.openxmlformats.org/drawingml/2006/picture">
            <wp:extent cx="3657600" cy="12192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219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Kim No Ono에 대해</w:t>
      </w:r>
    </w:p>
    <w:p>
      <w:r>
        <w:t>어릴 때부터 나는 우주를 갈망하고 예술을 통해 내 생각을 표현했습니다. 그는 다양한 일본 일러스트레이션 콘테스트에서 우승했으며, 원래 브랜드 "Space Girl"과 Japan Dao의 협력은 70,000을 초과했습니다.</w:t>
      </w:r>
    </w:p>
    <w:p>
      <w:r>
        <w:t>또한 Shibuya Scramble 교차로에서 Apple Music의 테마 곡 분포 및 대전 비전 광고 방송에도 참여합니다.</w:t>
      </w:r>
    </w:p>
    <w:p>
      <w:r>
        <w:t>상품 판매, NFT 컬렉션, 골드 오노 박물관 등을 통해 우주 소녀는 계속해서 꿈을 이끌고 세계에 우주를 기대하고 있습니다.</w:t>
      </w:r>
    </w:p>
    <w:p>
      <w:r>
        <w:t>또한 Kim Ono의 창의적인 활동을 지원하는 그림자 지지자로서 "Silver Ono (@shoot_down_ufo2)"가 있습니다. Silver Ono는 Kim No Ono의 NFT 작품을 지원하고 장면 뒤에 그의 활동을 계속 지원합니다."Space Girl"프로젝트는 점점 더 성취되었습니다.</w:t>
      </w:r>
    </w:p>
    <w:p>
      <w:r>
        <w:t>Kim No Ono의 링크</w:t>
      </w:r>
    </w:p>
    <w:p>
      <w:r>
        <w:t>https://1link.jp/golden_axe_58</w:t>
      </w:r>
    </w:p>
    <w:p>
      <w:r>
        <w:t>NFT 민트 정보</w:t>
      </w:r>
    </w:p>
    <w:p>
      <w:r>
        <w:t>채용 기간 (프리미트 신청 기간) 2024/05/13 ~ 2024/05/20 23:59</w:t>
      </w:r>
    </w:p>
    <w:p>
      <w:r>
        <w:t>2024 년 5 월 말에 예정된 민트 날짜</w:t>
      </w:r>
    </w:p>
    <w:p>
      <w:r>
        <w:t>가격 무료 민트 (무료)</w:t>
      </w:r>
    </w:p>
    <w:p>
      <w:r>
        <w:t>체인 다각형 (SBT) * SBT : Soul Bound Token은 NFT를 사거나 옮길 수 없습니다.</w:t>
      </w:r>
    </w:p>
    <w:p>
      <w:r>
        <w:t>무료 가스 수수료</w:t>
      </w:r>
    </w:p>
    <w:p>
      <w:r>
        <w:drawing>
          <wp:inline xmlns:a="http://schemas.openxmlformats.org/drawingml/2006/main" xmlns:pic="http://schemas.openxmlformats.org/drawingml/2006/picture">
            <wp:extent cx="3657600" cy="3932903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93290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응용 프로그램 방법</w:t>
      </w:r>
    </w:p>
    <w:p>
      <w:r>
        <w:t>1. 특별 사이트로</w:t>
      </w:r>
    </w:p>
    <w:p>
      <w:r>
        <w:t>특별 액세스 사이트는 여기에 있습니다</w:t>
      </w:r>
    </w:p>
    <w:p>
      <w:r>
        <w:t>https://japandao.jp/holy</w:t>
      </w:r>
    </w:p>
    <w:p>
      <w:r>
        <w:drawing>
          <wp:inline xmlns:a="http://schemas.openxmlformats.org/drawingml/2006/main" xmlns:pic="http://schemas.openxmlformats.org/drawingml/2006/picture">
            <wp:extent cx="3657600" cy="3907971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90797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2. 프레미트 응용 프로그램</w:t>
      </w:r>
    </w:p>
    <w:p>
      <w:r>
        <w:drawing>
          <wp:inline xmlns:a="http://schemas.openxmlformats.org/drawingml/2006/main" xmlns:pic="http://schemas.openxmlformats.org/drawingml/2006/picture">
            <wp:extent cx="3657600" cy="1961244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6124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Premint를 신청하는 방법을 모르는 경우 아래 링크를 사용하므로 사용하십시오.</w:t>
      </w:r>
    </w:p>
    <w:p>
      <w:r>
        <w:t>https://note.com/japandaosolution/n/nd3b194382857</w:t>
      </w:r>
    </w:p>
    <w:p>
      <w:r>
        <w:t>솔루션 섹션의 Mal Secret Information</w:t>
      </w:r>
    </w:p>
    <w:p>
      <w:r>
        <w:t>1. 작업의 생각과 요점</w:t>
      </w:r>
    </w:p>
    <w:p>
      <w:r>
        <w:t>"거룩한"의 성격을 이끌어 내면서, 그는 "귀여운 치유"존재를 만들고이 성격을 통해 치유, 침착 한 감정 및 긍정적 인 감정을 전달하기를 원합니다.</w:t>
      </w:r>
    </w:p>
    <w:p>
      <w:r>
        <w:t>"거룩한"의 가장 좋은 매력은 통통한 뺨입니다. 시청자가 미소를 짓게하는 사랑스러운 포즈는 의도적으로 의식으로 그려집니다.</w:t>
      </w:r>
    </w:p>
    <w:p>
      <w:r>
        <w:drawing>
          <wp:inline xmlns:a="http://schemas.openxmlformats.org/drawingml/2006/main" xmlns:pic="http://schemas.openxmlformats.org/drawingml/2006/picture">
            <wp:extent cx="3657600" cy="2321719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32171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2. 미래 개발</w:t>
      </w:r>
    </w:p>
    <w:p>
      <w:r>
        <w:t>여기에서 솔루션 섹션의 망상 시간입니다!</w:t>
      </w:r>
    </w:p>
    <w:p>
      <w:r>
        <w:t>"거룩한"은 일본 DAO의 국제 플랫폼을 활용하여 디지털 제품 판매 또는 NFT로 사용될 수 있습니다.</w:t>
      </w:r>
    </w:p>
    <w:p>
      <w:r>
        <w:t>또한 성스러운 일본 DAO 캐릭터와 공동 작업 및 Kim No Ono의 오리지널 브랜드 "Space Girl"과의 특별 협력을 할 수 있습니다.</w:t>
      </w:r>
    </w:p>
    <w:p>
      <w:r>
        <w:t>우리는 앞으로 어떤 종류의 개발이 기다리고 있는지에 대해 흥분하지 않을 것입니다! 다음 보고서를 기대하십시오!</w:t>
      </w:r>
    </w:p>
    <w:p>
      <w:r>
        <w:t>요약</w:t>
      </w:r>
    </w:p>
    <w:p>
      <w:r>
        <w:t>일본 DAO와 "Kim No Ono"간의 협력을 기반으로 한 제한된 NFT는 제한된 시간 동안 제한된 시간 (응용 프로그램 필수) 동안 배포됩니다.</w:t>
      </w:r>
    </w:p>
    <w:p>
      <w:r>
        <w:t>이 기회를 통해 혁신적인 디지털 아트를 경험하고 귀중한 컬렉션을 얻으십시오.</w:t>
      </w:r>
    </w:p>
    <w:p>
      <w:r>
        <w:t>궁금한 점이 있으면 일본 DAO Discord 채널에서 문의하십시오.</w:t>
      </w:r>
    </w:p>
    <w:p>
      <w:r>
        <w:t>일본 DAO에 관심이 있으시면 "Japan Dao Magazine"을 팔로우하여 스키를 타십시오.</w:t>
      </w:r>
    </w:p>
    <w:p>
      <w:r>
        <w:t>공식 X 계정 : https : //twitter.com/japandaojp</w:t>
      </w:r>
    </w:p>
    <w:p>
      <w:r>
        <w:t>공식 불화 : https://discord.com/invite/japandao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jp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