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Free Mint (SBT) 프로젝트 첫 번째! Amato X CNP Collaboration Limited NFT !! (응용 프로그램 마감일 5/19 23:59)</w:t>
      </w:r>
    </w:p>
    <w:p>
      <w:r>
        <w:t>안녕하세요,이 일본 Dao 가족!</w:t>
      </w:r>
    </w:p>
    <w:p>
      <w:r>
        <w:t>당신은 이미 그것을 보았을 지 모르지만, 첫 번째 SBT 프리 박하는 발표되었습니다. 이시기에는 일본 DAO가 CNP의 공식 스폰서가되었다는 기념으로 AMATO 및 CNP 협력으로 인해 제한된 NFT입니다.</w:t>
      </w:r>
    </w:p>
    <w:p>
      <w:r>
        <w:t>솔루션 섹션보다 Collaboration Limited NFT와 비밀 정보를 획득하는 방법에는 여러 가지가 있습니다.</w:t>
      </w:r>
    </w:p>
    <w:p>
      <w:r>
        <w:t>끝까지이 기사를 읽고 모든 정보를 놓치지 마십시오!</w:t>
      </w:r>
    </w:p>
    <w:p>
      <w:r>
        <w:t>▼ 큰 뉴스를 보려면 여기를 클릭하십시오</w:t>
      </w:r>
    </w:p>
    <w:p>
      <w:r>
        <w:t>일본 NFT 박물관 일본 일본 DAO는 일본 최고의 NFT 브랜드 "CNP"의 공식 스폰서가 될 것입니다! Amato X CNP Limited Collaboration NFT NFT는 무료로 배포됩니다! Web3 소셜 구현 시작 NFT 선물에 대한 자세한 내용은 여기를 클릭하십시오.</w:t>
      </w:r>
    </w:p>
    <w:p>
      <w:r>
        <w:t>https://twitter.com/japandaojp/status/1788083040377536639</w:t>
      </w:r>
    </w:p>
    <w:p>
      <w:r>
        <w:t>PR 시간</w:t>
      </w:r>
    </w:p>
    <w:p>
      <w:r>
        <w:t>https://prtimes.jp/main/html/rd/p/000000006.000134601.html</w:t>
      </w:r>
    </w:p>
    <w:p>
      <w:r>
        <w:t>개요</w:t>
      </w:r>
    </w:p>
    <w:p>
      <w:r>
        <w:t>이 뉴스는 일본 Dao Co., Ltd.가 운영하는 인기있는 NFT 프로젝트 "CNP (Cryptoninja Partner)"의 공식 스폰서에 관한 것입니다.</w:t>
      </w:r>
    </w:p>
    <w:p>
      <w:r>
        <w:t>또한이 파트너십은 단지 협업에만 국한되지 않으며, 일본 DAO는 CNP와 함께 일했으며 "일본 문화의 디지털 전통"의 주요 주제에 따라 전통적인 공연 예술과 지역 문화를 디지털 자산으로 전 세계로 전환합니다..</w:t>
      </w:r>
    </w:p>
    <w:p>
      <w:r>
        <w:drawing>
          <wp:inline xmlns:a="http://schemas.openxmlformats.org/drawingml/2006/main" xmlns:pic="http://schemas.openxmlformats.org/drawingml/2006/picture">
            <wp:extent cx="3657600" cy="199505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5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CNP 정보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CNP (Cryptoninja Partners)는 닌자 테마를 가진 캐릭터 브랜드 인 Cryptoninja의 2 차 창의적인 프로젝트입니다. CNP는 2022 년 5 월에 22,222 개의 NFT를 발행했으며 5,300 명 이상의 홀더가 CNP NFT를 소유하고 있습니다.</w:t>
      </w:r>
    </w:p>
    <w:p>
      <w:r>
        <w:t>CNP는 "알고, 만지고 경험하는"을 통해 참가자들에게 깊은 참여를 제공합니다. 특히, 우리는 무료 스마트 폰 게임 "CNP Bernin Wars", 고향 세금 지불 "고향 CNP"와 같은 NFT 이상의 다양한 비즈니스를 계속 개발하고 있습니다.NFT 소유자 앱의 개발.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CNP 공식 웹 사이트</w:t>
      </w:r>
    </w:p>
    <w:p>
      <w:r>
        <w:t>https://www.cryptoninja-partners.xyz/</w:t>
      </w:r>
    </w:p>
    <w:p>
      <w:r>
        <w:t>Amato에 대해</w:t>
      </w:r>
    </w:p>
    <w:p>
      <w:r>
        <w:t>"Amato"는 NFT Japan Japan에서 태어난 일본 DAO의 첫 번째 캐릭터 브랜드이며, "Challenge Samurai"를 주제로 NFT 프로젝트입니다.일본어 깃발의 상징적 인 일본어 국기의 빨간색과 흰색은 어디에나 채색되었으며, 각 부분마다 해외에서 매우 인기있는 "Samurai"에 따라 닌자에서 영감을 얻은 의상과 무기 외에도 만두에 독특한 재미있는 조합이 있습니다.만두, 수박, 비누 거품 및 귀여운 반주.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* Amato에 대한 자세한 정보를 알고 싶다면 Japan Dao가 제공 한 세부 기사를 참조하십시오.</w:t>
      </w:r>
    </w:p>
    <w:p>
      <w:r>
        <w:t>Vol.1 "Amato Birth"</w:t>
      </w:r>
    </w:p>
    <w:p>
      <w:r>
        <w:t>https://note.com/japandaosolution/n/n90351d7bb368</w:t>
      </w:r>
    </w:p>
    <w:p>
      <w:r>
        <w:t>Vol.2 "Amato의 현재와 미래"</w:t>
      </w:r>
    </w:p>
    <w:p>
      <w:r>
        <w:t>https://note.com/japandaosolution/n/n02ce3453e5ba</w:t>
      </w:r>
    </w:p>
    <w:p>
      <w:r>
        <w:t>NFT 민트 정보</w:t>
      </w:r>
    </w:p>
    <w:p>
      <w:r>
        <w:t>채용 기간 (프리미트 신청 기간)</w:t>
      </w:r>
    </w:p>
    <w:p>
      <w:r>
        <w:t>2024/05/08 ~ 2024/05/19 23:59</w:t>
      </w:r>
    </w:p>
    <w:p>
      <w:r>
        <w:t>박하의 날</w:t>
      </w:r>
    </w:p>
    <w:p>
      <w:r>
        <w:t>2024 년 5 월 25 일 예정</w:t>
      </w:r>
    </w:p>
    <w:p>
      <w:r>
        <w:t>가격</w:t>
      </w:r>
    </w:p>
    <w:p>
      <w:r>
        <w:t>무료 민트 (무료)</w:t>
      </w:r>
    </w:p>
    <w:p>
      <w:r>
        <w:t>체인</w:t>
      </w:r>
    </w:p>
    <w:p>
      <w:r>
        <w:t>다각형 (SBT)</w:t>
      </w:r>
    </w:p>
    <w:p>
      <w:r>
        <w:t>* SBT : Soul Bound Token NFT는 거래 또는 양도 할 수 없습니다.</w:t>
      </w:r>
    </w:p>
    <w:p>
      <w:r>
        <w:t>가스 요금</w:t>
      </w:r>
    </w:p>
    <w:p>
      <w:r>
        <w:t>무료</w:t>
      </w:r>
    </w:p>
    <w:p>
      <w:r>
        <w:drawing>
          <wp:inline xmlns:a="http://schemas.openxmlformats.org/drawingml/2006/main" xmlns:pic="http://schemas.openxmlformats.org/drawingml/2006/picture">
            <wp:extent cx="3657600" cy="2111896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118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응용 프로그램 방법</w:t>
      </w:r>
    </w:p>
    <w:p>
      <w:r>
        <w:t>1. 특별 사이트에 접근합니다</w:t>
      </w:r>
    </w:p>
    <w:p>
      <w:r>
        <w:t>특별 사이트는 여기에서 왔습니다</w:t>
      </w:r>
    </w:p>
    <w:p>
      <w:r>
        <w:t>https://japandao.jp/amato-cnp</w:t>
      </w:r>
    </w:p>
    <w:p>
      <w:r>
        <w:drawing>
          <wp:inline xmlns:a="http://schemas.openxmlformats.org/drawingml/2006/main" xmlns:pic="http://schemas.openxmlformats.org/drawingml/2006/picture">
            <wp:extent cx="3657600" cy="242736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73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프레미트 응용 프로그램</w:t>
      </w:r>
    </w:p>
    <w:p>
      <w:r>
        <w:drawing>
          <wp:inline xmlns:a="http://schemas.openxmlformats.org/drawingml/2006/main" xmlns:pic="http://schemas.openxmlformats.org/drawingml/2006/picture">
            <wp:extent cx="3657600" cy="1902514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25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Premint를 신청하는 방법을 모르는 경우 아래 링크를 사용하므로 사용하십시오.</w:t>
      </w:r>
    </w:p>
    <w:p>
      <w:r>
        <w:t>https://note.com/japandaosolution/n/nd3b194382857</w:t>
      </w:r>
    </w:p>
    <w:p>
      <w:r>
        <w:t>솔루션 섹션의 Mal Secret Information</w:t>
      </w:r>
    </w:p>
    <w:p>
      <w:r>
        <w:t>1. 모든 종류의 SBT를 수집하고 사람들에게 좋은 것이 있습니까 ??</w:t>
      </w:r>
    </w:p>
    <w:p>
      <w:r>
        <w:t>Daruman (@daruman_jp)의 게시물에 따르면, 모든 협업 SBT를 수집 한 사람들에게 특별한 것이있는 것 같습니다.이 단계에서 SBT는 4 개의 작품을 출시 할 것입니다.모든 것!</w:t>
      </w:r>
    </w:p>
    <w:p>
      <w:r>
        <w:t>https://t.co/UTUjvyMpES</w:t>
      </w:r>
    </w:p>
    <w:p>
      <w:r>
        <w:t>2. 협업 제작 비밀 스토리</w:t>
      </w:r>
    </w:p>
    <w:p>
      <w:r>
        <w:t>이 협업 SBT는 Lily Lily를 일본 DAO가 소유 한 "CNP"NFT의 닌자 복장을 묘사하지만 Lee Lee가 캐릭터로 선정 된 이유는 일본 NFT 박물관 편집 부서였습니다. 상담 후 특히 인기가 있습니다.CNP의 캐릭터는 닌자를 입고있는 Amato -Kun과 매우 일치합니다.</w:t>
      </w:r>
    </w:p>
    <w:p>
      <w:r>
        <w:t>이번에는 "Amato"에서 일한 Akitsu (@akitu08)는 담당했다.Akitsu는 CNP의 성격을 그의 기술적 인 기술로 Amato의 세계관에 융합하여 불일치 한 느낌없이 훌륭한 협력 작업입니다.</w:t>
      </w:r>
    </w:p>
    <w:p>
      <w:r>
        <w:t>또한 Akitsu는 일러스트레이션을위한 만두를 사용하기 위해 단두 항목을 좋아한다는 이야기가 있습니다. 또한 만두는 CNP 및 Amato NFT 컬렉션의 부품으로 사용됩니다.</w:t>
      </w:r>
    </w:p>
    <w:p>
      <w:r>
        <w:drawing>
          <wp:inline xmlns:a="http://schemas.openxmlformats.org/drawingml/2006/main" xmlns:pic="http://schemas.openxmlformats.org/drawingml/2006/picture">
            <wp:extent cx="3657600" cy="1666889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668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요약</w:t>
      </w:r>
    </w:p>
    <w:p>
      <w:r>
        <w:t>이 기사에서는 Amato와 CNP의 제한된 NFT 프리 민트 프로젝트를 소개했는데, 이는 "CNP (Cryptoninja Partners)의 공식 스폰서로 일본 DAO를 기념하기 위해 개최됩니다.</w:t>
      </w:r>
    </w:p>
    <w:p>
      <w:r>
        <w:t>또한 이벤트 개요, 참여 방법 및 특별 정보도 포함되어 있습니다. SBT는 무료로 제공 되므로이 경우 모든 유형을 얻으십시오.</w:t>
      </w:r>
    </w:p>
    <w:p>
      <w:r>
        <w:t>궁금한 점이 있으시면 의견이나 일본 DAO Discord 채널에 대해 문의하십시오.</w:t>
      </w:r>
    </w:p>
    <w:p>
      <w:r>
        <w:t>일본 DAO에 관심이 있으시면 "Japan Dao Magazine"을 팔로우하여 스키를 타십시오.</w:t>
      </w:r>
    </w:p>
    <w:p>
      <w:r>
        <w:t>공식 X 계정 : https : //twitter.com/japannftmuseum</w:t>
      </w:r>
    </w:p>
    <w:p>
      <w:r>
        <w:t>공식 불화 : https://discord.com/invite/japandao</w:t>
      </w:r>
    </w:p>
    <w:p>
      <w:r>
        <w:t>공식 인스 타 그램 : https 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