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Ottieni premio! Come divertirsi e catturare Rumble !!</w:t>
      </w:r>
    </w:p>
    <w:p>
      <w:r>
        <w:t>Ciao a tutti alla famiglia SP ☆</w:t>
      </w:r>
    </w:p>
    <w:p>
      <w:r>
        <w:t>Dopo aver partecipato alla comunità Smart Pocket Discord, vedrai spesso l'evento settimanale "Rumble". Questo articolo introduce come giocare, progressi e eccitazione di Rumble.</w:t>
      </w:r>
    </w:p>
    <w:p>
      <w:r>
        <w:t>All'inizio</w:t>
      </w:r>
    </w:p>
    <w:p>
      <w:r>
        <w:t>La partecipazione alla comunità Discord ti consente di interagire con altri membri e ottenere le ultime informazioni. Ciò rende più facile comprendere i pensieri e le visioni della comunità.</w:t>
      </w:r>
    </w:p>
    <w:p>
      <w:r>
        <w:t>Nella comunità di Smart Pocket, vengono spesso eseguite varie attività. Un mini gioco di rumble particolarmente popolare è un gioco interattivo in cui i partecipanti competono nel gioco.</w:t>
      </w:r>
    </w:p>
    <w:p>
      <w:r>
        <w:t>Il Mini -Game di Rumble viene automaticamente avanzato dal sistema e il vincitore viene determinato dopo ogni partita. Il vincitore vincerà i premi e il divertimento del gioco aumenterà. Questo migliorerà la vivace comunità e promuoverà la partecipazione attiva dei membri.</w:t>
      </w:r>
    </w:p>
    <w:p>
      <w:r>
        <w:t>Panoramica del rumble</w:t>
      </w:r>
    </w:p>
    <w:p>
      <w:r>
        <w:t>1. Tempo e luogo di implementazione</w:t>
      </w:r>
    </w:p>
    <w:p>
      <w:r>
        <w:t>Tempo: ogni sabato, domenica 23:00 (ora del Giappone) * Tuttavia, il tempo dell'evento potrebbe essere modificato, quindi controlla l'ultimo annuncio.</w:t>
      </w:r>
    </w:p>
    <w:p>
      <w:r>
        <w:t>Posizione dell'implementazione: fallo sul canale "rumble" nel server Smart Pocket.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Se non sai come partecipare al server Smart Pocket, consultare il seguente articolo.</w:t>
      </w:r>
    </w:p>
    <w:p>
      <w:r>
        <w:t>https://note.com/japandaosolution/n/na503f2c4d60a</w:t>
      </w:r>
    </w:p>
    <w:p>
      <w:r>
        <w:t>2. Gestione degli eventi per calendario</w:t>
      </w:r>
    </w:p>
    <w:p>
      <w:r>
        <w:t>È possibile utilizzare la funzione del calendario nel server per verificare la data e l'ora dell'evento o impostarla in base al tuo programma.</w:t>
      </w:r>
    </w:p>
    <w:p>
      <w:r>
        <w:t>Vedere il seguente articolo per la ricerca e l'impostazione di metodi per il calendario.</w:t>
      </w:r>
    </w:p>
    <w:p>
      <w:r>
        <w:t>https://note.com/japandaosolution/n/n85b46f0e70f2</w:t>
      </w:r>
    </w:p>
    <w:p>
      <w:r>
        <w:t>3. Rumble Event</w:t>
      </w:r>
    </w:p>
    <w:p>
      <w:r>
        <w:t>Rumble ha quattro partite e ogni partita ha un vincitore (la partita viene automaticamente processata dal sistema).</w:t>
      </w:r>
    </w:p>
    <w:p>
      <w:r>
        <w:t>4. Metodo di partecipazione del rombo</w:t>
      </w:r>
    </w:p>
    <w:p>
      <w:r>
        <w:t>Premere "⚔️emoji" sotto "Rumble Royale" per completare la qualifica di partecipazione alla partita. Se la pagina scorre prima dell'inizio della partita, puoi premere "Jump!"O "#⚔️Rumble" per tornare.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Rumble Match</w:t>
      </w:r>
    </w:p>
    <w:p>
      <w:r>
        <w:t>1. Prima dell'inizio della partita</w:t>
      </w:r>
    </w:p>
    <w:p>
      <w:r>
        <w:t>Prima dell'inizio della partita, vengono visualizzate le seguenti informazioni.</w:t>
      </w:r>
    </w:p>
    <w:p>
      <w:r>
        <w:t>① Numero di partecipanti</w:t>
      </w:r>
    </w:p>
    <w:p>
      <w:r>
        <w:t>② età (classico)</w:t>
      </w:r>
    </w:p>
    <w:p>
      <w:r>
        <w:t>③ Premio</w:t>
      </w:r>
    </w:p>
    <w:p>
      <w:r>
        <w:t>④ Ogni bonus di sconfitta, ecc.</w:t>
      </w:r>
    </w:p>
    <w:p>
      <w:r>
        <w:t>Quando il premio in denaro raggiunge l'importo target, sarai il vincitore della partita.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Informazioni sulla concorrenza</w:t>
      </w:r>
    </w:p>
    <w:p>
      <w:r>
        <w:t>Le informazioni di corrispondenza di ogni round sono spiegate in inglese, ma puoi identificarle con un'icona senza comprendere l'inglese. Il contenuto dell'icona è il seguente.</w:t>
      </w:r>
    </w:p>
    <w:p>
      <w:r>
        <w:t>① sconfiggere il tuo avversario (la sconfitta viene visualizzata su una linea di cancellazione) o scopri e crea armi</w:t>
      </w:r>
    </w:p>
    <w:p>
      <w:r>
        <w:t>② affrontare una situazione forte</w:t>
      </w:r>
    </w:p>
    <w:p>
      <w:r>
        <w:t>③ Scopri le conchiglie</w:t>
      </w:r>
    </w:p>
    <w:p>
      <w:r>
        <w:t>④ indica la morte (visualizzata sulla linea di cancellazione)</w:t>
      </w:r>
    </w:p>
    <w:p>
      <w:r>
        <w:t>⑤ Resurrezione</w:t>
      </w:r>
    </w:p>
    <w:p>
      <w:r>
        <w:t>* Il numero rimanente di giocatori (giocatori a sinistra) viene visualizzato in fondo.</w:t>
      </w:r>
    </w:p>
    <w:p>
      <w:r>
        <w:t>Controlla le informazioni sulla partita e vedi se stai sopravvivendo.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3. Eventi nel round</w:t>
      </w:r>
    </w:p>
    <w:p>
      <w:r>
        <w:t>A seconda del round, possono verificarsi disastri (terremoti, gas tossico, esplosione nucleare, rapimento alieno, tempeste, ecc.) E alcuni giocatori possono morire.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Ci sono anche round in cui si verificano buoni eventi come la risurrezione e la caccia ai concorsi.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Dopo la fine del round della partita</w:t>
      </w:r>
    </w:p>
    <w:p>
      <w:r>
        <w:t>Il sistema annuncerà il vincitore della partita. Certo che tu sia il fortunato vincitore.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Informazioni sul premio vincitore</w:t>
      </w:r>
    </w:p>
    <w:p>
      <w:r>
        <w:t>Verranno assegnati i seguenti premi per i prodotti del vincitore.</w:t>
      </w:r>
    </w:p>
    <w:p>
      <w:r>
        <w:t>* Devi inviare un indirizzo del portafoglio, quindi controlla le note nella sezione successiva!</w:t>
      </w:r>
    </w:p>
    <w:p>
      <w:r>
        <w:t>・ 500sp punto (2 persone)</w:t>
      </w:r>
    </w:p>
    <w:p>
      <w:r>
        <w:t>・ 10USDT (2)</w:t>
      </w:r>
    </w:p>
    <w:p>
      <w:r>
        <w:t>Alla fine dell'evento, verrà annunciato un elenco di tutti i vincitori.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* I premi speciali possono essere aggiunti durante le vacanze. Ad esempio, nell'ultima settimana di Golden Week nel 2024, è stato aggiunto un premio da 20 -USDT alla quinta partita.</w:t>
      </w:r>
    </w:p>
    <w:p>
      <w:r>
        <w:t>Appunti</w:t>
      </w:r>
    </w:p>
    <w:p>
      <w:r>
        <w:t>1. I vincitori devono presentare un indirizzo del portafoglio ai sostenitori entro una settimana.</w:t>
      </w:r>
    </w:p>
    <w:p>
      <w:r>
        <w:t>2. I vincitori dei punti SP devono accedere a Smart Pocket con l'indirizzo del portafoglio inviato.</w:t>
      </w:r>
    </w:p>
    <w:p>
      <w:r>
        <w:t>3.10 I vincitori dell'USDT devono inviare un indirizzo del portafoglio in base agli standard token USDT.</w:t>
      </w:r>
    </w:p>
    <w:p>
      <w:r>
        <w:t>4. Dopo che tutti gli indirizzi del portafoglio dei vincitori vengono raccolti, i premi vengono inviati tutti in una volta.</w:t>
      </w:r>
    </w:p>
    <w:p>
      <w:r>
        <w:t>Atmosfera nella comunità</w:t>
      </w:r>
    </w:p>
    <w:p>
      <w:r>
        <w:t>Rumble non è solo una partecipazione alla partita, ma anche un posto dove mettere commenti e timbri.* I commenti sono una modalità lenta che può essere pubblicata solo una volta ogni 30 secondi.</w:t>
      </w:r>
    </w:p>
    <w:p>
      <w:r>
        <w:t>・ Un avviso può essere fatto prima della partita. A volte vengono condivise informazioni importanti.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 Chiunque può pubblicare commenti liberamente e non esiste un limite di lingua.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 Quando uscirà il vincitore della partita, tutti invieranno un commento di celebrazione.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riepilogo</w:t>
      </w:r>
    </w:p>
    <w:p>
      <w:r>
        <w:t>La comunità Smart Pocket terrà un mini gioco di rumble ogni fine settimana. Il modo per partecipare è molto semplice, basta premere Emoji per completare la voce. La partita viene automaticamente proceduta dal sistema e vari eventi come disastri e tesori aumentano il divertimento diIl gioco. Dopo la partita, i risultati e il vincitore saranno annunciati e puoi eccitarti con altre persone nei commenti. Se sei interessato, unirti e divertiti con tutti!</w:t>
      </w:r>
    </w:p>
    <w:p>
      <w:r>
        <w:t>Se sei interessato alla tua tasca intelligente, segui l'account ufficiale X con "Smapke Magazine".</w:t>
      </w:r>
    </w:p>
    <w:p>
      <w:r>
        <w:t>Account ufficiale X: https: //twitter.com/smapocket</w:t>
      </w:r>
    </w:p>
    <w:p>
      <w:r>
        <w:t>Discord ufficiale: https: 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