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Nuovo evento! Partecipa a domande e risposte di venerdì sera e ricevi premi !!</w:t>
      </w:r>
    </w:p>
    <w:p>
      <w:r>
        <w:t>Ciao a tutti alla famiglia SP ☆</w:t>
      </w:r>
    </w:p>
    <w:p>
      <w:r>
        <w:t>Questo articolo introduce il nuovo evento di domande e risposte e la categoria dell'articolo della nota pubblicato in passato.</w:t>
      </w:r>
    </w:p>
    <w:p>
      <w:r>
        <w:t>All'inizio</w:t>
      </w:r>
    </w:p>
    <w:p>
      <w:r>
        <w:t>Questa volta, ti informeremo sul nuovo evento di domande e risposte. L'evento di domande e risposte è un evento ospitato dalla comunità, con l'obiettivo di leggere l'articolo delle note e comprendere l'avanzamento del progetto e comprendere i messaggi dei fondatorie le squadre in formatta e risposte. Dopo la fine di ogni domanda, coloro che sono selezionati tra le risposte corretti verranno assegnati un premio.</w:t>
      </w:r>
    </w:p>
    <w:p>
      <w:r>
        <w:t>Panoramica dell'evento</w:t>
      </w:r>
    </w:p>
    <w:p>
      <w:r>
        <w:t>1.Event Time and Implementation Place</w:t>
      </w:r>
    </w:p>
    <w:p>
      <w:r>
        <w:t>Data: ogni venerdì alle 21:00 (ora del Giappone) * Tuttavia, controlla l'ultimo annuncio poiché il tempo dell'evento potrebbe essere modificato.</w:t>
      </w:r>
    </w:p>
    <w:p>
      <w:r>
        <w:t>Posto di implementazione: eseguire sul canale "Domanda" nel server Smart Pocket.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Se non sai come partecipare al server Smart Pocket, consultare il seguente articolo.</w:t>
      </w:r>
    </w:p>
    <w:p>
      <w:r>
        <w:t>https://note.com/japandaosolution/n/na503f2c4d60a</w:t>
      </w:r>
    </w:p>
    <w:p>
      <w:r>
        <w:t>2.event management per calendario</w:t>
      </w:r>
    </w:p>
    <w:p>
      <w:r>
        <w:t>È possibile utilizzare la funzione del calendario nel server per verificare la data e l'ora dell'evento o impostarla in base al tuo programma.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Vedere il seguente articolo per la ricerca e l'impostazione di metodi per i calendari.</w:t>
      </w:r>
    </w:p>
    <w:p>
      <w:r>
        <w:t>https://note.com/japandaosolution/n/n85b46f0e70f2</w:t>
      </w:r>
    </w:p>
    <w:p>
      <w:r>
        <w:t>Flusso di eventi domande e risposte</w:t>
      </w:r>
    </w:p>
    <w:p>
      <w:r>
        <w:t>1. Annuncio di event</w:t>
      </w:r>
    </w:p>
    <w:p>
      <w:r>
        <w:t>Prima dell'inizio dell'evento, i dettagli dell'evento saranno annunciati sul canale di ogni lingua. Questo annuncio include le regole dell'evento, il contenuto del premio, il tempo della partecipazione, il canale dedicato e gli articoli utilizzati inl'evento.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Progessione di domande e risposte</w:t>
      </w:r>
    </w:p>
    <w:p>
      <w:r>
        <w:t>Durante l'evento verranno poste tre domande. Le prime due sono semplici problemi per inserire parole, ma l'ultimo terzo è un po 'difficile perché richiede una risposta di descrizione più dettagliata.</w:t>
      </w:r>
    </w:p>
    <w:p>
      <w:r>
        <w:t>Ogni domanda ha un tempo di risposta di 10 minuti e puoi rispondere solo una volta entro 5 minuti usando la modalità lenta. Anche le correzioni e le correzioni sono possibili, quindi rispondi ai tempi.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3.Deadline e annuncio dei vincitori</w:t>
      </w:r>
    </w:p>
    <w:p>
      <w:r>
        <w:t>Quando finisce il tempo di risposta di ogni domanda, i vincitori e le risposte verranno rilasciati. Dopo l'evento, l'elenco di tutti i vincitori verrà rilasciato.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Premi per i vincitori</w:t>
      </w:r>
    </w:p>
    <w:p>
      <w:r>
        <w:t>Domanda 1 e 2 Vincitore: 500 punti SP ciascuno</w:t>
      </w:r>
    </w:p>
    <w:p>
      <w:r>
        <w:t>Vincitore Q3: 10 USDT</w:t>
      </w:r>
    </w:p>
    <w:p>
      <w:r>
        <w:t>Appunti</w:t>
      </w:r>
    </w:p>
    <w:p>
      <w:r>
        <w:t>-I vincitori devono inviare un indirizzo del portafoglio ai sostenitori entro una settimana.</w:t>
      </w:r>
    </w:p>
    <w:p>
      <w:r>
        <w:t>・ I vincitori dei punti SP devono accedere a Smart Pocket all'indirizzo del portafoglio inviato.</w:t>
      </w:r>
    </w:p>
    <w:p>
      <w:r>
        <w:t>・ 10 vincitori dell'USDT devono inviare un indirizzo di portafoglio che è conforme allo standard token USDT.</w:t>
      </w:r>
    </w:p>
    <w:p>
      <w:r>
        <w:t>・ Dopo che tutti gli indirizzi del portafoglio dei vincitori vengono raccolti, i premi vengono inviati tutti in una volta.</w:t>
      </w:r>
    </w:p>
    <w:p>
      <w:r>
        <w:t>Introduzione del canale della nota soluzione</w:t>
      </w:r>
    </w:p>
    <w:p>
      <w:r>
        <w:t>Il canale della nota soluzione organizza articoli in varie categorie in modo che i lettori possano trovare rapidamente le informazioni necessarie. I contenuti di ciascuna categoria sono i seguenti.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Presentazione di articoli relativi al Japan Dao Magazinejappan Dao e si è trasferito sul Japan Dao Server.</w:t>
      </w:r>
    </w:p>
    <w:p>
      <w:r>
        <w:t>② Introduzione dei contenuti relativi al progetto Progetto Piano. Ad esempio, introduzione e utilizzo di app Smart Pocket, informazioni su NFT.</w:t>
      </w:r>
    </w:p>
    <w:p>
      <w:r>
        <w:t>③ Introduzione delle ultime informazioni e notizie di notizie. Ad esempio, nuove funzionalità dell'app Smart Pocket e il riepilogo dell'AMA in passato.</w:t>
      </w:r>
    </w:p>
    <w:p>
      <w:r>
        <w:t>④ Introduzione di articoli incentrati sui metodi di funzionamento manuale. Ad esempio, "Creazione di un account, partecipazione alla comunità Smart Pocket, impostando una notifica di eventi" in discordia.</w:t>
      </w:r>
    </w:p>
    <w:p>
      <w:r>
        <w:t>Fare clic su una di ogni classificazione per scorrere lo schermo nella parte superiore e controllare gli articoli disponibili nell'indice.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riepilogo</w:t>
      </w:r>
    </w:p>
    <w:p>
      <w:r>
        <w:t>Questo nuovo evento di domande e risposte è ospitato da Smart Pocket Community e si tiene ogni venerdì sera.</w:t>
      </w:r>
    </w:p>
    <w:p>
      <w:r>
        <w:t>I partecipanti risponderanno alle domande in base all'articolo della nota e, se rispondono correttamente, riceveranno un premio. Le domande sono semplici per quelle che richiedono risposte dettagliate e non si stancano dello sfidante.</w:t>
      </w:r>
    </w:p>
    <w:p>
      <w:r>
        <w:t>Inoltre, è possibile gestire il programma dell'evento utilizzando la funzione Smart Pocket e renderlo in modo efficiente. Se sei interessato, unisciti a noi e divertiti mentre approfondisci le conoscenze.</w:t>
      </w:r>
    </w:p>
    <w:p>
      <w:r>
        <w:t>Se sei interessato alla tua tasca intelligente, segui e sciare per "Smapoke Magazine".</w:t>
      </w:r>
    </w:p>
    <w:p>
      <w:r>
        <w:t>Account ufficiale X: https: //twitter.com/smapocket</w:t>
      </w:r>
    </w:p>
    <w:p>
      <w:r>
        <w:t>Discord ufficiale: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