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Come fare Metamask</w:t>
      </w:r>
    </w:p>
    <w:p>
      <w:r>
        <w:t>In questo articolo, introdurremo "procedura per la creazione di meta maschere".</w:t>
      </w:r>
    </w:p>
    <w:p>
      <w:r>
        <w:t>Puoi facilmente creare un metamask leggendo l'articolo.</w:t>
      </w:r>
    </w:p>
    <w:p>
      <w:r>
        <w:t>Puoi leggere questo articolo in 5 minuti!</w:t>
      </w:r>
    </w:p>
    <w:p>
      <w:r>
        <w:t>Cos'è un metamask?</w:t>
      </w:r>
    </w:p>
    <w:p>
      <w:r>
        <w:drawing>
          <wp:inline xmlns:a="http://schemas.openxmlformats.org/drawingml/2006/main" xmlns:pic="http://schemas.openxmlformats.org/drawingml/2006/picture">
            <wp:extent cx="3657600" cy="104349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434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Metamask è un'immagine come un "portafoglio digitale". Con questo portafoglio, puoi conservare in sicurezza e utilizzare denaro digitale e articoli speciali.</w:t>
      </w:r>
    </w:p>
    <w:p>
      <w:r>
        <w:t>È supportato da molti utenti e può essere utilizzato in modo sicuro ed efficiente come punto di accesso per le risorse digitali.</w:t>
      </w:r>
    </w:p>
    <w:p>
      <w:r>
        <w:t>[Smartphone] Procedura di creazione di metamasche</w:t>
      </w:r>
    </w:p>
    <w:p>
      <w:r>
        <w:t>① Scarica l'app "Metamask"</w:t>
      </w:r>
    </w:p>
    <w:p>
      <w:r>
        <w:t>② Tocca "Start"</w:t>
      </w:r>
    </w:p>
    <w:p>
      <w:r>
        <w:t>③ Tocca "Crea un nuovo portafoglio"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④ Controlla il contenuto e tocca "Sono d'accordo"</w:t>
      </w:r>
    </w:p>
    <w:p>
      <w:r>
        <w:t>⑤ Controlla i termini e tocca "Accetta"</w:t>
      </w:r>
    </w:p>
    <w:p>
      <w:r>
        <w:t>⑥ Immettere la password e toccare "Crea password"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⑦ Tocca "Start"</w:t>
      </w:r>
    </w:p>
    <w:p>
      <w:r>
        <w:t>⑧ Tocca "Start"</w:t>
      </w:r>
    </w:p>
    <w:p>
      <w:r>
        <w:t>⑨ Immettere la password e toccare "Conferma"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⑩ Tocca "Display" per visualizzare una frase di recupero segreto</w:t>
      </w:r>
    </w:p>
    <w:p>
      <w:r>
        <w:t>※importante</w:t>
      </w:r>
    </w:p>
    <w:p>
      <w:r>
        <w:t>Non devi mai dire a nessuno della frase di recupero segreto.</w:t>
      </w:r>
    </w:p>
    <w:p>
      <w:r>
        <w:t>Prendi nota delle parole visualizzate in ordine e tienile in un luogo sicuro.</w:t>
      </w:r>
    </w:p>
    <w:p>
      <w:r>
        <w:t>⑪ Selezionare una frase di recupero segreta in ordine ⑫ Creazione del portafoglio completata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[PC] Procedura di creazione di Metamask</w:t>
      </w:r>
    </w:p>
    <w:p>
      <w:r>
        <w:t>Innanzitutto, andiamo al sito ufficiale di Metamask.</w:t>
      </w:r>
    </w:p>
    <w:p>
      <w:r>
        <w:t>Metamask è falso, quindi assicurati di scaricarlo dall'URL corretto (il collegamento URL sopra è sicuro)</w:t>
      </w:r>
    </w:p>
    <w:p>
      <w:r>
        <w:t>① Fare clic su "Scarica" ​​in basso a sinistra dello schermo</w:t>
      </w:r>
    </w:p>
    <w:p>
      <w:r>
        <w:t>② Fare clic su "Get"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③ Fare clic su "Aggiungi estensioni"</w:t>
      </w:r>
    </w:p>
    <w:p>
      <w:r>
        <w:t>④ Controllare i termini di utilizzo e selezionare la casella di controllo.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⑤ Controlla il contenuto e fai clic su "Sono d'accordo"</w:t>
      </w:r>
    </w:p>
    <w:p>
      <w:r>
        <w:t>⑥ Immettere la password e fare clic su "Crea un nuovo portafoglio"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Fai clic su "Garantire la sicurezza del portafoglio"</w:t>
      </w:r>
    </w:p>
    <w:p>
      <w:r>
        <w:t>⑧ Fare clic su "Pubblica frase di recupero segreto"</w:t>
      </w:r>
    </w:p>
    <w:p>
      <w:r>
        <w:t>※importante</w:t>
      </w:r>
    </w:p>
    <w:p>
      <w:r>
        <w:t>Non devi mai dire a nessuno della frase di recupero segreto.</w:t>
      </w:r>
    </w:p>
    <w:p>
      <w:r>
        <w:t>Prendi nota delle parole visualizzate in ordine e tienile in un luogo sicuro.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⑨ Inserisci una frase di recupero segreta</w:t>
      </w:r>
    </w:p>
    <w:p>
      <w:r>
        <w:t>⑩ La creazione del portafoglio è completata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Precauzioni durante la creazione di un metamask</w:t>
      </w:r>
    </w:p>
    <w:p>
      <w:r>
        <w:t>Utilizzando un Metamus, puoi facilmente gestire e scambiare risorse digitali. Tuttavia, mentre ti godi la comodità, ci sono alcuni punti da notare.</w:t>
      </w:r>
    </w:p>
    <w:p>
      <w:r>
        <w:t>Archiviazione della frase di recupero segreto</w:t>
      </w:r>
    </w:p>
    <w:p>
      <w:r>
        <w:t>Come ho già detto molte volte nelle spiegazioni finora, è molto importante immagazzinare frasi di recupero segrete.</w:t>
      </w:r>
    </w:p>
    <w:p>
      <w:r>
        <w:t>Perdere questo ti farà non essere in grado di accedere al portafoglio e perdere le risorse.</w:t>
      </w:r>
    </w:p>
    <w:p>
      <w:r>
        <w:t>Inoltre, esiste il rischio di accesso non autorizzato essendo noto ad altri, quindi assicurati di non farla fuoriuscire agli altri. (Skusho è ng)</w:t>
      </w:r>
    </w:p>
    <w:p>
      <w:r>
        <w:t>Uso del sito Web e dell'app ufficiali</w:t>
      </w:r>
    </w:p>
    <w:p>
      <w:r>
        <w:t>Ci sono molti siti e app falsi su Internet.</w:t>
      </w:r>
    </w:p>
    <w:p>
      <w:r>
        <w:t>Quando si scarica e si installa una meta maschera, assicurarsi di utilizzare il sito ufficiale o l'app store.</w:t>
      </w:r>
    </w:p>
    <w:p>
      <w:r>
        <w:t>riepilogo</w:t>
      </w:r>
    </w:p>
    <w:p>
      <w:r>
        <w:t>Ecco un riepilogo di questo contenuto.</w:t>
      </w:r>
    </w:p>
    <w:p>
      <w:r>
        <w:t>Definizione del portafoglio</w:t>
      </w:r>
    </w:p>
    <w:p>
      <w:r>
        <w:t>Il portafoglio è un "portafoglio digitale" per preservare e gestire la valuta virtuale.</w:t>
      </w:r>
    </w:p>
    <w:p>
      <w:r>
        <w:t>Metamask</w:t>
      </w:r>
    </w:p>
    <w:p>
      <w:r>
        <w:t>Metamask è come un portafoglio digitale ed è uno strumento per archiviare e utilizzare le risorse digitali in modo sicuro. È supportato da molti utenti.</w:t>
      </w:r>
    </w:p>
    <w:p>
      <w:r>
        <w:t>Procedura di creazione</w:t>
      </w:r>
    </w:p>
    <w:p>
      <w:r>
        <w:t>La procedura per la creazione di meta maschere su PC e smartphone è descritta in dettaglio. La procedura include impostazioni di download, installazione e frase di recupero segreto.</w:t>
      </w:r>
    </w:p>
    <w:p>
      <w:r>
        <w:t>punto importante</w:t>
      </w:r>
    </w:p>
    <w:p>
      <w:r>
        <w:t>Ci sono precauzioni quando si utilizzano metamaschi, come l'importanza di conservare le frasi di recupero segrete e l'importanza di utilizzare il sito Web ufficiale e l'applicazione.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