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Non perdere premi lussuosi!Come impostare una notifica di evento con discordia</w:t>
      </w:r>
    </w:p>
    <w:p>
      <w:r>
        <w:t>All'inizio</w:t>
      </w:r>
    </w:p>
    <w:p>
      <w:r>
        <w:t>Hai mai dimenticato mentre pensi di partecipare a un evento interessante?Discord fornisce funzioni di eventi per evitare tali situazioni.Questa volta, introdurrò come utilizzare questa funzione per garantire la partecipazione all'evento e massimizzare la ricompensa.</w:t>
      </w:r>
    </w:p>
    <w:p>
      <w:r>
        <w:t>Qual è la funzione dell'evento?</w:t>
      </w:r>
    </w:p>
    <w:p>
      <w:r>
        <w:t>La funzione dell'evento Discord è uno strumento conveniente che semplifica la gestione e la partecipazione.In particolare, utilizzando il pulsante "interesse", riceverai automaticamente notifiche all'inizio dell'evento e non dovrai preoccuparti di perdere eventi importanti.Questa funzione renderà la partecipazione dell'evento senza intoppi anche nei giorni impegnativi e, di conseguenza, avrai l'opportunità di acquisire splendidi premi.</w:t>
      </w:r>
    </w:p>
    <w:p>
      <w:r>
        <w:t>In ogni caso, utilizza questa comoda funzione, partecipa a tutti gli eventi e sfrutta al massimo l'opportunità di ottenere premi lussuosi.</w:t>
      </w:r>
    </w:p>
    <w:p>
      <w:r>
        <w:t>Metodo di impostazione della notifica degli eventi</w:t>
      </w:r>
    </w:p>
    <w:p>
      <w:r>
        <w:t>L'impostazione della notifica dell'evento è molto semplice, quindi prova a impostare i seguenti passaggi!</w:t>
      </w:r>
    </w:p>
    <w:p>
      <w:r>
        <w:t>① Seleziona l'icona dell'evento sulla parte interna superiore di Discord</w:t>
      </w:r>
    </w:p>
    <w:p>
      <w:r>
        <w:t>② Selezionare "interesse" per l'evento visualizzato</w:t>
      </w:r>
    </w:p>
    <w:p>
      <w:r>
        <w:t>③ Seleziona l'intervallo dell'evento che si desidera avvisare</w:t>
      </w:r>
    </w:p>
    <w:p>
      <w:r>
        <w:t>④ L'impostazione della notifica dell'evento è completata</w:t>
      </w:r>
    </w:p>
    <w:p>
      <w:r>
        <w:drawing>
          <wp:inline xmlns:a="http://schemas.openxmlformats.org/drawingml/2006/main" xmlns:pic="http://schemas.openxmlformats.org/drawingml/2006/picture">
            <wp:extent cx="3657600" cy="306615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Come aggiungere un evento al calendario (è possibile solo PC)</w:t>
      </w:r>
    </w:p>
    <w:p>
      <w:r>
        <w:t>Spiega come aggiungere notifiche di eventi a Google Calendar.(Solo il PC può essere aggiunto al calendario. Non potrebbe essere impostato con uno smartphone)</w:t>
      </w:r>
    </w:p>
    <w:p>
      <w:r>
        <w:t>① Apri l'evento in cima a discordia</w:t>
      </w:r>
    </w:p>
    <w:p>
      <w:r>
        <w:drawing>
          <wp:inline xmlns:a="http://schemas.openxmlformats.org/drawingml/2006/main" xmlns:pic="http://schemas.openxmlformats.org/drawingml/2006/picture">
            <wp:extent cx="3657600" cy="420298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02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② Clicca "..." per l'evento</w:t>
      </w:r>
    </w:p>
    <w:p>
      <w:r>
        <w:drawing>
          <wp:inline xmlns:a="http://schemas.openxmlformats.org/drawingml/2006/main" xmlns:pic="http://schemas.openxmlformats.org/drawingml/2006/picture">
            <wp:extent cx="3657600" cy="391808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 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180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Aggiungi calendario ⇒ Selezionare Aggiunta al calendario di Google</w:t>
      </w:r>
    </w:p>
    <w:p>
      <w:r>
        <w:drawing>
          <wp:inline xmlns:a="http://schemas.openxmlformats.org/drawingml/2006/main" xmlns:pic="http://schemas.openxmlformats.org/drawingml/2006/picture">
            <wp:extent cx="3657600" cy="308938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93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Poiché il programma viene inserito automaticamente, fai clic su "Salva"</w:t>
      </w:r>
    </w:p>
    <w:p>
      <w:r>
        <w:drawing>
          <wp:inline xmlns:a="http://schemas.openxmlformats.org/drawingml/2006/main" xmlns:pic="http://schemas.openxmlformats.org/drawingml/2006/picture">
            <wp:extent cx="3657600" cy="192825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28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L'evento viene aggiunto a Google Calendar</w:t>
      </w:r>
    </w:p>
    <w:p>
      <w:r>
        <w:drawing>
          <wp:inline xmlns:a="http://schemas.openxmlformats.org/drawingml/2006/main" xmlns:pic="http://schemas.openxmlformats.org/drawingml/2006/picture">
            <wp:extent cx="3657600" cy="217614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761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riepilogo</w:t>
      </w:r>
    </w:p>
    <w:p>
      <w:r>
        <w:t>Se usi la funzione dell'evento Discord, non ti perderai le notifiche per eventi importanti e migliorerai notevolmente la tua possibilità di ottenere un premio lussuoso.La procedura di impostazione è molto semplice e completata con alcuni semplici passaggi.Usa questa funzione utile per partecipare attivamente al prossimo evento e goditi un'attività appagante nella comunità.</w:t>
      </w:r>
    </w:p>
    <w:p>
      <w:r>
        <w:t>Se sei interessato al Giappone DAO, segui e sciare per "Japan Dao Magazine".</w:t>
      </w:r>
    </w:p>
    <w:p>
      <w:r>
        <w:t>Account X ufficiale: https: //twitter.com/japannftmuseum</w:t>
      </w:r>
    </w:p>
    <w:p>
      <w:r>
        <w:t>Discord ufficiale: https: //discourd.com/invite/japandao</w:t>
      </w:r>
    </w:p>
    <w:p>
      <w:r>
        <w:t>Instagram ufficiale: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