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Acara Baru! Berpartisipasi dalam T&amp;J pada Jumat malam dan dapatkan hadiah !!</w:t>
      </w:r>
    </w:p>
    <w:p>
      <w:r>
        <w:t>Halo semuanya di SP Family ☆</w:t>
      </w:r>
    </w:p>
    <w:p>
      <w:r>
        <w:t>Artikel ini memperkenalkan acara T&amp;J baru dan kategori artikel catatan yang diterbitkan di masa lalu.</w:t>
      </w:r>
    </w:p>
    <w:p>
      <w:r>
        <w:t>Pada awalnya</w:t>
      </w:r>
    </w:p>
    <w:p>
      <w:r>
        <w:t>Kali ini, kami akan memberi tahu Anda tentang acara T&amp;J baru. Acara T&amp;J adalah acara yang diselenggarakan oleh masyarakat, yang bertujuan untuk membaca artikel catatan, dan untuk memahami kemajuan proyek dan memahami pesan -pesan dari para pendiridan tim dalam format tanya jawab. Setelah akhir dari setiap pertanyaan, mereka yang dipilih dari antara jawaban yang benar akan diberikan hadiah.</w:t>
      </w:r>
    </w:p>
    <w:p>
      <w:r>
        <w:t>Gambaran Umum Acara</w:t>
      </w:r>
    </w:p>
    <w:p>
      <w:r>
        <w:t>1. Tempat waktu dan implementasi</w:t>
      </w:r>
    </w:p>
    <w:p>
      <w:r>
        <w:t>Tanggal: Setiap hari Jumat pukul 21:00 (waktu Jepang) * Namun, periksa pengumuman terbaru karena waktu acara dapat diubah.</w:t>
      </w:r>
    </w:p>
    <w:p>
      <w:r>
        <w:t>Tempat Implementasi: Lakukan pada saluran "Pertanyaan" di Smart Pocket Server.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Jika Anda tidak tahu cara berpartisipasi dalam Smart Pocket Server, lihat artikel berikut.</w:t>
      </w:r>
    </w:p>
    <w:p>
      <w:r>
        <w:t>https://note.com/japandaosolution/n/na503f2c4d60a</w:t>
      </w:r>
    </w:p>
    <w:p>
      <w:r>
        <w:t>2. Manajemen Berlaku dengan Kalender</w:t>
      </w:r>
    </w:p>
    <w:p>
      <w:r>
        <w:t>Anda dapat menggunakan fungsi kalender di server untuk memeriksa tanggal dan waktu acara atau mengaturnya sesuai dengan jadwal Anda.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Lihat artikel berikut untuk pencarian dan pengaturan metode untuk kalender.</w:t>
      </w:r>
    </w:p>
    <w:p>
      <w:r>
        <w:t>https://note.com/japandaosolution/n/n85b46f0e70f2</w:t>
      </w:r>
    </w:p>
    <w:p>
      <w:r>
        <w:t>Aliran Tanya Jawab Acara</w:t>
      </w:r>
    </w:p>
    <w:p>
      <w:r>
        <w:t>1. Mengumumkan pengumuman</w:t>
      </w:r>
    </w:p>
    <w:p>
      <w:r>
        <w:t>Sebelum acara dimulai, rincian acara akan diumumkan di saluran setiap bahasa. Pengumuman ini mencakup aturan acara, isi hadiah, waktu holding, saluran khusus, dan artikel yang digunakan dalamacara.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Program pertanyaan dan jawaban</w:t>
      </w:r>
    </w:p>
    <w:p>
      <w:r>
        <w:t>Tiga pertanyaan akan ditanyakan selama acara. Dua yang pertama adalah masalah sederhana untuk memasukkan kata -kata, tetapi yang ketiga terakhir agak sulit karena membutuhkan jawaban deskripsi yang lebih rinci.</w:t>
      </w:r>
    </w:p>
    <w:p>
      <w:r>
        <w:t>Setiap pertanyaan memiliki waktu jawaban 10 menit, dan Anda dapat menjawab hanya sekali dalam 5 menit menggunakan mode lambat. Pengeditan dan koreksi juga dimungkinkan, jadi harap jawab waktunya.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Garis dan pengumuman pemenang</w:t>
      </w:r>
    </w:p>
    <w:p>
      <w:r>
        <w:t>Ketika waktu jawaban dari setiap pertanyaan berakhir, para pemenang dan jawaban akan dirilis. Setelah acara tersebut, daftar semua pemenang akan dirilis.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Hadiah untuk pemenang</w:t>
      </w:r>
    </w:p>
    <w:p>
      <w:r>
        <w:t>Pertanyaan 1 dan 2 pemenang: masing -masing 500 SP poin</w:t>
      </w:r>
    </w:p>
    <w:p>
      <w:r>
        <w:t>Pemenang Q3: 10 USDT</w:t>
      </w:r>
    </w:p>
    <w:p>
      <w:r>
        <w:t>Catatan</w:t>
      </w:r>
    </w:p>
    <w:p>
      <w:r>
        <w:t>-Menam perlu mengirimkan alamat dompet kepada para pendukung dalam satu minggu.</w:t>
      </w:r>
    </w:p>
    <w:p>
      <w:r>
        <w:t>・ Poin SP Pemenang perlu masuk ke Smart Pocket di alamat dompet yang dikirimkan.</w:t>
      </w:r>
    </w:p>
    <w:p>
      <w:r>
        <w:t>・ 10 Pemenang USDT perlu mengirimkan alamat dompet yang sesuai dengan standar token USDT.</w:t>
      </w:r>
    </w:p>
    <w:p>
      <w:r>
        <w:t>・ Setelah semua alamat dompet pemenang dikumpulkan, hadiah dikirim sekaligus.</w:t>
      </w:r>
    </w:p>
    <w:p>
      <w:r>
        <w:t>Pengenalan Saluran-Not Solusi</w:t>
      </w:r>
    </w:p>
    <w:p>
      <w:r>
        <w:t>Saluran-note-note mengatur artikel dalam berbagai kategori sehingga pembaca dapat dengan cepat menemukan informasi yang diperlukan. Isi dari setiap kategori adalah sebagai berikut.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Memperkenalkan artikel yang terkait dengan majalah Japan DAO DAO dan pindah ke server Japan DAO.</w:t>
      </w:r>
    </w:p>
    <w:p>
      <w:r>
        <w:t>② Memperkenalkan konten yang terkait dengan rencana proyek proyek. Misalnya, pengantar dan penggunaan aplikasi saku pintar, informasi tentang NFT.</w:t>
      </w:r>
    </w:p>
    <w:p>
      <w:r>
        <w:t>③ Memperkenalkan informasi terbaru dan berita tentang berita. Misalnya, fitur -fitur baru dari aplikasi Smart Pocket dan ringkasan AMA di masa lalu.</w:t>
      </w:r>
    </w:p>
    <w:p>
      <w:r>
        <w:t>④ Memperkenalkan artikel yang berfokus pada metode operasi manual. Sebagai contoh, "membuat akun, partisipasi dalam komunitas saku pintar, mengatur pemberitahuan acara" di perselisihan.</w:t>
      </w:r>
    </w:p>
    <w:p>
      <w:r>
        <w:t>Klik salah satu dari setiap klasifikasi untuk menggulir layar di bagian atas dan periksa artikel yang tersedia di indeks.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ringkasan</w:t>
      </w:r>
    </w:p>
    <w:p>
      <w:r>
        <w:t>Acara T&amp;J baru ini diselenggarakan oleh Smart Pocket Community dan diadakan setiap Jumat malam.</w:t>
      </w:r>
    </w:p>
    <w:p>
      <w:r>
        <w:t>Peserta akan menjawab pertanyaan berdasarkan artikel catatan, dan jika mereka menjawab dengan benar, mereka akan mendapatkan hadiah. Pertanyaannya mudah bagi mereka yang membutuhkan jawaban terperinci, dan tidak bosan dengan penantang.</w:t>
      </w:r>
    </w:p>
    <w:p>
      <w:r>
        <w:t>Selain itu, dimungkinkan untuk mengelola jadwal acara menggunakan fungsi Smart Pocket, dan membuatnya direncanakan secara efisien. Jika Anda tertarik, silakan bergabung dengan kami dan nikmati sambil memperdalam pengetahuan.</w:t>
      </w:r>
    </w:p>
    <w:p>
      <w:r>
        <w:t>Jika Anda tertarik dengan saku pintar Anda, silakan ikuti dan ski untuk "Smapoke Magazine".</w:t>
      </w:r>
    </w:p>
    <w:p>
      <w:r>
        <w:t>Akun X Resmi: https: //twitter.com/smapocket</w:t>
      </w:r>
    </w:p>
    <w:p>
      <w:r>
        <w:t>Perselisihan Resmi: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