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Cara membuat metamask</w:t>
      </w:r>
    </w:p>
    <w:p>
      <w:r>
        <w:t>Dalam artikel ini, kami akan memperkenalkan "prosedur untuk membuat masker meta".</w:t>
      </w:r>
    </w:p>
    <w:p>
      <w:r>
        <w:t>Anda dapat dengan mudah membuat Metamask dengan membaca artikel.</w:t>
      </w:r>
    </w:p>
    <w:p>
      <w:r>
        <w:t>Anda dapat membaca artikel ini dalam 5 menit!</w:t>
      </w:r>
    </w:p>
    <w:p>
      <w:r>
        <w:t>Apa itu Metamask?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adalah gambar seperti "dompet digital". Dengan dompet ini, Anda dapat dengan aman menyimpan dan menggunakan uang digital dan barang -barang khusus.</w:t>
      </w:r>
    </w:p>
    <w:p>
      <w:r>
        <w:t>Ini didukung oleh banyak pengguna dan dapat digunakan dengan aman dan efisien sebagai titik akses untuk aset digital.</w:t>
      </w:r>
    </w:p>
    <w:p>
      <w:r>
        <w:t>[Smartphone] Prosedur Pembuatan Metamask</w:t>
      </w:r>
    </w:p>
    <w:p>
      <w:r>
        <w:t>① Unduh aplikasi "Metamask"</w:t>
      </w:r>
    </w:p>
    <w:p>
      <w:r>
        <w:t>② ketuk "Mulai"</w:t>
      </w:r>
    </w:p>
    <w:p>
      <w:r>
        <w:t>③ ketuk "Buat dompet baru"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Periksa isinya dan ketuk "Saya setuju"</w:t>
      </w:r>
    </w:p>
    <w:p>
      <w:r>
        <w:t>⑤ Periksa persyaratan dan ketuk "Setuju"</w:t>
      </w:r>
    </w:p>
    <w:p>
      <w:r>
        <w:t>⑥ Masukkan kata sandi dan ketuk “Buat Kata Sandi”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ketuk "Mulai"</w:t>
      </w:r>
    </w:p>
    <w:p>
      <w:r>
        <w:t>⑧ ketuk "Mulai"</w:t>
      </w:r>
    </w:p>
    <w:p>
      <w:r>
        <w:t>⑨ Masukkan kata sandi dan ketuk "konfirmasi"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Ketuk "Tampilan" untuk menampilkan frasa pemulihan rahasia</w:t>
      </w:r>
    </w:p>
    <w:p>
      <w:r>
        <w:t>※penting</w:t>
      </w:r>
    </w:p>
    <w:p>
      <w:r>
        <w:t>Anda tidak boleh memberi tahu siapa pun tentang frasa pemulihan rahasia.</w:t>
      </w:r>
    </w:p>
    <w:p>
      <w:r>
        <w:t>Catat kata -kata yang ditampilkan secara berurutan dan simpan di tempat yang aman.</w:t>
      </w:r>
    </w:p>
    <w:p>
      <w:r>
        <w:t>⑪ Pilih frasa pemulihan rahasia dalam urutan ⑫ Penciptaan Dompet Selesai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Prosedur Pembuatan Metamask</w:t>
      </w:r>
    </w:p>
    <w:p>
      <w:r>
        <w:t>Pertama, mari kita pergi ke situs web resmi Metamask.</w:t>
      </w:r>
    </w:p>
    <w:p>
      <w:r>
        <w:t>Metamask palsu, jadi pastikan untuk mengunduhnya dari URL yang benar (tautan URL di atas aman)</w:t>
      </w:r>
    </w:p>
    <w:p>
      <w:r>
        <w:t>① Klik "Unduh" di kiri bawah layar</w:t>
      </w:r>
    </w:p>
    <w:p>
      <w:r>
        <w:t>② Klik "Dapatkan"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Klik "Tambahkan Ekstensi"</w:t>
      </w:r>
    </w:p>
    <w:p>
      <w:r>
        <w:t>④ Centang Ketentuan Penggunaan dan centang kotak centang.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Periksa isinya dan klik "Saya setuju"</w:t>
      </w:r>
    </w:p>
    <w:p>
      <w:r>
        <w:t>⑥ Masukkan kata sandi dan klik "Buat dompet baru"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Klik "memastikan keamanan dompet"</w:t>
      </w:r>
    </w:p>
    <w:p>
      <w:r>
        <w:t>⑧ Klik "Publikasikan Frasa Pemulihan Rahasia"</w:t>
      </w:r>
    </w:p>
    <w:p>
      <w:r>
        <w:t>※penting</w:t>
      </w:r>
    </w:p>
    <w:p>
      <w:r>
        <w:t>Anda tidak boleh memberi tahu siapa pun tentang frasa pemulihan rahasia.</w:t>
      </w:r>
    </w:p>
    <w:p>
      <w:r>
        <w:t>Catat kata -kata yang ditampilkan secara berurutan dan simpan di tempat yang aman.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Masukkan frasa pemulihan rahasia</w:t>
      </w:r>
    </w:p>
    <w:p>
      <w:r>
        <w:t>⑩ Penciptaan dompet selesai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Tindakan pencegahan saat membuat metamask</w:t>
      </w:r>
    </w:p>
    <w:p>
      <w:r>
        <w:t>Dengan menggunakan metamus, Anda dapat dengan mudah mengelola dan memperdagangkan aset digital. Namun, sambil menikmati kenyamanannya, ada beberapa poin yang perlu diperhatikan.</w:t>
      </w:r>
    </w:p>
    <w:p>
      <w:r>
        <w:t>Penyimpanan frasa pemulihan rahasia</w:t>
      </w:r>
    </w:p>
    <w:p>
      <w:r>
        <w:t>Seperti yang saya sebutkan berkali -kali dalam penjelasan sejauh ini, sangat penting untuk menyimpan frasa pemulihan rahasia.</w:t>
      </w:r>
    </w:p>
    <w:p>
      <w:r>
        <w:t>Kehilangan ini akan menyebabkan Anda tidak dapat mengakses dompet dan kehilangan aset Anda.</w:t>
      </w:r>
    </w:p>
    <w:p>
      <w:r>
        <w:t>Juga, ada risiko akses tidak sah dengan diketahui orang lain, jadi pastikan untuk mencoba untuk tidak membocorkannya kepada orang lain. (Skusho adalah NG)</w:t>
      </w:r>
    </w:p>
    <w:p>
      <w:r>
        <w:t>Penggunaan situs web dan aplikasi resmi</w:t>
      </w:r>
    </w:p>
    <w:p>
      <w:r>
        <w:t>Ada banyak situs dan aplikasi palsu di internet.</w:t>
      </w:r>
    </w:p>
    <w:p>
      <w:r>
        <w:t>Saat mengunduh dan menginstal Meta Mask, pastikan untuk menggunakan situs resmi atau toko aplikasi.</w:t>
      </w:r>
    </w:p>
    <w:p>
      <w:r>
        <w:t>ringkasan</w:t>
      </w:r>
    </w:p>
    <w:p>
      <w:r>
        <w:t>Berikut adalah ringkasan konten ini.</w:t>
      </w:r>
    </w:p>
    <w:p>
      <w:r>
        <w:t>Definisi dompet</w:t>
      </w:r>
    </w:p>
    <w:p>
      <w:r>
        <w:t>Dompet ini adalah "dompet digital" untuk melestarikan dan mengelola mata uang virtual.</w:t>
      </w:r>
    </w:p>
    <w:p>
      <w:r>
        <w:t>Metamask</w:t>
      </w:r>
    </w:p>
    <w:p>
      <w:r>
        <w:t>Metamask seperti dompet digital dan merupakan alat untuk menyimpan dan menggunakan aset digital dengan aman. Ini didukung oleh banyak pengguna.</w:t>
      </w:r>
    </w:p>
    <w:p>
      <w:r>
        <w:t>Prosedur Pembuatan</w:t>
      </w:r>
    </w:p>
    <w:p>
      <w:r>
        <w:t>Prosedur untuk membuat masker meta pada PC dan smartphone dijelaskan secara rinci. Prosedur ini termasuk pengunduhan, instalasi, dan pengaturan frase pemulihan rahasia.</w:t>
      </w:r>
    </w:p>
    <w:p>
      <w:r>
        <w:t>poin penting</w:t>
      </w:r>
    </w:p>
    <w:p>
      <w:r>
        <w:t>Ada tindakan pencegahan saat menggunakan metamasks, seperti pentingnya menyimpan frasa pemulihan rahasia dan pentingnya menggunakan situs web dan aplikasi resmi.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