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Wie man Metamaske macht</w:t>
      </w:r>
    </w:p>
    <w:p>
      <w:r>
        <w:t>In diesem Artikel werden wir "Verfahren zum Erstellen von Meta -Masken" vorstellen.</w:t>
      </w:r>
    </w:p>
    <w:p>
      <w:r>
        <w:t>Sie können problemlos eine Metamaske erstellen, indem Sie den Artikel lesen.</w:t>
      </w:r>
    </w:p>
    <w:p>
      <w:r>
        <w:t>Sie können diesen Artikel in 5 Minuten lesen!</w:t>
      </w:r>
    </w:p>
    <w:p>
      <w:r>
        <w:t>Was ist eine Metamaske?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ist ein Bild wie eine "digitale Brieftasche". Mit dieser Brieftasche können Sie digitale Geld und spezielle Artikel sicher speichern und verwenden.</w:t>
      </w:r>
    </w:p>
    <w:p>
      <w:r>
        <w:t>Es wird von vielen Benutzern unterstützt und kann sicher und effizient als Zugangspunkt für digitale Assets verwendet werden.</w:t>
      </w:r>
    </w:p>
    <w:p>
      <w:r>
        <w:t>[Smartphone] Metamaske -Erstellungsverfahren</w:t>
      </w:r>
    </w:p>
    <w:p>
      <w:r>
        <w:t>① Laden Sie die "Metamask" -App herunter</w:t>
      </w:r>
    </w:p>
    <w:p>
      <w:r>
        <w:t>② Tippen Sie auf "Start"</w:t>
      </w:r>
    </w:p>
    <w:p>
      <w:r>
        <w:t>③ Tippen Sie auf "Erstellen Sie eine neue Brieftasche"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Überprüfen Sie den Inhalt und tippen Sie auf "Ich stimme zu".</w:t>
      </w:r>
    </w:p>
    <w:p>
      <w:r>
        <w:t>⑤ Überprüfen Sie die Bedingungen und tippen Sie auf "Vereinbarung"</w:t>
      </w:r>
    </w:p>
    <w:p>
      <w:r>
        <w:t>⑥ Geben Sie das Passwort ein und tippen Sie auf "Kennwort erstellen".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Tippen Sie auf "Start"</w:t>
      </w:r>
    </w:p>
    <w:p>
      <w:r>
        <w:t>⑧ Tippen Sie auf "Start"</w:t>
      </w:r>
    </w:p>
    <w:p>
      <w:r>
        <w:t>⑨ Geben Sie das Passwort ein und tippen Sie auf "Bestätigen".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Tippen Sie auf "Anzeige", um einen geheimen Wiederherstellungsphrase anzuzeigen</w:t>
      </w:r>
    </w:p>
    <w:p>
      <w:r>
        <w:t>※wichtig</w:t>
      </w:r>
    </w:p>
    <w:p>
      <w:r>
        <w:t>Sie dürfen niemals jemandem von der geheimen Recovery -Phrase erzählen.</w:t>
      </w:r>
    </w:p>
    <w:p>
      <w:r>
        <w:t>Notieren Sie sich die angezeigten Wörter in Ordnung und halten Sie sie an einem sicheren Ort.</w:t>
      </w:r>
    </w:p>
    <w:p>
      <w:r>
        <w:t>⑪ Wählen Sie eine geheime Wiederherstellungsausstellung in der Reihenfolge aus ⑫ Fertige Brieftaschenerstellung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Metamaske -Erstellungsverfahren</w:t>
      </w:r>
    </w:p>
    <w:p>
      <w:r>
        <w:t>Gehen wir zunächst auf die offizielle Website von Metamask.</w:t>
      </w:r>
    </w:p>
    <w:p>
      <w:r>
        <w:t>Metamask ist falsch. Laden Sie sie also unbedingt von der richtigen URL herunter (der obige URL -Link ist sicher)</w:t>
      </w:r>
    </w:p>
    <w:p>
      <w:r>
        <w:t>① Klicken Sie unten links auf dem Bildschirm auf "Download"</w:t>
      </w:r>
    </w:p>
    <w:p>
      <w:r>
        <w:t>② Klicken Sie auf "Get"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Klicken Sie auf "Erweiterungen hinzufügen"</w:t>
      </w:r>
    </w:p>
    <w:p>
      <w:r>
        <w:t>④ Überprüfen Sie die Nutzungsbedingungen und überprüfen Sie das Kontrollkästchen.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Überprüfen Sie den Inhalt und klicken Sie auf "Ich stimme zu"</w:t>
      </w:r>
    </w:p>
    <w:p>
      <w:r>
        <w:t>⑥ Geben Sie das Passwort ein und klicken Sie auf "Erstellen einer neuen Brieftasche"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Klicken Sie auf "Gewährleistung der Sicherheit der Brieftasche"</w:t>
      </w:r>
    </w:p>
    <w:p>
      <w:r>
        <w:t>⑧ Klicken Sie auf "Veröffentlichung der Secret Recovery -Phrase"</w:t>
      </w:r>
    </w:p>
    <w:p>
      <w:r>
        <w:t>※wichtig</w:t>
      </w:r>
    </w:p>
    <w:p>
      <w:r>
        <w:t>Sie dürfen niemals jemandem von der geheimen Recovery -Phrase erzählen.</w:t>
      </w:r>
    </w:p>
    <w:p>
      <w:r>
        <w:t>Notieren Sie sich die angezeigten Wörter in Ordnung und halten Sie sie an einem sicheren Ort.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Geben Sie einen geheimen Wiederherstellungsausdruck ein</w:t>
      </w:r>
    </w:p>
    <w:p>
      <w:r>
        <w:t>⑩ Die Schöpfung der Brieftasche ist abgeschlossen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Vorsichtsmaßnahmen beim Erstellen einer Metamaske</w:t>
      </w:r>
    </w:p>
    <w:p>
      <w:r>
        <w:t>Durch die Verwendung eines Metamus können Sie digitale Vermögenswerte problemlos verwalten und handeln. Während Sie jedoch die Bequemlichkeit genießen, müssen Sie jedoch einige Punkte beachten.</w:t>
      </w:r>
    </w:p>
    <w:p>
      <w:r>
        <w:t>Speicherung des Geheimwiederherstellungsausfalls</w:t>
      </w:r>
    </w:p>
    <w:p>
      <w:r>
        <w:t>Wie ich in den bisherigen Erklärungen oft erwähnt habe, ist es sehr wichtig, geheime Wiederherstellungsphrasen zu speichern.</w:t>
      </w:r>
    </w:p>
    <w:p>
      <w:r>
        <w:t>Wenn Sie dies verlieren, können Sie nicht auf die Brieftasche zugreifen und Ihr Vermögen verlieren.</w:t>
      </w:r>
    </w:p>
    <w:p>
      <w:r>
        <w:t>Außerdem besteht das Risiko eines nicht autorisierten Zugangs, indem Sie anderen bekannt sind. Versuchen Sie daher unbedingt, ihn nicht an andere zu leiten. (Skusho ist NG).</w:t>
      </w:r>
    </w:p>
    <w:p>
      <w:r>
        <w:t>Nutzung der offiziellen Website und App</w:t>
      </w:r>
    </w:p>
    <w:p>
      <w:r>
        <w:t>Es gibt viele gefälschte Websites und Apps im Internet.</w:t>
      </w:r>
    </w:p>
    <w:p>
      <w:r>
        <w:t>Verwenden Sie beim Herunterladen und Installieren einer Meta -Maske unbedingt die offizielle Website oder den App Store.</w:t>
      </w:r>
    </w:p>
    <w:p>
      <w:r>
        <w:t>Zusammenfassung</w:t>
      </w:r>
    </w:p>
    <w:p>
      <w:r>
        <w:t>Hier ist eine Zusammenfassung dieses Inhalts.</w:t>
      </w:r>
    </w:p>
    <w:p>
      <w:r>
        <w:t>Definition von Brieftasche</w:t>
      </w:r>
    </w:p>
    <w:p>
      <w:r>
        <w:t>Die Brieftasche ist eine "digitale Brieftasche" zur Erhaltung und Verwaltung der virtuellen Währung.</w:t>
      </w:r>
    </w:p>
    <w:p>
      <w:r>
        <w:t>Metamaske</w:t>
      </w:r>
    </w:p>
    <w:p>
      <w:r>
        <w:t>Metamask ist wie eine digitale Brieftasche und ein Tool zum sicheren Speichern und sicheren Nutzung digitaler Vermögenswerte. Es wird von vielen Benutzern unterstützt.</w:t>
      </w:r>
    </w:p>
    <w:p>
      <w:r>
        <w:t>Erstellungsverfahren</w:t>
      </w:r>
    </w:p>
    <w:p>
      <w:r>
        <w:t>Das Verfahren zum Erstellen von Meta -Masken sowohl auf PC als auch auf Smartphone wird ausführlich beschrieben. Das Verfahren umfasst Einstellungen zum Herunterladen, Installation und geheimen Wiederherstellungswiederherstellung.</w:t>
      </w:r>
    </w:p>
    <w:p>
      <w:r>
        <w:t>wichtiger Punkt</w:t>
      </w:r>
    </w:p>
    <w:p>
      <w:r>
        <w:t>Es gibt Vorsichtsmaßnahmen bei der Verwendung von Metamasks, wie z.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