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Comment faire Metamask</w:t>
      </w:r>
    </w:p>
    <w:p>
      <w:r>
        <w:t>Dans cet article, nous présenterons "la procédure de création de masques de méta".</w:t>
      </w:r>
    </w:p>
    <w:p>
      <w:r>
        <w:t>Vous pouvez facilement créer un métamask en lisant l'article.</w:t>
      </w:r>
    </w:p>
    <w:p>
      <w:r>
        <w:t>Vous pouvez lire cet article en 5 minutes!</w:t>
      </w:r>
    </w:p>
    <w:p>
      <w:r>
        <w:t>Qu'est-ce qu'un métamask?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Metamask est une image comme un "portefeuille numérique". Avec ce portefeuille, vous pouvez stocker et utiliser de l'argent numérique et des articles spéciaux.</w:t>
      </w:r>
    </w:p>
    <w:p>
      <w:r>
        <w:t>Il est pris en charge par de nombreux utilisateurs et peut être utilisé en toute sécurité et efficacement comme point d'accès pour les actifs numériques.</w:t>
      </w:r>
    </w:p>
    <w:p>
      <w:r>
        <w:t>[Smartphone] Procédure de création de métamask</w:t>
      </w:r>
    </w:p>
    <w:p>
      <w:r>
        <w:t>① Téléchargez l'application "Metamask"</w:t>
      </w:r>
    </w:p>
    <w:p>
      <w:r>
        <w:t>② Appuyez sur "Démarrer"</w:t>
      </w:r>
    </w:p>
    <w:p>
      <w:r>
        <w:t>③ Appuyez sur "Créer un nouveau portefeuille"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Vérifiez le contenu et appuyez sur "Je suis d'accord"</w:t>
      </w:r>
    </w:p>
    <w:p>
      <w:r>
        <w:t>⑤ Vérifiez les conditions et appuyez sur "Convention"</w:t>
      </w:r>
    </w:p>
    <w:p>
      <w:r>
        <w:t>⑥ Entrez le mot de passe et appuyez sur «Créer un mot de passe»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Appuyez sur "Démarrer"</w:t>
      </w:r>
    </w:p>
    <w:p>
      <w:r>
        <w:t>⑧ Appuyez sur "Démarrer"</w:t>
      </w:r>
    </w:p>
    <w:p>
      <w:r>
        <w:t>⑨ Entrez le mot de passe et appuyez sur "Confirmer"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Appuyez sur "Afficher" pour afficher une phrase de récupération secrète</w:t>
      </w:r>
    </w:p>
    <w:p>
      <w:r>
        <w:t>※important</w:t>
      </w:r>
    </w:p>
    <w:p>
      <w:r>
        <w:t>Vous ne devez jamais parler à personne de la phrase de récupération secrète.</w:t>
      </w:r>
    </w:p>
    <w:p>
      <w:r>
        <w:t>Notez les mots affichés dans l'ordre et gardez-les dans un endroit sûr.</w:t>
      </w:r>
    </w:p>
    <w:p>
      <w:r>
        <w:t>⑪ Sélectionnez une phrase de récupération secrète dans l'ordre ⑫ Création de portefeuille terminée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Procédure de création de métamask</w:t>
      </w:r>
    </w:p>
    <w:p>
      <w:r>
        <w:t>Tout d'abord, allons sur le site officiel de Metamask.</w:t>
      </w:r>
    </w:p>
    <w:p>
      <w:r>
        <w:t>Metamask est faux, alors assurez-vous de le télécharger à partir de l'URL correcte (le lien d'URL ci-dessus est sûr)</w:t>
      </w:r>
    </w:p>
    <w:p>
      <w:r>
        <w:t>① Cliquez sur "Télécharger" en bas à gauche de l'écran</w:t>
      </w:r>
    </w:p>
    <w:p>
      <w:r>
        <w:t>② Cliquez sur "Get"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Cliquez sur "Ajouter des extensions"</w:t>
      </w:r>
    </w:p>
    <w:p>
      <w:r>
        <w:t>④ Vérifiez les conditions d'utilisation et cochez la case.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Vérifiez le contenu et cliquez sur "Je suis d'accord"</w:t>
      </w:r>
    </w:p>
    <w:p>
      <w:r>
        <w:t>⑥ Entrez le mot de passe et cliquez sur "Créer un nouveau portefeuille"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Cliquez sur "Assurer la sécurité du portefeuille"</w:t>
      </w:r>
    </w:p>
    <w:p>
      <w:r>
        <w:t>⑧ Cliquez sur "Publier une phrase de récupération secrète"</w:t>
      </w:r>
    </w:p>
    <w:p>
      <w:r>
        <w:t>※important</w:t>
      </w:r>
    </w:p>
    <w:p>
      <w:r>
        <w:t>Vous ne devez jamais parler à personne de la phrase de récupération secrète.</w:t>
      </w:r>
    </w:p>
    <w:p>
      <w:r>
        <w:t>Notez les mots affichés dans l'ordre et gardez-les dans un endroit sûr.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Entrez une phrase de récupération secrète</w:t>
      </w:r>
    </w:p>
    <w:p>
      <w:r>
        <w:t>⑩ La création du portefeuille est terminée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Précautions lors de la création d'un métamask</w:t>
      </w:r>
    </w:p>
    <w:p>
      <w:r>
        <w:t>En utilisant un métamus, vous pouvez facilement gérer et échanger des actifs numériques.</w:t>
      </w:r>
    </w:p>
    <w:p>
      <w:r>
        <w:t>Stockage de la phrase de récupération secrète</w:t>
      </w:r>
    </w:p>
    <w:p>
      <w:r>
        <w:t>Comme je l'ai mentionné à plusieurs reprises dans les explications jusqu'à présent, il est très important de stocker des phrases de récupération secrètes.</w:t>
      </w:r>
    </w:p>
    <w:p>
      <w:r>
        <w:t>La perte de cela vous fera ne pas être en mesure d'accéder au portefeuille et de perdre vos actifs.</w:t>
      </w:r>
    </w:p>
    <w:p>
      <w:r>
        <w:t>De plus, il existe un risque d'accès non autorisé en étant connu aux autres, alors assurez-vous de ne pas le divulguer à d'autres. (Shusho est ng)</w:t>
      </w:r>
    </w:p>
    <w:p>
      <w:r>
        <w:t>Utilisation du site Web et de l'application officiels</w:t>
      </w:r>
    </w:p>
    <w:p>
      <w:r>
        <w:t>Il existe de nombreux faux sites et applications sur Internet.</w:t>
      </w:r>
    </w:p>
    <w:p>
      <w:r>
        <w:t>Lors du téléchargement et de l'installation d'un masque Meta, assurez-vous d'utiliser le site officiel ou l'App Store.</w:t>
      </w:r>
    </w:p>
    <w:p>
      <w:r>
        <w:t>résumé</w:t>
      </w:r>
    </w:p>
    <w:p>
      <w:r>
        <w:t>Voici un résumé de ce contenu.</w:t>
      </w:r>
    </w:p>
    <w:p>
      <w:r>
        <w:t>Définition du portefeuille</w:t>
      </w:r>
    </w:p>
    <w:p>
      <w:r>
        <w:t>Le portefeuille est un "portefeuille numérique" pour la préservation et la gestion de la monnaie virtuelle.</w:t>
      </w:r>
    </w:p>
    <w:p>
      <w:r>
        <w:t>Métamasque</w:t>
      </w:r>
    </w:p>
    <w:p>
      <w:r>
        <w:t>Metamask est comme un portefeuille numérique et est un outil pour stocker et utiliser des actifs numériques en toute sécurité. Il est pris en charge par de nombreux utilisateurs.</w:t>
      </w:r>
    </w:p>
    <w:p>
      <w:r>
        <w:t>Procédure de création</w:t>
      </w:r>
    </w:p>
    <w:p>
      <w:r>
        <w:t>La procédure de création de masques Meta sur PC et pour smartphone est décrite en détail. La procédure comprend les paramètres de téléchargement, d'installation et de phrase de récupération secrète.</w:t>
      </w:r>
    </w:p>
    <w:p>
      <w:r>
        <w:t>point important</w:t>
      </w:r>
    </w:p>
    <w:p>
      <w:r>
        <w:t>Il existe des précautions lors de l'utilisation de métamasques, comme l'importance de stocker des phrases de récupération secrètes et l'importance d'utiliser le site Web officiel et l'application.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