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Paano gumawa ng metamask</w:t>
      </w:r>
    </w:p>
    <w:p>
      <w:r>
        <w:t>Sa artikulong ito, ipakikilala namin ang "Pamamaraan para sa Paglikha ng Meta Mask".</w:t>
      </w:r>
    </w:p>
    <w:p>
      <w:r>
        <w:t>Madali kang lumikha ng isang metamask sa pamamagitan ng pagbabasa ng artikulo.</w:t>
      </w:r>
    </w:p>
    <w:p>
      <w:r>
        <w:t>Maaari mong basahin ang artikulong ito sa 5 minuto!</w:t>
      </w:r>
    </w:p>
    <w:p>
      <w:r>
        <w:t>Ano ang isang metamask?</w:t>
      </w:r>
    </w:p>
    <w:p>
      <w:r>
        <w:drawing>
          <wp:inline xmlns:a="http://schemas.openxmlformats.org/drawingml/2006/main" xmlns:pic="http://schemas.openxmlformats.org/drawingml/2006/picture">
            <wp:extent cx="3657600" cy="104349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434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Ang Metamask ay isang imahe tulad ng isang "digital wallet". Sa pamamagitan ng pitaka na ito, maaari mong ligtas na mag -imbak at gumamit ng digital na pera at mga espesyal na item.</w:t>
      </w:r>
    </w:p>
    <w:p>
      <w:r>
        <w:t>Sinusuportahan ito ng maraming mga gumagamit at maaaring magamit nang ligtas at mahusay bilang isang access point para sa mga digital assets.</w:t>
      </w:r>
    </w:p>
    <w:p>
      <w:r>
        <w:t>[Smartphone] Pamamaraan sa Paglikha ng Metamask</w:t>
      </w:r>
    </w:p>
    <w:p>
      <w:r>
        <w:t>① I -download ang "Metamask" app</w:t>
      </w:r>
    </w:p>
    <w:p>
      <w:r>
        <w:t>② Tapikin ang "Start"</w:t>
      </w:r>
    </w:p>
    <w:p>
      <w:r>
        <w:t>③ Tapikin ang "Lumikha ng isang bagong pitaka"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④ Suriin ang mga nilalaman at i -tap ang "Sumasang -ayon ako"</w:t>
      </w:r>
    </w:p>
    <w:p>
      <w:r>
        <w:t>⑤ Suriin ang mga termino at i -tap ang "sumang -ayon"</w:t>
      </w:r>
    </w:p>
    <w:p>
      <w:r>
        <w:t>⑥ Ipasok ang password at i -tap ang "Lumikha ng Password"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⑦ Tapikin ang "Start"</w:t>
      </w:r>
    </w:p>
    <w:p>
      <w:r>
        <w:t>⑧ Tapikin ang "Start"</w:t>
      </w:r>
    </w:p>
    <w:p>
      <w:r>
        <w:t>⑨ Ipasok ang password at i -tap ang "Kumpirmahin"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⑩ Tapikin ang "Display" upang ipakita ang isang lihim na parirala sa pagbawi</w:t>
      </w:r>
    </w:p>
    <w:p>
      <w:r>
        <w:t>※ mahalaga</w:t>
      </w:r>
    </w:p>
    <w:p>
      <w:r>
        <w:t>Hindi mo dapat sabihin sa kanino ang tungkol sa lihim na parirala sa pagbawi.</w:t>
      </w:r>
    </w:p>
    <w:p>
      <w:r>
        <w:t>Gumawa ng isang tala ng ipinapakita na mga salita nang maayos at panatilihin ang mga ito sa isang ligtas na lugar.</w:t>
      </w:r>
    </w:p>
    <w:p>
      <w:r>
        <w:t>⑪ Pumili ng isang lihim na parirala sa pagbawi sa pagkakasunud -sunod ⑫ nakumpleto ang paglikha ng pitaka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[PC] Pamamaraan sa Paglikha ng Metamask</w:t>
      </w:r>
    </w:p>
    <w:p>
      <w:r>
        <w:t>Una, pumunta tayo sa opisyal na website ng Metamask.</w:t>
      </w:r>
    </w:p>
    <w:p>
      <w:r>
        <w:t>Ang Metamask ay pekeng, kaya siguraduhing i -download ito mula sa tamang URL (ligtas ang link sa itaas na URL)</w:t>
      </w:r>
    </w:p>
    <w:p>
      <w:r>
        <w:t>① I -click ang "I -download" sa kaliwang kaliwa ng screen</w:t>
      </w:r>
    </w:p>
    <w:p>
      <w:r>
        <w:t>② I -click ang "Kumuha"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③ I -click ang "Magdagdag ng mga extension"</w:t>
      </w:r>
    </w:p>
    <w:p>
      <w:r>
        <w:t>④ Suriin ang Mga Tuntunin ng Paggamit at suriin ang kahon ng tseke.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⑤ Suriin ang mga nilalaman at i -click ang "Sumasang -ayon ako"</w:t>
      </w:r>
    </w:p>
    <w:p>
      <w:r>
        <w:t>⑥ Ipasok ang password at i -click ang "Lumikha ng isang Bagong Wallet"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I -click ang "Tiyakin ang Kaligtasan ng Palumpong"</w:t>
      </w:r>
    </w:p>
    <w:p>
      <w:r>
        <w:t>⑧ I -click ang "I -publish ang Lihim na Parirala ng Pagbawi"</w:t>
      </w:r>
    </w:p>
    <w:p>
      <w:r>
        <w:t>※ mahalaga</w:t>
      </w:r>
    </w:p>
    <w:p>
      <w:r>
        <w:t>Hindi mo dapat sabihin sa kanino ang tungkol sa lihim na parirala sa pagbawi.</w:t>
      </w:r>
    </w:p>
    <w:p>
      <w:r>
        <w:t>Gumawa ng isang tala ng ipinapakita na mga salita nang maayos at panatilihin ang mga ito sa isang ligtas na lugar.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⑨ Magpasok ng isang lihim na parirala sa pagbawi</w:t>
      </w:r>
    </w:p>
    <w:p>
      <w:r>
        <w:t>⑩ Nakumpleto ang paglikha ng Wallet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Pag -iingat kapag lumilikha ng isang metamask</w:t>
      </w:r>
    </w:p>
    <w:p>
      <w:r>
        <w:t>Sa pamamagitan ng paggamit ng isang metamus, madali mong pamahalaan at ipagpalit ang mga digital na assets.Paano, habang tinatamasa ang kaginhawaan nito, may ilang mga puntos na dapat tandaan.</w:t>
      </w:r>
    </w:p>
    <w:p>
      <w:r>
        <w:t>Pag -iimbak ng lihim na parirala sa pagbawi</w:t>
      </w:r>
    </w:p>
    <w:p>
      <w:r>
        <w:t>Tulad ng nabanggit ko ng maraming beses sa mga paliwanag hanggang ngayon, napakahalaga na mag -imbak ng mga lihim na parirala sa pagbawi.</w:t>
      </w:r>
    </w:p>
    <w:p>
      <w:r>
        <w:t>Ang pagkawala nito ay magiging sanhi sa iyo na hindi ma -access ang pitaka at mawala ang iyong mga pag -aari.</w:t>
      </w:r>
    </w:p>
    <w:p>
      <w:r>
        <w:t>Gayundin, may panganib ng hindi awtorisadong pag -access sa pamamagitan ng pagkilala sa iba, kaya siguraduhing subukang huwag tumagas ito sa iba. (Ang Skusho ay ng)</w:t>
      </w:r>
    </w:p>
    <w:p>
      <w:r>
        <w:t>Paggamit ng opisyal na website at app</w:t>
      </w:r>
    </w:p>
    <w:p>
      <w:r>
        <w:t>Maraming mga pekeng site at apps sa internet.</w:t>
      </w:r>
    </w:p>
    <w:p>
      <w:r>
        <w:t>Kapag nag -download at mag -install ng isang meta mask, siguraduhing gamitin ang opisyal na site o app store.</w:t>
      </w:r>
    </w:p>
    <w:p>
      <w:r>
        <w:t>Buod</w:t>
      </w:r>
    </w:p>
    <w:p>
      <w:r>
        <w:t>Narito ang isang buod ng nilalamang ito.</w:t>
      </w:r>
    </w:p>
    <w:p>
      <w:r>
        <w:t>Kahulugan ng pitaka</w:t>
      </w:r>
    </w:p>
    <w:p>
      <w:r>
        <w:t>Ang pitaka ay isang "digital wallet" para sa pagpapanatili at pamamahala ng virtual na pera.</w:t>
      </w:r>
    </w:p>
    <w:p>
      <w:r>
        <w:t>Metamask</w:t>
      </w:r>
    </w:p>
    <w:p>
      <w:r>
        <w:t>Ang Metamask ay tulad ng isang digital na pitaka at isang tool para sa pag -iimbak at paggamit ng mga digital na assets nang ligtas. Sinusuportahan ito ng maraming mga gumagamit.</w:t>
      </w:r>
    </w:p>
    <w:p>
      <w:r>
        <w:t>Pamamaraan sa paglikha</w:t>
      </w:r>
    </w:p>
    <w:p>
      <w:r>
        <w:t>Ang pamamaraan para sa paglikha ng mga mask ng meta sa parehong PC at smartphone ay inilarawan nang detalyado.Ang pamamaraan ay may kasamang pag -download, pag -install, at mga setting ng parirala ng lihim na pagbawi.</w:t>
      </w:r>
    </w:p>
    <w:p>
      <w:r>
        <w:t>mahalagang punto</w:t>
      </w:r>
    </w:p>
    <w:p>
      <w:r>
        <w:t>May mga pag -iingat kapag gumagamit ng metamasks, tulad ng kahalagahan ng pag -iimbak ng mga lihim na parirala sa pagbawi at ang kahalagahan ng paggamit ng opisyal na website at aplikasyon.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