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獲得獎品！如何享受和捕捉隆隆聲！</w:t>
      </w:r>
    </w:p>
    <w:p>
      <w:r>
        <w:t>您好SP Family的大家☆</w:t>
      </w:r>
    </w:p>
    <w:p>
      <w:r>
        <w:t>在參加智能口袋不和諧社區之後，您經常會看到每週的“隆隆聲”活動。本文介紹瞭如何播放，進度和隆隆聲的興奮。</w:t>
      </w:r>
    </w:p>
    <w:p>
      <w:r>
        <w:t>在開始</w:t>
      </w:r>
    </w:p>
    <w:p>
      <w:r>
        <w:t>參加不和諧社區可以使您與其他成員進行互動並獲得最新信息，這使得更容易理解社區的思想和願景。</w:t>
      </w:r>
    </w:p>
    <w:p>
      <w:r>
        <w:t>在Smart Pocket社區中，經常進行各種活動。一款特別受歡迎的Rumble Mini遊戲是一個互動遊戲，參與者參加遊戲。</w:t>
      </w:r>
    </w:p>
    <w:p>
      <w:r>
        <w:t>隆隆的迷你游戲將由系統自動提出，並在每場比賽之後確定獲勝者。獲勝者將贏得獎品，並且遊戲的樂趣將增加。這將增強活潑的社區並促進成員的積極參與。</w:t>
      </w:r>
    </w:p>
    <w:p>
      <w:r>
        <w:t>隆隆聲概述</w:t>
      </w:r>
    </w:p>
    <w:p>
      <w:r>
        <w:t>1.時間和實施地點</w:t>
      </w:r>
    </w:p>
    <w:p>
      <w:r>
        <w:t>時間：每個星期六，星期日23：00（日本時間） *但是，活動時間可能會更改，因此請檢查最新公告。</w:t>
      </w:r>
    </w:p>
    <w:p>
      <w:r>
        <w:t>實現位置：在Smart Pocket服務器中的“隆隆聲”通道上進行。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如果您不知道如何參與Smart Pocket服務器，請參見以下文章。</w:t>
      </w:r>
    </w:p>
    <w:p>
      <w:r>
        <w:t>https://note.com/japandaosolution/n/na503f2c4d60a</w:t>
      </w:r>
    </w:p>
    <w:p>
      <w:r>
        <w:t>2.日曆的事件管理</w:t>
      </w:r>
    </w:p>
    <w:p>
      <w:r>
        <w:t>您可以使用服務器中的日曆函數檢查事件的日期和時間，也可以根據時間表進行設置。</w:t>
      </w:r>
    </w:p>
    <w:p>
      <w:r>
        <w:t>請參閱以下文章以獲取日曆的搜索和設置方法。</w:t>
      </w:r>
    </w:p>
    <w:p>
      <w:r>
        <w:t>https://note.com/japandaosolution/n/n85b46f0e70f2</w:t>
      </w:r>
    </w:p>
    <w:p>
      <w:r>
        <w:t>3.隆隆事件</w:t>
      </w:r>
    </w:p>
    <w:p>
      <w:r>
        <w:t>Rumble有四場比賽，每場比賽都有一個贏家（該比賽將由系統自動進行）。</w:t>
      </w:r>
    </w:p>
    <w:p>
      <w:r>
        <w:t>4.隆隆的參與方法</w:t>
      </w:r>
    </w:p>
    <w:p>
      <w:r>
        <w:t>按“ Rumble Royale”下方按“⚔️EMOJI”，以完成比賽的資格。如果頁面在比賽開始前流動，則可以按“ Jump！”。或“＃⚔️Rumble”返回。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隆隆的比賽</w:t>
      </w:r>
    </w:p>
    <w:p>
      <w:r>
        <w:t>1.比賽開始前</w:t>
      </w:r>
    </w:p>
    <w:p>
      <w:r>
        <w:t>在比賽開始之前，顯示以下信息。</w:t>
      </w:r>
    </w:p>
    <w:p>
      <w:r>
        <w:t>①參與者人數</w:t>
      </w:r>
    </w:p>
    <w:p>
      <w:r>
        <w:t>②年齡（經典）</w:t>
      </w:r>
    </w:p>
    <w:p>
      <w:r>
        <w:t>③獎金</w:t>
      </w:r>
    </w:p>
    <w:p>
      <w:r>
        <w:t>④每個失敗獎金，等等。</w:t>
      </w:r>
    </w:p>
    <w:p>
      <w:r>
        <w:t>當獎金達到目標金額時，您將成為比賽的獲勝者。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2.競爭信息</w:t>
      </w:r>
    </w:p>
    <w:p>
      <w:r>
        <w:t>每個回合的匹配信息都用英語解釋，但是您可以在不了解英語的情況下使用圖標識別它。圖標的內容如下。</w:t>
      </w:r>
    </w:p>
    <w:p>
      <w:r>
        <w:t>①擊敗對手（失敗顯示在取消線上），或發現並創建武器</w:t>
      </w:r>
    </w:p>
    <w:p>
      <w:r>
        <w:t>②面對強烈的情況</w:t>
      </w:r>
    </w:p>
    <w:p>
      <w:r>
        <w:t>③發現殼</w:t>
      </w:r>
    </w:p>
    <w:p>
      <w:r>
        <w:t>④表示死亡（顯示在取消線上）</w:t>
      </w:r>
    </w:p>
    <w:p>
      <w:r>
        <w:t>⑤復活</w:t>
      </w:r>
    </w:p>
    <w:p>
      <w:r>
        <w:t>*剩餘的玩家（左玩家）顯示在底部。</w:t>
      </w:r>
    </w:p>
    <w:p>
      <w:r>
        <w:t>檢查比賽信息，看看您是否倖存。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3.回合的事件</w:t>
      </w:r>
    </w:p>
    <w:p>
      <w:r>
        <w:t>根據巡迴賽的不同，可能會發生災難（地震，有毒氣體，核爆炸，外星人綁架，風暴等），可能會死亡。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在某些巡迴演出中，發生了好的事件，例如復活和砲彈狩獵。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4.比賽回合結束後</w:t>
      </w:r>
    </w:p>
    <w:p>
      <w:r>
        <w:t>該系統將宣布比賽的獲勝者。確保您是幸運的獲勝者。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關於獲勝者獎</w:t>
      </w:r>
    </w:p>
    <w:p>
      <w:r>
        <w:t>將為獲勝者的產品提供以下獎品。</w:t>
      </w:r>
    </w:p>
    <w:p>
      <w:r>
        <w:t>*您需要提交一個錢包地址，因此請在下一部分中檢查筆記！</w:t>
      </w:r>
    </w:p>
    <w:p>
      <w:r>
        <w:t>・ 500SP點（2個人）</w:t>
      </w:r>
    </w:p>
    <w:p>
      <w:r>
        <w:t>・10USDT（2）</w:t>
      </w:r>
    </w:p>
    <w:p>
      <w:r>
        <w:t>活動結束時，將宣布所有獲獎者的清單。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*假期可能會增加特殊獎品。</w:t>
      </w:r>
    </w:p>
    <w:p>
      <w:r>
        <w:t>筆記</w:t>
      </w:r>
    </w:p>
    <w:p>
      <w:r>
        <w:t>1.獲獎者必須在一周內向支持者提交錢包地址。</w:t>
      </w:r>
    </w:p>
    <w:p>
      <w:r>
        <w:t>2. SP點獲勝者必須使用提交的錢包地址登錄到智能口袋。</w:t>
      </w:r>
    </w:p>
    <w:p>
      <w:r>
        <w:t>3.10 USDT獲獎者需要根據USDT代幣標準提交錢包地址。</w:t>
      </w:r>
    </w:p>
    <w:p>
      <w:r>
        <w:t>4.收集了所有獲獎者的錢包地址後，一次獎勵全部發送。</w:t>
      </w:r>
    </w:p>
    <w:p>
      <w:r>
        <w:t>社區的氣氛</w:t>
      </w:r>
    </w:p>
    <w:p>
      <w:r>
        <w:t>Rumble不僅是參加比賽的參與，而且是放置評論和郵票的地方。*評論是緩慢的模式，只能發布一次每30秒。</w:t>
      </w:r>
    </w:p>
    <w:p>
      <w:r>
        <w:t>・在比賽之前可能會發出通知。有時重要的信息將共享。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・任何人都可以自由發布評論，並且沒有語言限制。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・當比賽的獲勝者出現時，每個人都會發表慶祝評論。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概括</w:t>
      </w:r>
    </w:p>
    <w:p>
      <w:r>
        <w:t>智能口袋社區每個週末都會舉辦一次隆隆的迷你游戲。比賽。比賽之後，結果和獲勝者將被宣布，您會在評論中與其他人感到興奮。如果您有興趣，請加入並與所有人一起享受！</w:t>
      </w:r>
    </w:p>
    <w:p>
      <w:r>
        <w:t>如果您對智能口袋感興趣，請使用“ Smapke Magazine”的官方X帳戶。</w:t>
      </w:r>
    </w:p>
    <w:p>
      <w:r>
        <w:t>官方X帳戶：https：//twitter.com/smapocket</w:t>
      </w:r>
    </w:p>
    <w:p>
      <w:r>
        <w:t>官方不和諧：https：//discord.com/invite/smartpocket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