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premint手冊〜寶藏正在等待〜</w:t>
      </w:r>
    </w:p>
    <w:p>
      <w:r>
        <w:t>2024年4月，日本DAO宣布了一個非凡的宣布，即CNP（Cryptoninja Partners）將成為官方贊助商！立即，可以通過跳蚤薄荷來獲得寶藏NFT（SBT）的節日計劃，現在被稱為“ Frimin Festival ”！但是，這裡的障礙是“ Premint”。該工具也很難理解，該工具也很難理解。即使您認為這需要時間，也可以閱讀本文並獲得很多機會。我希望您可以將其放入其中。我實際上使用時使用屏幕截圖的圖像，因此請輕鬆理解初學者的方式。</w:t>
      </w:r>
    </w:p>
    <w:p>
      <w:r>
        <w:t>ⅰ。什麼是premint？</w:t>
      </w:r>
    </w:p>
    <w:p>
      <w:r>
        <w:t>・當NFT項目發布新的NFT時，可以平穩促進AL的應用和管理（優先購買）。・ premint將支持NFT項目運營商，並會支持您是否有任何欺詐和公平的彩票。採用了日本和海外的著名項目。最近，它已用於免費的薄荷和空調應用程序。・彩票的參與是免費的，並且可以以簡單的步驟應用。</w:t>
      </w:r>
    </w:p>
    <w:p>
      <w:r>
        <w:t>ii。申請premint之前準備</w:t>
      </w:r>
    </w:p>
    <w:p>
      <w:r>
        <w:t>您需要的premint所需的內容如下。</w:t>
      </w:r>
    </w:p>
    <w:p>
      <w:r>
        <w:t>・錢包（metamask）</w:t>
      </w:r>
    </w:p>
    <w:p>
      <w:r>
        <w:t>・ DISCORD帳戶</w:t>
      </w:r>
    </w:p>
    <w:p>
      <w:r>
        <w:t>・ X（Twitter）帳戶</w:t>
      </w:r>
    </w:p>
    <w:p>
      <w:r>
        <w:t>ⅲ。premint應用程序的流動</w:t>
      </w:r>
    </w:p>
    <w:p>
      <w:r>
        <w:t>步驟1</w:t>
      </w:r>
    </w:p>
    <w:p>
      <w:r>
        <w:t>在Premint中註冊錢包（元面膜）</w:t>
      </w:r>
    </w:p>
    <w:p>
      <w:r>
        <w:t>第2步</w:t>
      </w:r>
    </w:p>
    <w:p>
      <w:r>
        <w:t>使用X（Twitter）帳戶和Premint的Discord帳戶合作</w:t>
      </w:r>
    </w:p>
    <w:p>
      <w:r>
        <w:t>步驟3</w:t>
      </w:r>
    </w:p>
    <w:p>
      <w:r>
        <w:t>申請Premint</w:t>
      </w:r>
    </w:p>
    <w:p>
      <w:r>
        <w:t>ⅳ。讓我們申請premint</w:t>
      </w:r>
    </w:p>
    <w:p>
      <w:r>
        <w:t>1.從PC申請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（1）單擊鏈接以符合X（Twitter）並登錄。</w:t>
      </w:r>
    </w:p>
    <w:p>
      <w:r>
        <w:t>②按“登錄登錄”。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③選擇錢包並輸入密碼。</w:t>
      </w:r>
    </w:p>
    <w:p>
      <w:r>
        <w:t>④簽名並連接錢包。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檢查上層紅色框架的參與條件是否滿足，然後按“單擊要註冊”。</w:t>
      </w:r>
    </w:p>
    <w:p>
      <w:r>
        <w:t>⑥應用程序已完成該應用程序！</w:t>
      </w:r>
    </w:p>
    <w:p>
      <w:r>
        <w:t>您要做的就是等待獲勝公告。</w:t>
      </w:r>
    </w:p>
    <w:p>
      <w:r>
        <w:t>*獲勝的通知設置在底部具有圖像</w:t>
      </w:r>
    </w:p>
    <w:p>
      <w:r>
        <w:t>2.從智能手機申請</w:t>
      </w:r>
    </w:p>
    <w:p>
      <w:r>
        <w:t>*在許多情況下，各種鏈接的直接登錄並不順利在智能手機上，因此我將解釋如何從日本Dao推薦的元蒙版瀏覽器登錄。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・從X（Twitter）等複制目標鏈接，然後打開MetAmask。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・打開元面膜瀏覽器，粘貼複製的鏈接並登錄。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・按“登錄註冊”以選擇一個錢包。輸入密碼，簽名並連接錢包。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・檢查上部紅色框架的參與條件是否已完成，然後按“單擊要註冊”。</w:t>
      </w:r>
    </w:p>
    <w:p>
      <w:r>
        <w:t>・應用程序已完成該應用程序！</w:t>
      </w:r>
    </w:p>
    <w:p>
      <w:r>
        <w:t>您要做的就是等待獲勝公告。</w:t>
      </w:r>
    </w:p>
    <w:p>
      <w:r>
        <w:t>*獲勝的通知設置在底部具有圖像</w:t>
      </w:r>
    </w:p>
    <w:p>
      <w:r>
        <w:t>ⅴ。各種Premint設置</w:t>
      </w:r>
    </w:p>
    <w:p>
      <w:r>
        <w:t>1.與SNS合作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・您可以檢查SNS鏈接狀態並在premint中設置“配置文件”的各種設置</w:t>
      </w:r>
    </w:p>
    <w:p>
      <w:r>
        <w:t>・由於需要作為一項任務，因此有必要與X（Twitter）和Discord合作。</w:t>
      </w:r>
    </w:p>
    <w:p>
      <w:r>
        <w:t>*有必要提前創建一個X（Twitter）和Discord的帳戶</w:t>
      </w:r>
    </w:p>
    <w:p>
      <w:r>
        <w:t>該項目需要將X（Twitter）和Discord帳戶鏈接為Premint應用程序的任務之一。最好預先創建各種帳戶並與Premint鏈接。</w:t>
      </w:r>
    </w:p>
    <w:p>
      <w:r>
        <w:t>2.贏得通知設置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通知功能是一個非常有用的功能。提前設置是一個很好的功能，以便該應用程序正確完成，但是您不知道，或者您將不知道獲勝，並且不會達到薄荷日。</w:t>
      </w:r>
    </w:p>
    <w:p>
      <w:r>
        <w:t>ⅵ。概括</w:t>
      </w:r>
    </w:p>
    <w:p>
      <w:r>
        <w:t>這次，我總結了Premint。一旦您知道該程序並註冊一次，您可以在將來輕鬆申請！Premint是一個重要的窗口，可導致諸如Al，Fleimint和Airdrop等著名項目的前身利潤。 premint並有很大的機會。</w:t>
      </w:r>
    </w:p>
    <w:p>
      <w:r>
        <w:t>如果您對日本DAO感興趣，請跟隨並滑雪“日本DAO雜誌”。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