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theme/theme1.xml" ContentType="application/vnd.openxmlformats-officedocument.theme+xml"/>
  <Override PartName="/word/webSettings.xml" ContentType="application/vnd.openxmlformats-officedocument.wordprocessingml.webSettings+xml"/>
</Types>
</file>

<file path=_rels/.rels><?xml version='1.0' encoding='UTF-8' standalone='yes'?>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>
      <w:r>
        <w:drawing>
          <wp:inline xmlns:a="http://schemas.openxmlformats.org/drawingml/2006/main" xmlns:pic="http://schemas.openxmlformats.org/drawingml/2006/picture">
            <wp:extent cx="3657600" cy="2057400"/>
            <wp:docPr id="1" name="Picture 1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1.png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205740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t>什麼是kagura？</w:t>
      </w:r>
    </w:p>
    <w:p>
      <w:r>
        <w:drawing>
          <wp:inline xmlns:a="http://schemas.openxmlformats.org/drawingml/2006/main" xmlns:pic="http://schemas.openxmlformats.org/drawingml/2006/picture">
            <wp:extent cx="3657600" cy="4360984"/>
            <wp:docPr id="2" name="Picture 2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2.png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4360984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t>您好日本DAO家族☆</w:t>
      </w:r>
    </w:p>
    <w:p>
      <w:r>
        <w:t>在本文中，Kagura誕生後，漫畫“ Kagukomi”從Kagura NFT開發。</w:t>
      </w:r>
    </w:p>
    <w:p>
      <w:r>
        <w:t>我將加深故事和角色。</w:t>
      </w:r>
    </w:p>
    <w:p>
      <w:r>
        <w:t>我們還將閱讀“ Kagura”的當前位置，該位置已演變為各種內容，例如音樂和動畫，以及“ Kagura”的未來，這進一步增強了IP。</w:t>
      </w:r>
    </w:p>
    <w:p>
      <w:r>
        <w:t>請看到最後！</w:t>
      </w:r>
    </w:p>
    <w:p>
      <w:r>
        <w:t>*如果您尚未閱讀“ Kagura是Vol.1 Kagura的誕生”，我們將從下面的鏈接中感謝它。</w:t>
      </w:r>
    </w:p>
    <w:p>
      <w:r>
        <w:t>日本DAO雜誌鏈接“第1卷Kagura的誕生”</w:t>
      </w:r>
    </w:p>
    <w:p>
      <w:r>
        <w:t>https://japandao-solution.com/?p=超鏈接“ https://japandao-solution.com/?p=1068"1068</w:t>
      </w:r>
    </w:p>
    <w:p>
      <w:r>
        <w:t>Kagura官方鏈接</w:t>
      </w:r>
    </w:p>
    <w:p>
      <w:r>
        <w:t>https://japannftmuseum.com/kagura#kagura</w:t>
      </w:r>
    </w:p>
    <w:p>
      <w:r>
        <w:t>官方漫畫</w:t>
      </w:r>
    </w:p>
    <w:p>
      <w:r>
        <w:t>https://japannftmuseum.com/kagura/manga</w:t>
      </w:r>
    </w:p>
    <w:p>
      <w:r>
        <w:t>外海</w:t>
      </w:r>
    </w:p>
    <w:p>
      <w:r>
        <w:t>https://opensea.io/ja/collection/kagura-jp</w:t>
      </w:r>
    </w:p>
    <w:p>
      <w:r>
        <w:t>x（Twitter）@kagurajpn</w:t>
      </w:r>
    </w:p>
    <w:p>
      <w:r>
        <w:t>https://twitter.com/kagurajpn</w:t>
      </w:r>
    </w:p>
    <w:p>
      <w:r>
        <w:t>Kagura故事</w:t>
      </w:r>
    </w:p>
    <w:p>
      <w:r>
        <w:drawing>
          <wp:inline xmlns:a="http://schemas.openxmlformats.org/drawingml/2006/main" xmlns:pic="http://schemas.openxmlformats.org/drawingml/2006/picture">
            <wp:extent cx="3657600" cy="2036437"/>
            <wp:docPr id="3" name="Picture 3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3.pn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2036437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t>在私人Nadeshiko Gakuen高中屬於“學習日本文化”的四名女性成員，以及出於某種原因過著學生生活的“上帝”的狐狸。 ，例如日本孩子！</w:t>
      </w:r>
    </w:p>
    <w:p>
      <w:r>
        <w:t>在俱樂部，我們正在加深學習，同時體驗遠古時代和季節性活動的習俗，例如手工服裝和工具，並參觀了該網站。</w:t>
      </w:r>
    </w:p>
    <w:p>
      <w:r>
        <w:t>他們每天展現的神秘而平靜是日本人忘記和康復的懷舊！</w:t>
      </w:r>
    </w:p>
    <w:p>
      <w:r>
        <w:t>我認為海外的人和孩子肯定會看到新鮮而有趣的！</w:t>
      </w:r>
    </w:p>
    <w:p>
      <w:r>
        <w:drawing>
          <wp:inline xmlns:a="http://schemas.openxmlformats.org/drawingml/2006/main" xmlns:pic="http://schemas.openxmlformats.org/drawingml/2006/picture">
            <wp:extent cx="3657600" cy="4989060"/>
            <wp:docPr id="4" name="Picture 4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4.pn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498906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t>人物</w:t>
      </w:r>
    </w:p>
    <w:p>
      <w:r>
        <w:t>Te Mine Chara C手RS“甜和尖端”，“鄰居Saionji”，“ Saionji鄰居”，“ Shinonome Blue”，Plan D“ D” D'Kuju -no -rise。5次疼痛p？呢</w:t>
      </w:r>
    </w:p>
    <w:p>
      <w:r>
        <w:t>所有角色的外表和個性都是獨特而有吸引力的！</w:t>
      </w:r>
    </w:p>
    <w:p>
      <w:r>
        <w:t>您一定會發現推動</w:t>
      </w:r>
    </w:p>
    <w:p>
      <w:r>
        <w:t>仍然有許多神秘的環境，我真的很期待將來能在漫畫等中揭示！</w:t>
      </w:r>
    </w:p>
    <w:p>
      <w:r>
        <w:t>此外，出現的主要角色名稱是通過用戶參與類型招募的“ Kagura角色名稱招聘計劃”，同時在X（Twitter）上舉行的Kagura（NFT）同時招募了。編輯部。</w:t>
      </w:r>
    </w:p>
    <w:p>
      <w:r>
        <w:t>與角色的特徵和氛圍相匹配只是一件很棒的事情，這個名字已經與個別角色相關，並且可以更享受Kagura。</w:t>
      </w:r>
    </w:p>
    <w:p>
      <w:r>
        <w:t>角色簡介</w:t>
      </w:r>
    </w:p>
    <w:p>
      <w:r>
        <w:t>公共宮殿</w:t>
      </w:r>
    </w:p>
    <w:p>
      <w:r>
        <w:t>字符插圖：摩爾里</w:t>
      </w:r>
    </w:p>
    <w:p>
      <w:r>
        <w:drawing>
          <wp:inline xmlns:a="http://schemas.openxmlformats.org/drawingml/2006/main" xmlns:pic="http://schemas.openxmlformats.org/drawingml/2006/picture">
            <wp:extent cx="3657600" cy="5241654"/>
            <wp:docPr id="5" name="Picture 5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5.pn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5241654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drawing>
          <wp:inline xmlns:a="http://schemas.openxmlformats.org/drawingml/2006/main" xmlns:pic="http://schemas.openxmlformats.org/drawingml/2006/picture">
            <wp:extent cx="3657600" cy="2053950"/>
            <wp:docPr id="6" name="Picture 6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6.pn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205395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t>Saionji附近</w:t>
      </w:r>
    </w:p>
    <w:p>
      <w:r>
        <w:t>角色插圖：Marumiya -San</w:t>
      </w:r>
    </w:p>
    <w:p>
      <w:r>
        <w:drawing>
          <wp:inline xmlns:a="http://schemas.openxmlformats.org/drawingml/2006/main" xmlns:pic="http://schemas.openxmlformats.org/drawingml/2006/picture">
            <wp:extent cx="3657600" cy="5160906"/>
            <wp:docPr id="7" name="Picture 7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7.png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5160906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drawing>
          <wp:inline xmlns:a="http://schemas.openxmlformats.org/drawingml/2006/main" xmlns:pic="http://schemas.openxmlformats.org/drawingml/2006/picture">
            <wp:extent cx="3657600" cy="2466109"/>
            <wp:docPr id="8" name="Picture 8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8.png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2466109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t>藍色-Kun</w:t>
      </w:r>
    </w:p>
    <w:p>
      <w:r>
        <w:t>字符插圖：tokotoko -san</w:t>
      </w:r>
    </w:p>
    <w:p>
      <w:r>
        <w:drawing>
          <wp:inline xmlns:a="http://schemas.openxmlformats.org/drawingml/2006/main" xmlns:pic="http://schemas.openxmlformats.org/drawingml/2006/picture">
            <wp:extent cx="3657600" cy="5139328"/>
            <wp:docPr id="9" name="Picture 9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9.png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5139328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drawing>
          <wp:inline xmlns:a="http://schemas.openxmlformats.org/drawingml/2006/main" xmlns:pic="http://schemas.openxmlformats.org/drawingml/2006/picture">
            <wp:extent cx="3657600" cy="2188413"/>
            <wp:docPr id="10" name="Picture 10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10.png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2188413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t>Sayaka神社劍（Sayaka Shrine Sword）</w:t>
      </w:r>
    </w:p>
    <w:p>
      <w:r>
        <w:t>角色插圖：Sae Taki</w:t>
      </w:r>
    </w:p>
    <w:p>
      <w:r>
        <w:drawing>
          <wp:inline xmlns:a="http://schemas.openxmlformats.org/drawingml/2006/main" xmlns:pic="http://schemas.openxmlformats.org/drawingml/2006/picture">
            <wp:extent cx="3657600" cy="5139328"/>
            <wp:docPr id="11" name="Picture 11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11.png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5139328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drawing>
          <wp:inline xmlns:a="http://schemas.openxmlformats.org/drawingml/2006/main" xmlns:pic="http://schemas.openxmlformats.org/drawingml/2006/picture">
            <wp:extent cx="3657600" cy="2040918"/>
            <wp:docPr id="12" name="Picture 12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12.png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2040918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t>Ward Juku Lise（Tsukuma很好）</w:t>
      </w:r>
    </w:p>
    <w:p>
      <w:r>
        <w:t>角色插圖：白米Okome -San</w:t>
      </w:r>
    </w:p>
    <w:p>
      <w:r>
        <w:drawing>
          <wp:inline xmlns:a="http://schemas.openxmlformats.org/drawingml/2006/main" xmlns:pic="http://schemas.openxmlformats.org/drawingml/2006/picture">
            <wp:extent cx="3657600" cy="5211571"/>
            <wp:docPr id="13" name="Picture 13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13.png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5211571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drawing>
          <wp:inline xmlns:a="http://schemas.openxmlformats.org/drawingml/2006/main" xmlns:pic="http://schemas.openxmlformats.org/drawingml/2006/picture">
            <wp:extent cx="3657600" cy="2057220"/>
            <wp:docPr id="14" name="Picture 14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14.png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205722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t>漫畫（漫畫）</w:t>
      </w:r>
    </w:p>
    <w:p>
      <w:r>
        <w:t>我可以成為日本文化的教科書嗎？！</w:t>
      </w:r>
    </w:p>
    <w:p>
      <w:r>
        <w:drawing>
          <wp:inline xmlns:a="http://schemas.openxmlformats.org/drawingml/2006/main" xmlns:pic="http://schemas.openxmlformats.org/drawingml/2006/picture">
            <wp:extent cx="3657600" cy="5109652"/>
            <wp:docPr id="15" name="Picture 15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15.png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5109652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drawing>
          <wp:inline xmlns:a="http://schemas.openxmlformats.org/drawingml/2006/main" xmlns:pic="http://schemas.openxmlformats.org/drawingml/2006/picture">
            <wp:extent cx="3657600" cy="5078654"/>
            <wp:docPr id="16" name="Picture 16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16.png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5078654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t>Kagura項目中最重要的內容之一是漫畫“ Kagkomi”。《四幀漫畫》系列始於2022年12月的X（Twitter）（Twitter），於2024年5月14日被序列化，直到第22集。</w:t>
      </w:r>
    </w:p>
    <w:p>
      <w:r>
        <w:t>經驗豐富的官方創作者正在以其所有優勢生產，主要是由日本NFT博物館社論部的瀑布（@taki_sae）的編輯（@taki_sae）生產的。</w:t>
      </w:r>
    </w:p>
    <w:p>
      <w:r>
        <w:t>您可以從俱樂部活動中的行為中學習日本文化！</w:t>
      </w:r>
    </w:p>
    <w:p>
      <w:r>
        <w:t>特別是，從最後一直在觀看日本的上帝“ ina -chan”的解釋令人信服。</w:t>
      </w:r>
    </w:p>
    <w:p>
      <w:r>
        <w:t>這是一個非常有品位的系列。</w:t>
      </w:r>
    </w:p>
    <w:p>
      <w:r>
        <w:t>作為一本在不久的將來學習日本文化的教科書，想像一下孩子們會得到它，興奮不會停止！</w:t>
      </w:r>
    </w:p>
    <w:p>
      <w:r>
        <w:t>它每月與其他角色品牌漫畫交替更新一次或兩次（週二更新）。</w:t>
      </w:r>
    </w:p>
    <w:p>
      <w:r>
        <w:t>您可以從下面的鏈接中閱讀所有故事，因此請看一下♪</w:t>
      </w:r>
    </w:p>
    <w:p>
      <w:r>
        <w:t>https://japannftmuseum.com/kagura/manga</w:t>
      </w:r>
    </w:p>
    <w:p>
      <w:r>
        <w:t>音樂（音樂）</w:t>
      </w:r>
    </w:p>
    <w:p>
      <w:r>
        <w:drawing>
          <wp:inline xmlns:a="http://schemas.openxmlformats.org/drawingml/2006/main" xmlns:pic="http://schemas.openxmlformats.org/drawingml/2006/picture">
            <wp:extent cx="3657600" cy="3645201"/>
            <wp:docPr id="17" name="Picture 17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17.png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3645201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t>Noma -Kun（＠沒有Makkuno）</w:t>
      </w:r>
    </w:p>
    <w:p>
      <w:r>
        <w:t>卡古拉（Kagura）的主題曲“ One Feelt”是在Kagura（NFT）發行之前宣布的，至今一直對Kagura感到興奮。</w:t>
      </w:r>
    </w:p>
    <w:p>
      <w:r>
        <w:t>歌曲的製作和唱歌負責Nomakun（藝術家名稱：Sho -Go），NFT官方NFT博物館。</w:t>
      </w:r>
    </w:p>
    <w:p>
      <w:r>
        <w:t>除了原始NFT系列的生產和運營外，他還是一位超級富有詩般的創作者，一直在研究遊戲開發，音樂製作和歌手。</w:t>
      </w:r>
    </w:p>
    <w:p>
      <w:r>
        <w:t>主題曲“ One Feelt”已在包括Apple Music在內的各種音樂平台上分發，並引起了高度讚揚和關注。</w:t>
      </w:r>
    </w:p>
    <w:p>
      <w:r>
        <w:t>這首歌從以日本味道滲透到心臟的歌曲開始，始於“ koi -ki，您認為花時，”是一首愛的歌，到處都是悶悶不樂的歌，這是一首令人難以置信的情歌。</w:t>
      </w:r>
    </w:p>
    <w:p>
      <w:r>
        <w:t>Nomakun的抒情歌唱強烈想像著優雅而漂亮的女孩的思想，您可以完全感受到Kagura對世界的看法。</w:t>
      </w:r>
    </w:p>
    <w:p>
      <w:r>
        <w:t>從下面的鏈接中，您可以用Apple Music等收聽“一種感覺”，因此請聽♪</w:t>
      </w:r>
    </w:p>
    <w:p>
      <w:r>
        <w:t>https://big-up.style/BDNU6nwxxL</w:t>
      </w:r>
    </w:p>
    <w:p>
      <w:r>
        <w:t>Nomakun的鏈接集合</w:t>
      </w:r>
    </w:p>
    <w:p>
      <w:r>
        <w:t>https://linktr.ee/nomakun</w:t>
      </w:r>
    </w:p>
    <w:p>
      <w:r>
        <w:t>動畫片</w:t>
      </w:r>
    </w:p>
    <w:p>
      <w:r>
        <w:drawing>
          <wp:inline xmlns:a="http://schemas.openxmlformats.org/drawingml/2006/main" xmlns:pic="http://schemas.openxmlformats.org/drawingml/2006/picture">
            <wp:extent cx="3657600" cy="2030173"/>
            <wp:docPr id="18" name="Picture 18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18.png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2030173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t>預計動畫不僅會在“ kagura”中進行，而且還會在“日本道”擁有的所有角色品牌中進行進展。</w:t>
      </w:r>
    </w:p>
    <w:p>
      <w:r>
        <w:t>特別是，除了“日本文化對世界”的特徵之外，“ kagura”預計將來將在未來促進的區域振興措施中最重要的IP！</w:t>
      </w:r>
    </w:p>
    <w:p>
      <w:r>
        <w:t>我們堅信，在日本和海外，“具有質量的壓倒性女孩”將獲得更大的知名度並取得巨大的成功。</w:t>
      </w:r>
    </w:p>
    <w:p>
      <w:r>
        <w:t>該官方動畫已經在東京的四個地方播出（Shibuya，Shinjuku，Ikebukuro，Roppongi），未來每個品牌的進度也很大！</w:t>
      </w:r>
    </w:p>
    <w:p>
      <w:r>
        <w:t>prtime</w:t>
      </w:r>
    </w:p>
    <w:p>
      <w:r>
        <w:t>https://prtimes.jp/main/html/rd/p/000000004.000127669.html</w:t>
      </w:r>
    </w:p>
    <w:p>
      <w:r>
        <w:t>不和諧郵票</w:t>
      </w:r>
    </w:p>
    <w:p>
      <w:r>
        <w:drawing>
          <wp:inline xmlns:a="http://schemas.openxmlformats.org/drawingml/2006/main" xmlns:pic="http://schemas.openxmlformats.org/drawingml/2006/picture">
            <wp:extent cx="3657600" cy="2024651"/>
            <wp:docPr id="19" name="Picture 19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19.png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2024651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t>與社論部門的不和諧郵票具有高質量的質量，它將被其可愛所吸引！</w:t>
      </w:r>
    </w:p>
    <w:p>
      <w:r>
        <w:t>它在社區的問候和溝通中起著重要作用。</w:t>
      </w:r>
    </w:p>
    <w:p>
      <w:r>
        <w:t>預計將來會推進郵票！</w:t>
      </w:r>
    </w:p>
    <w:p>
      <w:r>
        <w:t>概括</w:t>
      </w:r>
    </w:p>
    <w:p>
      <w:r>
        <w:t>在這本Japandao雜誌中，我們介紹了作為“ Kagura”背景的故事和角色，以及“ Kagura是Vol.1 Kagura的誕生”以及各種內容。</w:t>
      </w:r>
    </w:p>
    <w:p>
      <w:r>
        <w:t>如果閱讀文章後儘可能多的人對“ Kagura”有吸引力，並且對未來感到興奮，我會很高興。</w:t>
      </w:r>
    </w:p>
    <w:p>
      <w:r>
        <w:t>與他們一起走的奇妙經歷，他們將“日本文化傳播給世界”♪</w:t>
      </w:r>
    </w:p>
    <w:p>
      <w:r>
        <w:t>讓我們與Kagura（NFT）一起欣賞世界的視野！！</w:t>
      </w:r>
    </w:p>
    <w:p>
      <w:r>
        <w:t>如果您對日本DAO感興趣，請跟隨並滑雪“日本DAO雜誌”。</w:t>
      </w:r>
    </w:p>
    <w:p>
      <w:r>
        <w:t>官方X帳戶：https：//twitter.com/japannftmuseum</w:t>
      </w:r>
    </w:p>
    <w:p>
      <w:r>
        <w:t>官方不和諧：https：//discord.com/invite/japandao</w:t>
      </w:r>
    </w:p>
    <w:p>
      <w:r>
        <w:t>官方Instagram：https：//www.instagram.com/japannftmuseum/</w:t>
      </w:r>
    </w:p>
    <w:sectPr w:rsidR="00FC693F" w:rsidRPr="0006063C" w:rsidSect="00034616">
      <w:pgSz w:w="12240" w:h="15840"/>
      <w:pgMar w:top="1440" w:right="1800" w:bottom="1440" w:left="180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0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panose1 w:val="00000000000000000000"/>
    <w:charset w:val="80"/>
    <w:family w:val="roman"/>
    <w:notTrueType/>
    <w:pitch w:val="fixed"/>
    <w:sig w:usb0="00000001" w:usb1="08070000" w:usb2="00000010" w:usb3="00000000" w:csb0="00020000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  <w:font w:name="ＭＳ ゴシック">
    <w:panose1 w:val="00000000000000000000"/>
    <w:charset w:val="80"/>
    <w:family w:val="modern"/>
    <w:notTrueType/>
    <w:pitch w:val="fixed"/>
    <w:sig w:usb0="00000001" w:usb1="08070000" w:usb2="00000010" w:usb3="00000000" w:csb0="00020000" w:csb1="00000000"/>
  </w:font>
  <w:font w:name="Courier">
    <w:panose1 w:val="02000500000000000000"/>
    <w:charset w:val="00"/>
    <w:family w:val="auto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</w:fonts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FFFFFF7C"/>
    <w:multiLevelType w:val="singleLevel"/>
    <w:tmpl w:val="C310EC42"/>
    <w:lvl w:ilvl="0">
      <w:start w:val="1"/>
      <w:numFmt w:val="decimal"/>
      <w:lvlText w:val="%1."/>
      <w:lvlJc w:val="left"/>
      <w:pPr>
        <w:tabs>
          <w:tab w:val="num" w:pos="1800"/>
        </w:tabs>
        <w:ind w:left="1800" w:hanging="360"/>
      </w:pPr>
    </w:lvl>
  </w:abstractNum>
  <w:abstractNum w:abstractNumId="1">
    <w:nsid w:val="FFFFFF7D"/>
    <w:multiLevelType w:val="singleLevel"/>
    <w:tmpl w:val="E4089024"/>
    <w:lvl w:ilvl="0">
      <w:start w:val="1"/>
      <w:numFmt w:val="decimal"/>
      <w:lvlText w:val="%1."/>
      <w:lvlJc w:val="left"/>
      <w:pPr>
        <w:tabs>
          <w:tab w:val="num" w:pos="1440"/>
        </w:tabs>
        <w:ind w:left="1440" w:hanging="360"/>
      </w:pPr>
    </w:lvl>
  </w:abstractNum>
  <w:abstractNum w:abstractNumId="2">
    <w:nsid w:val="FFFFFF7E"/>
    <w:multiLevelType w:val="singleLevel"/>
    <w:tmpl w:val="FB12693A"/>
    <w:lvl w:ilvl="0">
      <w:start w:val="1"/>
      <w:numFmt w:val="decimal"/>
      <w:pStyle w:val="ListNumber3"/>
      <w:lvlText w:val="%1."/>
      <w:lvlJc w:val="left"/>
      <w:pPr>
        <w:tabs>
          <w:tab w:val="num" w:pos="1080"/>
        </w:tabs>
        <w:ind w:left="1080" w:hanging="360"/>
      </w:pPr>
    </w:lvl>
  </w:abstractNum>
  <w:abstractNum w:abstractNumId="3">
    <w:nsid w:val="FFFFFF7F"/>
    <w:multiLevelType w:val="singleLevel"/>
    <w:tmpl w:val="38441652"/>
    <w:lvl w:ilvl="0">
      <w:start w:val="1"/>
      <w:numFmt w:val="decimal"/>
      <w:pStyle w:val="ListNumber2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4">
    <w:nsid w:val="FFFFFF81"/>
    <w:multiLevelType w:val="singleLevel"/>
    <w:tmpl w:val="171AC3A4"/>
    <w:lvl w:ilvl="0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</w:abstractNum>
  <w:abstractNum w:abstractNumId="5">
    <w:nsid w:val="FFFFFF82"/>
    <w:multiLevelType w:val="singleLevel"/>
    <w:tmpl w:val="F3EAFDEC"/>
    <w:lvl w:ilvl="0">
      <w:start w:val="1"/>
      <w:numFmt w:val="bullet"/>
      <w:pStyle w:val="ListBullet3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</w:abstractNum>
  <w:abstractNum w:abstractNumId="6">
    <w:nsid w:val="FFFFFF83"/>
    <w:multiLevelType w:val="singleLevel"/>
    <w:tmpl w:val="3D1EFFD4"/>
    <w:lvl w:ilvl="0">
      <w:start w:val="1"/>
      <w:numFmt w:val="bullet"/>
      <w:pStyle w:val="ListBullet2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</w:abstractNum>
  <w:abstractNum w:abstractNumId="7">
    <w:nsid w:val="FFFFFF88"/>
    <w:multiLevelType w:val="singleLevel"/>
    <w:tmpl w:val="D0A62B40"/>
    <w:lvl w:ilvl="0">
      <w:start w:val="1"/>
      <w:numFmt w:val="decimal"/>
      <w:pStyle w:val="ListNumber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8">
    <w:nsid w:val="FFFFFF89"/>
    <w:multiLevelType w:val="singleLevel"/>
    <w:tmpl w:val="29761A62"/>
    <w:lvl w:ilvl="0">
      <w:start w:val="1"/>
      <w:numFmt w:val="bullet"/>
      <w:pStyle w:val="List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num w:numId="1">
    <w:abstractNumId w:val="8"/>
  </w:num>
  <w:num w:numId="2">
    <w:abstractNumId w:val="6"/>
  </w:num>
  <w:num w:numId="3">
    <w:abstractNumId w:val="5"/>
  </w:num>
  <w:num w:numId="4">
    <w:abstractNumId w:val="4"/>
  </w:num>
  <w:num w:numId="5">
    <w:abstractNumId w:val="7"/>
  </w:num>
  <w:num w:numId="6">
    <w:abstractNumId w:val="3"/>
  </w:num>
  <w:num w:numId="7">
    <w:abstractNumId w:val="2"/>
  </w:num>
  <w:num w:numId="8">
    <w:abstractNumId w:val="1"/>
  </w:num>
  <w:num w:numId="9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val="bestFit"/>
  <w:proofState w:spelling="clean" w:grammar="clean"/>
  <w:defaultTabStop w:val="720"/>
  <w:characterSpacingControl w:val="doNotCompress"/>
  <w:savePreviewPicture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47730"/>
    <w:rsid w:val="00034616"/>
    <w:rsid w:val="0006063C"/>
    <w:rsid w:val="0015074B"/>
    <w:rsid w:val="0029639D"/>
    <w:rsid w:val="00326F90"/>
    <w:rsid w:val="00AA1D8D"/>
    <w:rsid w:val="00B47730"/>
    <w:rsid w:val="00CB0664"/>
    <w:rsid w:val="00FC693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7"/>
    <o:shapelayout v:ext="edit">
      <o:idmap v:ext="edit" data="1"/>
    </o:shapelayout>
  </w:shapeDefaults>
  <w:decimalSymbol w:val="."/>
  <w:listSeparator w:val=","/>
  <w14:docId w14:val="24062061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FC693F"/>
  </w:style>
  <w:style w:type="paragraph" w:styleId="Header">
    <w:name w:val="header"/>
    <w:basedOn w:val="Normal"/>
    <w:link w:val="HeaderChar"/>
    <w:uiPriority w:val="99"/>
    <w:unhideWhenUsed/>
    <w:rsid w:val="00E618B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E618BF"/>
  </w:style>
  <w:style w:type="paragraph" w:styleId="Footer">
    <w:name w:val="footer"/>
    <w:basedOn w:val="Normal"/>
    <w:link w:val="FooterChar"/>
    <w:uiPriority w:val="99"/>
    <w:unhideWhenUsed/>
    <w:rsid w:val="00E618B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E618BF"/>
  </w:style>
  <w:style w:type="paragraph" w:styleId="Heading1">
    <w:name w:val="heading 1"/>
    <w:basedOn w:val="Normal"/>
    <w:next w:val="Normal"/>
    <w:link w:val="Heading1Char"/>
    <w:uiPriority w:val="9"/>
    <w:qFormat/>
    <w:rsid w:val="00FC693F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FC693F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FC693F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FC693F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FC693F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FC693F"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FC693F"/>
    <w:pPr>
      <w:keepNext/>
      <w:keepLines/>
      <w:spacing w:before="200" w:after="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FC693F"/>
    <w:pPr>
      <w:keepNext/>
      <w:keepLines/>
      <w:spacing w:before="200" w:after="0"/>
      <w:outlineLvl w:val="7"/>
    </w:pPr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FC693F"/>
    <w:pPr>
      <w:keepNext/>
      <w:keepLines/>
      <w:spacing w:before="200" w:after="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Spacing">
    <w:name w:val="No Spacing"/>
    <w:uiPriority w:val="1"/>
    <w:qFormat/>
    <w:rsid w:val="00FC693F"/>
    <w:pPr>
      <w:spacing w:after="0" w:line="240" w:lineRule="auto"/>
    </w:pPr>
  </w:style>
  <w:style w:type="character" w:customStyle="1" w:styleId="Heading1Char">
    <w:name w:val="Heading 1 Char"/>
    <w:basedOn w:val="DefaultParagraphFont"/>
    <w:link w:val="Heading1"/>
    <w:uiPriority w:val="9"/>
    <w:rsid w:val="00FC693F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Heading2Char">
    <w:name w:val="Heading 2 Char"/>
    <w:basedOn w:val="DefaultParagraphFont"/>
    <w:link w:val="Heading2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Title">
    <w:name w:val="Title"/>
    <w:basedOn w:val="Normal"/>
    <w:next w:val="Normal"/>
    <w:link w:val="TitleChar"/>
    <w:uiPriority w:val="10"/>
    <w:qFormat/>
    <w:rsid w:val="00FC693F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FC693F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Subtitle">
    <w:name w:val="Subtitle"/>
    <w:basedOn w:val="Normal"/>
    <w:next w:val="Normal"/>
    <w:link w:val="SubtitleChar"/>
    <w:uiPriority w:val="11"/>
    <w:qFormat/>
    <w:rsid w:val="00FC693F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SubtitleChar">
    <w:name w:val="Subtitle Char"/>
    <w:basedOn w:val="DefaultParagraphFont"/>
    <w:link w:val="Subtitle"/>
    <w:uiPriority w:val="11"/>
    <w:rsid w:val="00FC693F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paragraph" w:styleId="ListParagraph">
    <w:name w:val="List Paragraph"/>
    <w:basedOn w:val="Normal"/>
    <w:uiPriority w:val="34"/>
    <w:qFormat/>
    <w:rsid w:val="00FC693F"/>
    <w:pPr>
      <w:ind w:left="720"/>
      <w:contextualSpacing/>
    </w:pPr>
  </w:style>
  <w:style w:type="paragraph" w:styleId="BodyText">
    <w:name w:val="Body Text"/>
    <w:basedOn w:val="Normal"/>
    <w:link w:val="BodyTextChar"/>
    <w:uiPriority w:val="99"/>
    <w:unhideWhenUsed/>
    <w:rsid w:val="00AA1D8D"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99"/>
    <w:rsid w:val="00AA1D8D"/>
  </w:style>
  <w:style w:type="paragraph" w:styleId="BodyText2">
    <w:name w:val="Body Text 2"/>
    <w:basedOn w:val="Normal"/>
    <w:link w:val="BodyText2Char"/>
    <w:uiPriority w:val="99"/>
    <w:unhideWhenUsed/>
    <w:rsid w:val="00AA1D8D"/>
    <w:pPr>
      <w:spacing w:after="120" w:line="480" w:lineRule="auto"/>
    </w:pPr>
  </w:style>
  <w:style w:type="character" w:customStyle="1" w:styleId="BodyText2Char">
    <w:name w:val="Body Text 2 Char"/>
    <w:basedOn w:val="DefaultParagraphFont"/>
    <w:link w:val="BodyText2"/>
    <w:uiPriority w:val="99"/>
    <w:rsid w:val="00AA1D8D"/>
  </w:style>
  <w:style w:type="paragraph" w:styleId="BodyText3">
    <w:name w:val="Body Text 3"/>
    <w:basedOn w:val="Normal"/>
    <w:link w:val="BodyText3Char"/>
    <w:uiPriority w:val="99"/>
    <w:unhideWhenUsed/>
    <w:rsid w:val="00AA1D8D"/>
    <w:pPr>
      <w:spacing w:after="120"/>
    </w:pPr>
    <w:rPr>
      <w:sz w:val="16"/>
      <w:szCs w:val="16"/>
    </w:rPr>
  </w:style>
  <w:style w:type="character" w:customStyle="1" w:styleId="BodyText3Char">
    <w:name w:val="Body Text 3 Char"/>
    <w:basedOn w:val="DefaultParagraphFont"/>
    <w:link w:val="BodyText3"/>
    <w:uiPriority w:val="99"/>
    <w:rsid w:val="00AA1D8D"/>
    <w:rPr>
      <w:sz w:val="16"/>
      <w:szCs w:val="16"/>
    </w:rPr>
  </w:style>
  <w:style w:type="paragraph" w:styleId="List">
    <w:name w:val="List"/>
    <w:basedOn w:val="Normal"/>
    <w:uiPriority w:val="99"/>
    <w:unhideWhenUsed/>
    <w:rsid w:val="00AA1D8D"/>
    <w:pPr>
      <w:ind w:left="360" w:hanging="360"/>
      <w:contextualSpacing/>
    </w:pPr>
  </w:style>
  <w:style w:type="paragraph" w:styleId="List2">
    <w:name w:val="List 2"/>
    <w:basedOn w:val="Normal"/>
    <w:uiPriority w:val="99"/>
    <w:unhideWhenUsed/>
    <w:rsid w:val="00326F90"/>
    <w:pPr>
      <w:ind w:left="720" w:hanging="360"/>
      <w:contextualSpacing/>
    </w:pPr>
  </w:style>
  <w:style w:type="paragraph" w:styleId="List3">
    <w:name w:val="List 3"/>
    <w:basedOn w:val="Normal"/>
    <w:uiPriority w:val="99"/>
    <w:unhideWhenUsed/>
    <w:rsid w:val="00326F90"/>
    <w:pPr>
      <w:ind w:left="1080" w:hanging="360"/>
      <w:contextualSpacing/>
    </w:pPr>
  </w:style>
  <w:style w:type="paragraph" w:styleId="ListBullet">
    <w:name w:val="List Bullet"/>
    <w:basedOn w:val="Normal"/>
    <w:uiPriority w:val="99"/>
    <w:unhideWhenUsed/>
    <w:rsid w:val="00326F90"/>
    <w:pPr>
      <w:numPr>
        <w:numId w:val="1"/>
      </w:numPr>
      <w:contextualSpacing/>
    </w:pPr>
  </w:style>
  <w:style w:type="paragraph" w:styleId="ListBullet2">
    <w:name w:val="List Bullet 2"/>
    <w:basedOn w:val="Normal"/>
    <w:uiPriority w:val="99"/>
    <w:unhideWhenUsed/>
    <w:rsid w:val="00326F90"/>
    <w:pPr>
      <w:numPr>
        <w:numId w:val="2"/>
      </w:numPr>
      <w:contextualSpacing/>
    </w:pPr>
  </w:style>
  <w:style w:type="paragraph" w:styleId="ListBullet3">
    <w:name w:val="List Bullet 3"/>
    <w:basedOn w:val="Normal"/>
    <w:uiPriority w:val="99"/>
    <w:unhideWhenUsed/>
    <w:rsid w:val="00326F90"/>
    <w:pPr>
      <w:numPr>
        <w:numId w:val="3"/>
      </w:numPr>
      <w:contextualSpacing/>
    </w:pPr>
  </w:style>
  <w:style w:type="paragraph" w:styleId="ListNumber">
    <w:name w:val="List Number"/>
    <w:basedOn w:val="Normal"/>
    <w:uiPriority w:val="99"/>
    <w:unhideWhenUsed/>
    <w:rsid w:val="00326F90"/>
    <w:pPr>
      <w:numPr>
        <w:numId w:val="5"/>
      </w:numPr>
      <w:contextualSpacing/>
    </w:pPr>
  </w:style>
  <w:style w:type="paragraph" w:styleId="ListNumber2">
    <w:name w:val="List Number 2"/>
    <w:basedOn w:val="Normal"/>
    <w:uiPriority w:val="99"/>
    <w:unhideWhenUsed/>
    <w:rsid w:val="0029639D"/>
    <w:pPr>
      <w:numPr>
        <w:numId w:val="6"/>
      </w:numPr>
      <w:contextualSpacing/>
    </w:pPr>
  </w:style>
  <w:style w:type="paragraph" w:styleId="ListNumber3">
    <w:name w:val="List Number 3"/>
    <w:basedOn w:val="Normal"/>
    <w:uiPriority w:val="99"/>
    <w:unhideWhenUsed/>
    <w:rsid w:val="0029639D"/>
    <w:pPr>
      <w:numPr>
        <w:numId w:val="7"/>
      </w:numPr>
      <w:contextualSpacing/>
    </w:pPr>
  </w:style>
  <w:style w:type="paragraph" w:styleId="ListContinue">
    <w:name w:val="List Continue"/>
    <w:basedOn w:val="Normal"/>
    <w:uiPriority w:val="99"/>
    <w:unhideWhenUsed/>
    <w:rsid w:val="0029639D"/>
    <w:pPr>
      <w:spacing w:after="120"/>
      <w:ind w:left="360"/>
      <w:contextualSpacing/>
    </w:pPr>
  </w:style>
  <w:style w:type="paragraph" w:styleId="ListContinue2">
    <w:name w:val="List Continue 2"/>
    <w:basedOn w:val="Normal"/>
    <w:uiPriority w:val="99"/>
    <w:unhideWhenUsed/>
    <w:rsid w:val="0029639D"/>
    <w:pPr>
      <w:spacing w:after="120"/>
      <w:ind w:left="720"/>
      <w:contextualSpacing/>
    </w:pPr>
  </w:style>
  <w:style w:type="paragraph" w:styleId="ListContinue3">
    <w:name w:val="List Continue 3"/>
    <w:basedOn w:val="Normal"/>
    <w:uiPriority w:val="99"/>
    <w:unhideWhenUsed/>
    <w:rsid w:val="0029639D"/>
    <w:pPr>
      <w:spacing w:after="120"/>
      <w:ind w:left="1080"/>
      <w:contextualSpacing/>
    </w:pPr>
  </w:style>
  <w:style w:type="paragraph" w:styleId="MacroText">
    <w:name w:val="macro"/>
    <w:link w:val="MacroTextChar"/>
    <w:uiPriority w:val="99"/>
    <w:unhideWhenUsed/>
    <w:rsid w:val="0029639D"/>
    <w:pPr>
      <w:tabs>
        <w:tab w:val="left" w:pos="576"/>
        <w:tab w:val="left" w:pos="1152"/>
        <w:tab w:val="left" w:pos="1728"/>
        <w:tab w:val="left" w:pos="2304"/>
        <w:tab w:val="left" w:pos="2880"/>
        <w:tab w:val="left" w:pos="3456"/>
        <w:tab w:val="left" w:pos="4032"/>
      </w:tabs>
    </w:pPr>
    <w:rPr>
      <w:rFonts w:ascii="Courier" w:hAnsi="Courier"/>
      <w:sz w:val="20"/>
      <w:szCs w:val="20"/>
    </w:rPr>
  </w:style>
  <w:style w:type="character" w:customStyle="1" w:styleId="MacroTextChar">
    <w:name w:val="Macro Text Char"/>
    <w:basedOn w:val="DefaultParagraphFont"/>
    <w:link w:val="MacroText"/>
    <w:uiPriority w:val="99"/>
    <w:rsid w:val="0029639D"/>
    <w:rPr>
      <w:rFonts w:ascii="Courier" w:hAnsi="Courier"/>
      <w:sz w:val="20"/>
      <w:szCs w:val="20"/>
    </w:rPr>
  </w:style>
  <w:style w:type="paragraph" w:styleId="Quote">
    <w:name w:val="Quote"/>
    <w:basedOn w:val="Normal"/>
    <w:next w:val="Normal"/>
    <w:link w:val="QuoteChar"/>
    <w:uiPriority w:val="29"/>
    <w:qFormat/>
    <w:rsid w:val="00FC693F"/>
    <w:rPr>
      <w:i/>
      <w:iCs/>
      <w:color w:val="000000" w:themeColor="text1"/>
    </w:rPr>
  </w:style>
  <w:style w:type="character" w:customStyle="1" w:styleId="QuoteChar">
    <w:name w:val="Quote Char"/>
    <w:basedOn w:val="DefaultParagraphFont"/>
    <w:link w:val="Quote"/>
    <w:uiPriority w:val="29"/>
    <w:rsid w:val="00FC693F"/>
    <w:rPr>
      <w:i/>
      <w:iCs/>
      <w:color w:val="000000" w:themeColor="text1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FC693F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FC693F"/>
    <w:rPr>
      <w:rFonts w:asciiTheme="majorHAnsi" w:eastAsiaTheme="majorEastAsia" w:hAnsiTheme="majorHAnsi" w:cstheme="majorBidi"/>
      <w:color w:val="243F60" w:themeColor="accent1" w:themeShade="7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FC693F"/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FC693F"/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styleId="Caption">
    <w:name w:val="caption"/>
    <w:basedOn w:val="Normal"/>
    <w:next w:val="Normal"/>
    <w:uiPriority w:val="35"/>
    <w:semiHidden/>
    <w:unhideWhenUsed/>
    <w:qFormat/>
    <w:rsid w:val="00FC693F"/>
    <w:pPr>
      <w:spacing w:line="240" w:lineRule="auto"/>
    </w:pPr>
    <w:rPr>
      <w:b/>
      <w:bCs/>
      <w:color w:val="4F81BD" w:themeColor="accent1"/>
      <w:sz w:val="18"/>
      <w:szCs w:val="18"/>
    </w:rPr>
  </w:style>
  <w:style w:type="character" w:styleId="Strong">
    <w:name w:val="Strong"/>
    <w:basedOn w:val="DefaultParagraphFont"/>
    <w:uiPriority w:val="22"/>
    <w:qFormat/>
    <w:rsid w:val="00FC693F"/>
    <w:rPr>
      <w:b/>
      <w:bCs/>
    </w:rPr>
  </w:style>
  <w:style w:type="character" w:styleId="Emphasis">
    <w:name w:val="Emphasis"/>
    <w:basedOn w:val="DefaultParagraphFont"/>
    <w:uiPriority w:val="20"/>
    <w:qFormat/>
    <w:rsid w:val="00FC693F"/>
    <w:rPr>
      <w:i/>
      <w:iCs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FC693F"/>
    <w:pPr>
      <w:pBdr>
        <w:bottom w:val="single" w:sz="4" w:space="4" w:color="4F81BD" w:themeColor="accent1"/>
      </w:pBdr>
      <w:spacing w:before="200" w:after="280"/>
      <w:ind w:left="936" w:right="936"/>
    </w:pPr>
    <w:rPr>
      <w:b/>
      <w:bCs/>
      <w:i/>
      <w:iCs/>
      <w:color w:val="4F81BD" w:themeColor="accent1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FC693F"/>
    <w:rPr>
      <w:b/>
      <w:bCs/>
      <w:i/>
      <w:iCs/>
      <w:color w:val="4F81BD" w:themeColor="accent1"/>
    </w:rPr>
  </w:style>
  <w:style w:type="character" w:styleId="SubtleEmphasis">
    <w:name w:val="Subtle Emphasis"/>
    <w:basedOn w:val="DefaultParagraphFont"/>
    <w:uiPriority w:val="19"/>
    <w:qFormat/>
    <w:rsid w:val="00FC693F"/>
    <w:rPr>
      <w:i/>
      <w:iCs/>
      <w:color w:val="808080" w:themeColor="text1" w:themeTint="7F"/>
    </w:rPr>
  </w:style>
  <w:style w:type="character" w:styleId="IntenseEmphasis">
    <w:name w:val="Intense Emphasis"/>
    <w:basedOn w:val="DefaultParagraphFont"/>
    <w:uiPriority w:val="21"/>
    <w:qFormat/>
    <w:rsid w:val="00FC693F"/>
    <w:rPr>
      <w:b/>
      <w:bCs/>
      <w:i/>
      <w:iCs/>
      <w:color w:val="4F81BD" w:themeColor="accent1"/>
    </w:rPr>
  </w:style>
  <w:style w:type="character" w:styleId="SubtleReference">
    <w:name w:val="Subtle Reference"/>
    <w:basedOn w:val="DefaultParagraphFont"/>
    <w:uiPriority w:val="31"/>
    <w:qFormat/>
    <w:rsid w:val="00FC693F"/>
    <w:rPr>
      <w:smallCaps/>
      <w:color w:val="C0504D" w:themeColor="accent2"/>
      <w:u w:val="single"/>
    </w:rPr>
  </w:style>
  <w:style w:type="character" w:styleId="IntenseReference">
    <w:name w:val="Intense Reference"/>
    <w:basedOn w:val="DefaultParagraphFont"/>
    <w:uiPriority w:val="32"/>
    <w:qFormat/>
    <w:rsid w:val="00FC693F"/>
    <w:rPr>
      <w:b/>
      <w:bCs/>
      <w:smallCaps/>
      <w:color w:val="C0504D" w:themeColor="accent2"/>
      <w:spacing w:val="5"/>
      <w:u w:val="single"/>
    </w:rPr>
  </w:style>
  <w:style w:type="character" w:styleId="BookTitle">
    <w:name w:val="Book Title"/>
    <w:basedOn w:val="DefaultParagraphFont"/>
    <w:uiPriority w:val="33"/>
    <w:qFormat/>
    <w:rsid w:val="00FC693F"/>
    <w:rPr>
      <w:b/>
      <w:bCs/>
      <w:smallCaps/>
      <w:spacing w:val="5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FC693F"/>
    <w:pPr>
      <w:outlineLvl w:val="9"/>
    </w:pPr>
  </w:style>
  <w:style w:type="table" w:styleId="TableGrid">
    <w:name w:val="Table Grid"/>
    <w:basedOn w:val="TableNormal"/>
    <w:uiPriority w:val="59"/>
    <w:rsid w:val="00FC693F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LightShading">
    <w:name w:val="Light Shading"/>
    <w:basedOn w:val="TableNormal"/>
    <w:uiPriority w:val="60"/>
    <w:rsid w:val="00FC693F"/>
    <w:pPr>
      <w:spacing w:after="0" w:line="240" w:lineRule="auto"/>
    </w:pPr>
    <w:rPr>
      <w:color w:val="000000" w:themeColor="text1" w:themeShade="BF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styleId="LightShading-Accent1">
    <w:name w:val="Light Shading Accent 1"/>
    <w:basedOn w:val="TableNormal"/>
    <w:uiPriority w:val="60"/>
    <w:rsid w:val="00FC693F"/>
    <w:pPr>
      <w:spacing w:after="0" w:line="240" w:lineRule="auto"/>
    </w:pPr>
    <w:rPr>
      <w:color w:val="365F91" w:themeColor="accent1" w:themeShade="BF"/>
    </w:rPr>
    <w:tblPr>
      <w:tblStyleRowBandSize w:val="1"/>
      <w:tblStyleColBandSize w:val="1"/>
      <w:tblInd w:w="0" w:type="dxa"/>
      <w:tblBorders>
        <w:top w:val="single" w:sz="8" w:space="0" w:color="4F81BD" w:themeColor="accent1"/>
        <w:bottom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</w:style>
  <w:style w:type="table" w:styleId="LightShading-Accent2">
    <w:name w:val="Light Shading Accent 2"/>
    <w:basedOn w:val="TableNormal"/>
    <w:uiPriority w:val="60"/>
    <w:rsid w:val="00FC693F"/>
    <w:pPr>
      <w:spacing w:after="0" w:line="240" w:lineRule="auto"/>
    </w:pPr>
    <w:rPr>
      <w:color w:val="943634" w:themeColor="accent2" w:themeShade="BF"/>
    </w:rPr>
    <w:tblPr>
      <w:tblStyleRowBandSize w:val="1"/>
      <w:tblStyleColBandSize w:val="1"/>
      <w:tblInd w:w="0" w:type="dxa"/>
      <w:tblBorders>
        <w:top w:val="single" w:sz="8" w:space="0" w:color="C0504D" w:themeColor="accent2"/>
        <w:bottom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</w:style>
  <w:style w:type="table" w:styleId="LightShading-Accent3">
    <w:name w:val="Light Shading Accent 3"/>
    <w:basedOn w:val="TableNormal"/>
    <w:uiPriority w:val="60"/>
    <w:rsid w:val="00FC693F"/>
    <w:pPr>
      <w:spacing w:after="0" w:line="240" w:lineRule="auto"/>
    </w:pPr>
    <w:rPr>
      <w:color w:val="76923C" w:themeColor="accent3" w:themeShade="BF"/>
    </w:rPr>
    <w:tblPr>
      <w:tblStyleRowBandSize w:val="1"/>
      <w:tblStyleColBandSize w:val="1"/>
      <w:tblInd w:w="0" w:type="dxa"/>
      <w:tblBorders>
        <w:top w:val="single" w:sz="8" w:space="0" w:color="9BBB59" w:themeColor="accent3"/>
        <w:bottom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</w:style>
  <w:style w:type="table" w:styleId="LightShading-Accent4">
    <w:name w:val="Light Shading Accent 4"/>
    <w:basedOn w:val="TableNormal"/>
    <w:uiPriority w:val="60"/>
    <w:rsid w:val="00FC693F"/>
    <w:pPr>
      <w:spacing w:after="0" w:line="240" w:lineRule="auto"/>
    </w:pPr>
    <w:rPr>
      <w:color w:val="5F497A" w:themeColor="accent4" w:themeShade="BF"/>
    </w:rPr>
    <w:tblPr>
      <w:tblStyleRowBandSize w:val="1"/>
      <w:tblStyleColBandSize w:val="1"/>
      <w:tblInd w:w="0" w:type="dxa"/>
      <w:tblBorders>
        <w:top w:val="single" w:sz="8" w:space="0" w:color="8064A2" w:themeColor="accent4"/>
        <w:bottom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</w:style>
  <w:style w:type="table" w:styleId="LightShading-Accent5">
    <w:name w:val="Light Shading Accent 5"/>
    <w:basedOn w:val="TableNormal"/>
    <w:uiPriority w:val="60"/>
    <w:rsid w:val="00FC693F"/>
    <w:pPr>
      <w:spacing w:after="0" w:line="240" w:lineRule="auto"/>
    </w:pPr>
    <w:rPr>
      <w:color w:val="31849B" w:themeColor="accent5" w:themeShade="BF"/>
    </w:rPr>
    <w:tblPr>
      <w:tblStyleRowBandSize w:val="1"/>
      <w:tblStyleColBandSize w:val="1"/>
      <w:tblInd w:w="0" w:type="dxa"/>
      <w:tblBorders>
        <w:top w:val="single" w:sz="8" w:space="0" w:color="4BACC6" w:themeColor="accent5"/>
        <w:bottom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</w:style>
  <w:style w:type="table" w:styleId="LightShading-Accent6">
    <w:name w:val="Light Shading Accent 6"/>
    <w:basedOn w:val="TableNormal"/>
    <w:uiPriority w:val="60"/>
    <w:rsid w:val="00FC693F"/>
    <w:pPr>
      <w:spacing w:after="0" w:line="240" w:lineRule="auto"/>
    </w:pPr>
    <w:rPr>
      <w:color w:val="E36C0A" w:themeColor="accent6" w:themeShade="BF"/>
    </w:rPr>
    <w:tblPr>
      <w:tblStyleRowBandSize w:val="1"/>
      <w:tblStyleColBandSize w:val="1"/>
      <w:tblInd w:w="0" w:type="dxa"/>
      <w:tblBorders>
        <w:top w:val="single" w:sz="8" w:space="0" w:color="F79646" w:themeColor="accent6"/>
        <w:bottom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</w:style>
  <w:style w:type="table" w:styleId="LightList">
    <w:name w:val="Light List"/>
    <w:basedOn w:val="TableNormal"/>
    <w:uiPriority w:val="61"/>
    <w:rsid w:val="00FC693F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</w:style>
  <w:style w:type="table" w:styleId="LightList-Accent1">
    <w:name w:val="Light List Accent 1"/>
    <w:basedOn w:val="TableNormal"/>
    <w:uiPriority w:val="61"/>
    <w:rsid w:val="00FC693F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</w:style>
  <w:style w:type="table" w:styleId="LightList-Accent2">
    <w:name w:val="Light List Accent 2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</w:style>
  <w:style w:type="table" w:styleId="LightList-Accent3">
    <w:name w:val="Light List Accent 3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</w:style>
  <w:style w:type="table" w:styleId="LightList-Accent4">
    <w:name w:val="Light List Accent 4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</w:style>
  <w:style w:type="table" w:styleId="LightList-Accent5">
    <w:name w:val="Light List Accent 5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</w:style>
  <w:style w:type="table" w:styleId="LightList-Accent6">
    <w:name w:val="Light List Accent 6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</w:style>
  <w:style w:type="table" w:styleId="LightGrid">
    <w:name w:val="Light Grid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table" w:styleId="LightGrid-Accent1">
    <w:name w:val="Light Grid Accent 1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styleId="LightGrid-Accent2">
    <w:name w:val="Light Grid Accent 2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1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  <w:shd w:val="clear" w:color="auto" w:fill="EFD3D2" w:themeFill="accent2" w:themeFillTint="3F"/>
      </w:tcPr>
    </w:tblStylePr>
    <w:tblStylePr w:type="band2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</w:tcPr>
    </w:tblStylePr>
  </w:style>
  <w:style w:type="table" w:styleId="LightGrid-Accent3">
    <w:name w:val="Light Grid Accent 3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1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  <w:shd w:val="clear" w:color="auto" w:fill="E6EED5" w:themeFill="accent3" w:themeFillTint="3F"/>
      </w:tcPr>
    </w:tblStylePr>
    <w:tblStylePr w:type="band2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</w:tcPr>
    </w:tblStylePr>
  </w:style>
  <w:style w:type="table" w:styleId="LightGrid-Accent4">
    <w:name w:val="Light Grid Accent 4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1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  <w:shd w:val="clear" w:color="auto" w:fill="DFD8E8" w:themeFill="accent4" w:themeFillTint="3F"/>
      </w:tcPr>
    </w:tblStylePr>
    <w:tblStylePr w:type="band2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</w:tcPr>
    </w:tblStylePr>
  </w:style>
  <w:style w:type="table" w:styleId="LightGrid-Accent5">
    <w:name w:val="Light Grid Accent 5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1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  <w:shd w:val="clear" w:color="auto" w:fill="D2EAF1" w:themeFill="accent5" w:themeFillTint="3F"/>
      </w:tcPr>
    </w:tblStylePr>
    <w:tblStylePr w:type="band2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</w:tcPr>
    </w:tblStylePr>
  </w:style>
  <w:style w:type="table" w:styleId="LightGrid-Accent6">
    <w:name w:val="Light Grid Accent 6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1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  <w:shd w:val="clear" w:color="auto" w:fill="FDE4D0" w:themeFill="accent6" w:themeFillTint="3F"/>
      </w:tcPr>
    </w:tblStylePr>
    <w:tblStylePr w:type="band2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</w:tcPr>
    </w:tblStylePr>
  </w:style>
  <w:style w:type="table" w:styleId="MediumShading1">
    <w:name w:val="Medium Shading 1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0C0C0" w:themeFill="tex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1">
    <w:name w:val="Medium Shading 1 Accent 1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3DFEE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2">
    <w:name w:val="Medium Shading 1 Accent 2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FD3D2" w:themeFill="accent2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3">
    <w:name w:val="Medium Shading 1 Accent 3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6EED5" w:themeFill="accent3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4">
    <w:name w:val="Medium Shading 1 Accent 4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FD8E8" w:themeFill="accent4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5">
    <w:name w:val="Medium Shading 1 Accent 5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2EAF1" w:themeFill="accent5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6">
    <w:name w:val="Medium Shading 1 Accent 6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DE4D0" w:themeFill="accent6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2">
    <w:name w:val="Medium Shading 2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1">
    <w:name w:val="Medium Shading 2 Accent 1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2">
    <w:name w:val="Medium Shading 2 Accent 2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3">
    <w:name w:val="Medium Shading 2 Accent 3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4">
    <w:name w:val="Medium Shading 2 Accent 4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5">
    <w:name w:val="Medium Shading 2 Accent 5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6">
    <w:name w:val="Medium Shading 2 Accent 6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List1">
    <w:name w:val="Medium List 1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000000" w:themeColor="tex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shd w:val="clear" w:color="auto" w:fill="C0C0C0" w:themeFill="text1" w:themeFillTint="3F"/>
      </w:tcPr>
    </w:tblStylePr>
  </w:style>
  <w:style w:type="table" w:styleId="MediumList1-Accent1">
    <w:name w:val="Medium List 1 Accent 1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bottom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F81BD" w:themeColor="accen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shd w:val="clear" w:color="auto" w:fill="D3DFEE" w:themeFill="accent1" w:themeFillTint="3F"/>
      </w:tcPr>
    </w:tblStylePr>
  </w:style>
  <w:style w:type="table" w:styleId="MediumList1-Accent2">
    <w:name w:val="Medium List 1 Accent 2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bottom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C0504D" w:themeColor="accent2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shd w:val="clear" w:color="auto" w:fill="EFD3D2" w:themeFill="accent2" w:themeFillTint="3F"/>
      </w:tcPr>
    </w:tblStylePr>
  </w:style>
  <w:style w:type="table" w:styleId="MediumList1-Accent3">
    <w:name w:val="Medium List 1 Accent 3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bottom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9BBB59" w:themeColor="accent3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shd w:val="clear" w:color="auto" w:fill="E6EED5" w:themeFill="accent3" w:themeFillTint="3F"/>
      </w:tcPr>
    </w:tblStylePr>
  </w:style>
  <w:style w:type="table" w:styleId="MediumList1-Accent4">
    <w:name w:val="Medium List 1 Accent 4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bottom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8064A2" w:themeColor="accent4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shd w:val="clear" w:color="auto" w:fill="DFD8E8" w:themeFill="accent4" w:themeFillTint="3F"/>
      </w:tcPr>
    </w:tblStylePr>
  </w:style>
  <w:style w:type="table" w:styleId="MediumList1-Accent5">
    <w:name w:val="Medium List 1 Accent 5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bottom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BACC6" w:themeColor="accent5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shd w:val="clear" w:color="auto" w:fill="D2EAF1" w:themeFill="accent5" w:themeFillTint="3F"/>
      </w:tcPr>
    </w:tblStylePr>
  </w:style>
  <w:style w:type="table" w:styleId="MediumList1-Accent6">
    <w:name w:val="Medium List 1 Accent 6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bottom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F79646" w:themeColor="accent6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shd w:val="clear" w:color="auto" w:fill="FDE4D0" w:themeFill="accent6" w:themeFillTint="3F"/>
      </w:tcPr>
    </w:tblStylePr>
  </w:style>
  <w:style w:type="table" w:styleId="MediumList2">
    <w:name w:val="Medium List 2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0000" w:themeColor="tex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0000" w:themeColor="tex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000000" w:themeColor="tex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0C0C0" w:themeFill="tex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1">
    <w:name w:val="Medium List 2 Accent 1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F81BD" w:themeColor="accen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F81BD" w:themeColor="accen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F81BD" w:themeColor="accen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F81BD" w:themeColor="accen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3DFEE" w:themeFill="accen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2">
    <w:name w:val="Medium List 2 Accent 2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C0504D" w:themeColor="accent2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C0504D" w:themeColor="accent2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C0504D" w:themeColor="accent2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FD3D2" w:themeFill="accent2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3">
    <w:name w:val="Medium List 2 Accent 3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9BBB59" w:themeColor="accent3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9BBB59" w:themeColor="accent3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9BBB59" w:themeColor="accent3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6EED5" w:themeFill="accent3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4">
    <w:name w:val="Medium List 2 Accent 4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8064A2" w:themeColor="accent4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8064A2" w:themeColor="accent4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8064A2" w:themeColor="accent4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FD8E8" w:themeFill="accent4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5">
    <w:name w:val="Medium List 2 Accent 5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BACC6" w:themeColor="accent5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BACC6" w:themeColor="accent5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BACC6" w:themeColor="accent5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2EAF1" w:themeFill="accent5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6">
    <w:name w:val="Medium List 2 Accent 6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F79646" w:themeColor="accent6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F79646" w:themeColor="accent6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F79646" w:themeColor="accent6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DE4D0" w:themeFill="accent6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Grid1">
    <w:name w:val="Medium Grid 1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  <w:insideV w:val="single" w:sz="8" w:space="0" w:color="404040" w:themeColor="text1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404040" w:themeColor="tex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MediumGrid1-Accent1">
    <w:name w:val="Medium Grid 1 Accent 1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  <w:insideV w:val="single" w:sz="8" w:space="0" w:color="7BA0CD" w:themeColor="accent1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BA0CD" w:themeColor="accen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MediumGrid1-Accent2">
    <w:name w:val="Medium Grid 1 Accent 2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  <w:insideV w:val="single" w:sz="8" w:space="0" w:color="CF7B79" w:themeColor="accent2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CF7B79" w:themeColor="accent2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MediumGrid1-Accent3">
    <w:name w:val="Medium Grid 1 Accent 3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  <w:insideV w:val="single" w:sz="8" w:space="0" w:color="B3CC82" w:themeColor="accent3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B3CC82" w:themeColor="accent3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MediumGrid1-Accent4">
    <w:name w:val="Medium Grid 1 Accent 4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  <w:insideV w:val="single" w:sz="8" w:space="0" w:color="9F8AB9" w:themeColor="accent4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9F8AB9" w:themeColor="accent4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MediumGrid1-Accent5">
    <w:name w:val="Medium Grid 1 Accent 5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  <w:insideV w:val="single" w:sz="8" w:space="0" w:color="78C0D4" w:themeColor="accent5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8C0D4" w:themeColor="accent5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MediumGrid1-Accent6">
    <w:name w:val="Medium Grid 1 Accent 6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  <w:insideV w:val="single" w:sz="8" w:space="0" w:color="F9B074" w:themeColor="accent6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F9B074" w:themeColor="accent6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  <w:style w:type="table" w:styleId="MediumGrid2">
    <w:name w:val="Medium Grid 2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  <w:color w:val="000000" w:themeColor="text1"/>
      </w:rPr>
      <w:tblPr/>
      <w:tcPr>
        <w:shd w:val="clear" w:color="auto" w:fill="E6E6E6" w:themeFill="tex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CCCCC" w:themeFill="text1" w:themeFillTint="33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tcBorders>
          <w:insideH w:val="single" w:sz="6" w:space="0" w:color="000000" w:themeColor="text1"/>
          <w:insideV w:val="single" w:sz="6" w:space="0" w:color="000000" w:themeColor="text1"/>
        </w:tcBorders>
        <w:shd w:val="clear" w:color="auto" w:fill="808080" w:themeFill="tex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1">
    <w:name w:val="Medium Grid 2 Accent 1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  <w:color w:val="000000" w:themeColor="text1"/>
      </w:rPr>
      <w:tblPr/>
      <w:tcPr>
        <w:shd w:val="clear" w:color="auto" w:fill="EDF2F8" w:themeFill="accen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BE5F1" w:themeFill="accent1" w:themeFillTint="33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tcBorders>
          <w:insideH w:val="single" w:sz="6" w:space="0" w:color="4F81BD" w:themeColor="accent1"/>
          <w:insideV w:val="single" w:sz="6" w:space="0" w:color="4F81BD" w:themeColor="accent1"/>
        </w:tcBorders>
        <w:shd w:val="clear" w:color="auto" w:fill="A7BFDE" w:themeFill="accen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2">
    <w:name w:val="Medium Grid 2 Accent 2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  <w:color w:val="000000" w:themeColor="text1"/>
      </w:rPr>
      <w:tblPr/>
      <w:tcPr>
        <w:shd w:val="clear" w:color="auto" w:fill="F8EDED" w:themeFill="accent2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2DBDB" w:themeFill="accent2" w:themeFillTint="33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tcBorders>
          <w:insideH w:val="single" w:sz="6" w:space="0" w:color="C0504D" w:themeColor="accent2"/>
          <w:insideV w:val="single" w:sz="6" w:space="0" w:color="C0504D" w:themeColor="accent2"/>
        </w:tcBorders>
        <w:shd w:val="clear" w:color="auto" w:fill="DFA7A6" w:themeFill="accent2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3">
    <w:name w:val="Medium Grid 2 Accent 3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  <w:color w:val="000000" w:themeColor="text1"/>
      </w:rPr>
      <w:tblPr/>
      <w:tcPr>
        <w:shd w:val="clear" w:color="auto" w:fill="F5F8EE" w:themeFill="accent3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AF1DD" w:themeFill="accent3" w:themeFillTint="33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tcBorders>
          <w:insideH w:val="single" w:sz="6" w:space="0" w:color="9BBB59" w:themeColor="accent3"/>
          <w:insideV w:val="single" w:sz="6" w:space="0" w:color="9BBB59" w:themeColor="accent3"/>
        </w:tcBorders>
        <w:shd w:val="clear" w:color="auto" w:fill="CDDDAC" w:themeFill="accent3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4">
    <w:name w:val="Medium Grid 2 Accent 4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  <w:color w:val="000000" w:themeColor="text1"/>
      </w:rPr>
      <w:tblPr/>
      <w:tcPr>
        <w:shd w:val="clear" w:color="auto" w:fill="F2EFF6" w:themeFill="accent4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5DFEC" w:themeFill="accent4" w:themeFillTint="33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tcBorders>
          <w:insideH w:val="single" w:sz="6" w:space="0" w:color="8064A2" w:themeColor="accent4"/>
          <w:insideV w:val="single" w:sz="6" w:space="0" w:color="8064A2" w:themeColor="accent4"/>
        </w:tcBorders>
        <w:shd w:val="clear" w:color="auto" w:fill="BFB1D0" w:themeFill="accent4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5">
    <w:name w:val="Medium Grid 2 Accent 5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  <w:color w:val="000000" w:themeColor="text1"/>
      </w:rPr>
      <w:tblPr/>
      <w:tcPr>
        <w:shd w:val="clear" w:color="auto" w:fill="EDF6F9" w:themeFill="accent5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AEEF3" w:themeFill="accent5" w:themeFillTint="33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tcBorders>
          <w:insideH w:val="single" w:sz="6" w:space="0" w:color="4BACC6" w:themeColor="accent5"/>
          <w:insideV w:val="single" w:sz="6" w:space="0" w:color="4BACC6" w:themeColor="accent5"/>
        </w:tcBorders>
        <w:shd w:val="clear" w:color="auto" w:fill="A5D5E2" w:themeFill="accent5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6">
    <w:name w:val="Medium Grid 2 Accent 6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  <w:color w:val="000000" w:themeColor="text1"/>
      </w:rPr>
      <w:tblPr/>
      <w:tcPr>
        <w:shd w:val="clear" w:color="auto" w:fill="FEF4EC" w:themeFill="accent6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9D9" w:themeFill="accent6" w:themeFillTint="33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tcBorders>
          <w:insideH w:val="single" w:sz="6" w:space="0" w:color="F79646" w:themeColor="accent6"/>
          <w:insideV w:val="single" w:sz="6" w:space="0" w:color="F79646" w:themeColor="accent6"/>
        </w:tcBorders>
        <w:shd w:val="clear" w:color="auto" w:fill="FBCAA2" w:themeFill="accent6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3">
    <w:name w:val="Medium Grid 3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808080" w:themeFill="tex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808080" w:themeFill="text1" w:themeFillTint="7F"/>
      </w:tcPr>
    </w:tblStylePr>
  </w:style>
  <w:style w:type="table" w:styleId="MediumGrid3-Accent1">
    <w:name w:val="Medium Grid 3 Accent 1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7BFDE" w:themeFill="accen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7BFDE" w:themeFill="accent1" w:themeFillTint="7F"/>
      </w:tcPr>
    </w:tblStylePr>
  </w:style>
  <w:style w:type="table" w:styleId="MediumGrid3-Accent2">
    <w:name w:val="Medium Grid 3 Accent 2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DFA7A6" w:themeFill="accent2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DFA7A6" w:themeFill="accent2" w:themeFillTint="7F"/>
      </w:tcPr>
    </w:tblStylePr>
  </w:style>
  <w:style w:type="table" w:styleId="MediumGrid3-Accent3">
    <w:name w:val="Medium Grid 3 Accent 3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CDDDAC" w:themeFill="accent3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CDDDAC" w:themeFill="accent3" w:themeFillTint="7F"/>
      </w:tcPr>
    </w:tblStylePr>
  </w:style>
  <w:style w:type="table" w:styleId="MediumGrid3-Accent4">
    <w:name w:val="Medium Grid 3 Accent 4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BFB1D0" w:themeFill="accent4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BFB1D0" w:themeFill="accent4" w:themeFillTint="7F"/>
      </w:tcPr>
    </w:tblStylePr>
  </w:style>
  <w:style w:type="table" w:styleId="MediumGrid3-Accent5">
    <w:name w:val="Medium Grid 3 Accent 5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5D5E2" w:themeFill="accent5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5D5E2" w:themeFill="accent5" w:themeFillTint="7F"/>
      </w:tcPr>
    </w:tblStylePr>
  </w:style>
  <w:style w:type="table" w:styleId="MediumGrid3-Accent6">
    <w:name w:val="Medium Grid 3 Accent 6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BCAA2" w:themeFill="accent6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BCAA2" w:themeFill="accent6" w:themeFillTint="7F"/>
      </w:tcPr>
    </w:tblStylePr>
  </w:style>
  <w:style w:type="table" w:styleId="DarkList">
    <w:name w:val="Dark List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000000" w:themeFill="tex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</w:style>
  <w:style w:type="table" w:styleId="DarkList-Accent1">
    <w:name w:val="Dark List Accent 1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4F81BD" w:themeFill="accen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43F60" w:themeFill="accen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65F91" w:themeFill="accen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</w:style>
  <w:style w:type="table" w:styleId="DarkList-Accent2">
    <w:name w:val="Dark List Accent 2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504D" w:themeFill="accent2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622423" w:themeFill="accent2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943634" w:themeFill="accent2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</w:style>
  <w:style w:type="table" w:styleId="DarkList-Accent3">
    <w:name w:val="Dark List Accent 3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9BBB59" w:themeFill="accent3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4E6128" w:themeFill="accent3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76923C" w:themeFill="accent3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</w:style>
  <w:style w:type="table" w:styleId="DarkList-Accent4">
    <w:name w:val="Dark List Accent 4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8064A2" w:themeFill="accent4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3F3151" w:themeFill="accent4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5F497A" w:themeFill="accent4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</w:style>
  <w:style w:type="table" w:styleId="DarkList-Accent5">
    <w:name w:val="Dark List Accent 5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4BACC6" w:themeFill="accent5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05867" w:themeFill="accent5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1849B" w:themeFill="accent5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</w:style>
  <w:style w:type="table" w:styleId="DarkList-Accent6">
    <w:name w:val="Dark List Accent 6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79646" w:themeFill="accent6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974706" w:themeFill="accent6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E36C0A" w:themeFill="accent6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</w:style>
  <w:style w:type="table" w:styleId="ColorfulShading">
    <w:name w:val="Colorful Shading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6E6" w:themeFill="tex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000000" w:themeFill="tex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000000" w:themeColor="text1" w:themeShade="99"/>
          <w:insideV w:val="nil"/>
        </w:tcBorders>
        <w:shd w:val="clear" w:color="auto" w:fill="000000" w:themeFill="tex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808080" w:themeFill="tex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1">
    <w:name w:val="Colorful Shading Accent 1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4F81BD" w:themeColor="accent1"/>
        <w:bottom w:val="single" w:sz="4" w:space="0" w:color="4F81BD" w:themeColor="accent1"/>
        <w:right w:val="single" w:sz="4" w:space="0" w:color="4F81BD" w:themeColor="accent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2F8" w:themeFill="accen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C4C74" w:themeFill="accen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C4C74" w:themeColor="accent1" w:themeShade="99"/>
          <w:insideV w:val="nil"/>
        </w:tcBorders>
        <w:shd w:val="clear" w:color="auto" w:fill="2C4C74" w:themeFill="accen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C4C74" w:themeFill="accent1" w:themeFillShade="99"/>
      </w:tcPr>
    </w:tblStylePr>
    <w:tblStylePr w:type="band1Vert">
      <w:tblPr/>
      <w:tcPr>
        <w:shd w:val="clear" w:color="auto" w:fill="B8CCE4" w:themeFill="accent1" w:themeFillTint="66"/>
      </w:tcPr>
    </w:tblStylePr>
    <w:tblStylePr w:type="band1Horz">
      <w:tblPr/>
      <w:tcPr>
        <w:shd w:val="clear" w:color="auto" w:fill="A7BFDE" w:themeFill="accen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2">
    <w:name w:val="Colorful Shading Accent 2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C0504D" w:themeColor="accent2"/>
        <w:bottom w:val="single" w:sz="4" w:space="0" w:color="C0504D" w:themeColor="accent2"/>
        <w:right w:val="single" w:sz="4" w:space="0" w:color="C0504D" w:themeColor="accent2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8EDED" w:themeFill="accent2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772C2A" w:themeFill="accent2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772C2A" w:themeColor="accent2" w:themeShade="99"/>
          <w:insideV w:val="nil"/>
        </w:tcBorders>
        <w:shd w:val="clear" w:color="auto" w:fill="772C2A" w:themeFill="accent2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72C2A" w:themeFill="accent2" w:themeFillShade="99"/>
      </w:tcPr>
    </w:tblStylePr>
    <w:tblStylePr w:type="band1Vert">
      <w:tblPr/>
      <w:tcPr>
        <w:shd w:val="clear" w:color="auto" w:fill="E5B8B7" w:themeFill="accent2" w:themeFillTint="66"/>
      </w:tcPr>
    </w:tblStylePr>
    <w:tblStylePr w:type="band1Horz">
      <w:tblPr/>
      <w:tcPr>
        <w:shd w:val="clear" w:color="auto" w:fill="DFA7A6" w:themeFill="accent2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3">
    <w:name w:val="Colorful Shading Accent 3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8064A2" w:themeColor="accent4"/>
        <w:left w:val="single" w:sz="4" w:space="0" w:color="9BBB59" w:themeColor="accent3"/>
        <w:bottom w:val="single" w:sz="4" w:space="0" w:color="9BBB59" w:themeColor="accent3"/>
        <w:right w:val="single" w:sz="4" w:space="0" w:color="9BBB59" w:themeColor="accent3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5F8EE" w:themeFill="accent3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5E7530" w:themeFill="accent3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5E7530" w:themeColor="accent3" w:themeShade="99"/>
          <w:insideV w:val="nil"/>
        </w:tcBorders>
        <w:shd w:val="clear" w:color="auto" w:fill="5E7530" w:themeFill="accent3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E7530" w:themeFill="accent3" w:themeFillShade="99"/>
      </w:tcPr>
    </w:tblStylePr>
    <w:tblStylePr w:type="band1Vert">
      <w:tblPr/>
      <w:tcPr>
        <w:shd w:val="clear" w:color="auto" w:fill="D6E3BC" w:themeFill="accent3" w:themeFillTint="66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ColorfulShading-Accent4">
    <w:name w:val="Colorful Shading Accent 4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9BBB59" w:themeColor="accent3"/>
        <w:left w:val="single" w:sz="4" w:space="0" w:color="8064A2" w:themeColor="accent4"/>
        <w:bottom w:val="single" w:sz="4" w:space="0" w:color="8064A2" w:themeColor="accent4"/>
        <w:right w:val="single" w:sz="4" w:space="0" w:color="8064A2" w:themeColor="accent4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EFF6" w:themeFill="accent4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4C3B62" w:themeFill="accent4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4C3B62" w:themeColor="accent4" w:themeShade="99"/>
          <w:insideV w:val="nil"/>
        </w:tcBorders>
        <w:shd w:val="clear" w:color="auto" w:fill="4C3B62" w:themeFill="accent4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C3B62" w:themeFill="accent4" w:themeFillShade="99"/>
      </w:tcPr>
    </w:tblStylePr>
    <w:tblStylePr w:type="band1Vert">
      <w:tblPr/>
      <w:tcPr>
        <w:shd w:val="clear" w:color="auto" w:fill="CCC0D9" w:themeFill="accent4" w:themeFillTint="66"/>
      </w:tcPr>
    </w:tblStylePr>
    <w:tblStylePr w:type="band1Horz">
      <w:tblPr/>
      <w:tcPr>
        <w:shd w:val="clear" w:color="auto" w:fill="BFB1D0" w:themeFill="accent4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5">
    <w:name w:val="Colorful Shading Accent 5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F79646" w:themeColor="accent6"/>
        <w:left w:val="single" w:sz="4" w:space="0" w:color="4BACC6" w:themeColor="accent5"/>
        <w:bottom w:val="single" w:sz="4" w:space="0" w:color="4BACC6" w:themeColor="accent5"/>
        <w:right w:val="single" w:sz="4" w:space="0" w:color="4BACC6" w:themeColor="accent5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6F9" w:themeFill="accent5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76A7C" w:themeFill="accent5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76A7C" w:themeColor="accent5" w:themeShade="99"/>
          <w:insideV w:val="nil"/>
        </w:tcBorders>
        <w:shd w:val="clear" w:color="auto" w:fill="276A7C" w:themeFill="accent5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76A7C" w:themeFill="accent5" w:themeFillShade="99"/>
      </w:tcPr>
    </w:tblStylePr>
    <w:tblStylePr w:type="band1Vert">
      <w:tblPr/>
      <w:tcPr>
        <w:shd w:val="clear" w:color="auto" w:fill="B6DDE8" w:themeFill="accent5" w:themeFillTint="66"/>
      </w:tcPr>
    </w:tblStylePr>
    <w:tblStylePr w:type="band1Horz">
      <w:tblPr/>
      <w:tcPr>
        <w:shd w:val="clear" w:color="auto" w:fill="A5D5E2" w:themeFill="accent5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6">
    <w:name w:val="Colorful Shading Accent 6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4BACC6" w:themeColor="accent5"/>
        <w:left w:val="single" w:sz="4" w:space="0" w:color="F79646" w:themeColor="accent6"/>
        <w:bottom w:val="single" w:sz="4" w:space="0" w:color="F79646" w:themeColor="accent6"/>
        <w:right w:val="single" w:sz="4" w:space="0" w:color="F79646" w:themeColor="accent6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EF4EC" w:themeFill="accent6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B65608" w:themeFill="accent6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B65608" w:themeColor="accent6" w:themeShade="99"/>
          <w:insideV w:val="nil"/>
        </w:tcBorders>
        <w:shd w:val="clear" w:color="auto" w:fill="B65608" w:themeFill="accent6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65608" w:themeFill="accent6" w:themeFillShade="99"/>
      </w:tcPr>
    </w:tblStylePr>
    <w:tblStylePr w:type="band1Vert">
      <w:tblPr/>
      <w:tcPr>
        <w:shd w:val="clear" w:color="auto" w:fill="FBD4B4" w:themeFill="accent6" w:themeFillTint="66"/>
      </w:tcPr>
    </w:tblStylePr>
    <w:tblStylePr w:type="band1Horz">
      <w:tblPr/>
      <w:tcPr>
        <w:shd w:val="clear" w:color="auto" w:fill="FBCAA2" w:themeFill="accent6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List">
    <w:name w:val="Colorful List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6E6" w:themeFill="tex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ColorfulList-Accent1">
    <w:name w:val="Colorful List Accent 1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2F8" w:themeFill="accen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shd w:val="clear" w:color="auto" w:fill="DBE5F1" w:themeFill="accent1" w:themeFillTint="33"/>
      </w:tcPr>
    </w:tblStylePr>
  </w:style>
  <w:style w:type="table" w:styleId="ColorfulList-Accent2">
    <w:name w:val="Colorful List Accent 2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8EDED" w:themeFill="accent2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shd w:val="clear" w:color="auto" w:fill="F2DBDB" w:themeFill="accent2" w:themeFillTint="33"/>
      </w:tcPr>
    </w:tblStylePr>
  </w:style>
  <w:style w:type="table" w:styleId="ColorfulList-Accent3">
    <w:name w:val="Colorful List Accent 3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5F8EE" w:themeFill="accent3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664E82" w:themeFill="accent4" w:themeFillShade="CC"/>
      </w:tcPr>
    </w:tblStylePr>
    <w:tblStylePr w:type="lastRow">
      <w:rPr>
        <w:b/>
        <w:bCs/>
        <w:color w:val="664E82" w:themeColor="accent4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shd w:val="clear" w:color="auto" w:fill="EAF1DD" w:themeFill="accent3" w:themeFillTint="33"/>
      </w:tcPr>
    </w:tblStylePr>
  </w:style>
  <w:style w:type="table" w:styleId="ColorfulList-Accent4">
    <w:name w:val="Colorful List Accent 4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EFF6" w:themeFill="accent4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7E9C40" w:themeFill="accent3" w:themeFillShade="CC"/>
      </w:tcPr>
    </w:tblStylePr>
    <w:tblStylePr w:type="lastRow">
      <w:rPr>
        <w:b/>
        <w:bCs/>
        <w:color w:val="7E9C40" w:themeColor="accent3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shd w:val="clear" w:color="auto" w:fill="E5DFEC" w:themeFill="accent4" w:themeFillTint="33"/>
      </w:tcPr>
    </w:tblStylePr>
  </w:style>
  <w:style w:type="table" w:styleId="ColorfulList-Accent5">
    <w:name w:val="Colorful List Accent 5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6F9" w:themeFill="accent5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F2730A" w:themeFill="accent6" w:themeFillShade="CC"/>
      </w:tcPr>
    </w:tblStylePr>
    <w:tblStylePr w:type="lastRow">
      <w:rPr>
        <w:b/>
        <w:bCs/>
        <w:color w:val="F2730A" w:themeColor="accent6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shd w:val="clear" w:color="auto" w:fill="DAEEF3" w:themeFill="accent5" w:themeFillTint="33"/>
      </w:tcPr>
    </w:tblStylePr>
  </w:style>
  <w:style w:type="table" w:styleId="ColorfulList-Accent6">
    <w:name w:val="Colorful List Accent 6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EF4EC" w:themeFill="accent6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348DA5" w:themeFill="accent5" w:themeFillShade="CC"/>
      </w:tcPr>
    </w:tblStylePr>
    <w:tblStylePr w:type="lastRow">
      <w:rPr>
        <w:b/>
        <w:bCs/>
        <w:color w:val="348DA5" w:themeColor="accent5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shd w:val="clear" w:color="auto" w:fill="FDE9D9" w:themeFill="accent6" w:themeFillTint="33"/>
      </w:tcPr>
    </w:tblStylePr>
  </w:style>
  <w:style w:type="table" w:styleId="ColorfulGrid">
    <w:name w:val="Colorful Grid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CCCCC" w:themeFill="text1" w:themeFillTint="33"/>
    </w:tcPr>
    <w:tblStylePr w:type="firstRow">
      <w:rPr>
        <w:b/>
        <w:bCs/>
      </w:rPr>
      <w:tblPr/>
      <w:tcPr>
        <w:shd w:val="clear" w:color="auto" w:fill="999999" w:themeFill="tex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999999" w:themeFill="text1" w:themeFillTint="66"/>
      </w:tcPr>
    </w:tblStylePr>
    <w:tblStylePr w:type="fir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la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ColorfulGrid-Accent1">
    <w:name w:val="Colorful Grid Accent 1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BE5F1" w:themeFill="accent1" w:themeFillTint="33"/>
    </w:tcPr>
    <w:tblStylePr w:type="firstRow">
      <w:rPr>
        <w:b/>
        <w:bCs/>
      </w:rPr>
      <w:tblPr/>
      <w:tcPr>
        <w:shd w:val="clear" w:color="auto" w:fill="B8CCE4" w:themeFill="accen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8CCE4" w:themeFill="accent1" w:themeFillTint="66"/>
      </w:tcPr>
    </w:tblStylePr>
    <w:tblStylePr w:type="fir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la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ColorfulGrid-Accent2">
    <w:name w:val="Colorful Grid Accent 2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DBDB" w:themeFill="accent2" w:themeFillTint="33"/>
    </w:tcPr>
    <w:tblStylePr w:type="firstRow">
      <w:rPr>
        <w:b/>
        <w:bCs/>
      </w:rPr>
      <w:tblPr/>
      <w:tcPr>
        <w:shd w:val="clear" w:color="auto" w:fill="E5B8B7" w:themeFill="accent2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E5B8B7" w:themeFill="accent2" w:themeFillTint="66"/>
      </w:tcPr>
    </w:tblStylePr>
    <w:tblStylePr w:type="fir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la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ColorfulGrid-Accent3">
    <w:name w:val="Colorful Grid Accent 3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AF1DD" w:themeFill="accent3" w:themeFillTint="33"/>
    </w:tcPr>
    <w:tblStylePr w:type="firstRow">
      <w:rPr>
        <w:b/>
        <w:bCs/>
      </w:rPr>
      <w:tblPr/>
      <w:tcPr>
        <w:shd w:val="clear" w:color="auto" w:fill="D6E3BC" w:themeFill="accent3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D6E3BC" w:themeFill="accent3" w:themeFillTint="66"/>
      </w:tcPr>
    </w:tblStylePr>
    <w:tblStylePr w:type="fir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la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ColorfulGrid-Accent4">
    <w:name w:val="Colorful Grid Accent 4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5DFEC" w:themeFill="accent4" w:themeFillTint="33"/>
    </w:tcPr>
    <w:tblStylePr w:type="firstRow">
      <w:rPr>
        <w:b/>
        <w:bCs/>
      </w:rPr>
      <w:tblPr/>
      <w:tcPr>
        <w:shd w:val="clear" w:color="auto" w:fill="CCC0D9" w:themeFill="accent4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CCC0D9" w:themeFill="accent4" w:themeFillTint="66"/>
      </w:tcPr>
    </w:tblStylePr>
    <w:tblStylePr w:type="fir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la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ColorfulGrid-Accent5">
    <w:name w:val="Colorful Grid Accent 5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AEEF3" w:themeFill="accent5" w:themeFillTint="33"/>
    </w:tcPr>
    <w:tblStylePr w:type="firstRow">
      <w:rPr>
        <w:b/>
        <w:bCs/>
      </w:rPr>
      <w:tblPr/>
      <w:tcPr>
        <w:shd w:val="clear" w:color="auto" w:fill="B6DDE8" w:themeFill="accent5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6DDE8" w:themeFill="accent5" w:themeFillTint="66"/>
      </w:tcPr>
    </w:tblStylePr>
    <w:tblStylePr w:type="fir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la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ColorfulGrid-Accent6">
    <w:name w:val="Colorful Grid Accent 6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9D9" w:themeFill="accent6" w:themeFillTint="33"/>
    </w:tcPr>
    <w:tblStylePr w:type="firstRow">
      <w:rPr>
        <w:b/>
        <w:bCs/>
      </w:rPr>
      <w:tblPr/>
      <w:tcPr>
        <w:shd w:val="clear" w:color="auto" w:fill="FBD4B4" w:themeFill="accent6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BD4B4" w:themeFill="accent6" w:themeFillTint="66"/>
      </w:tcPr>
    </w:tblStylePr>
    <w:tblStylePr w:type="fir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la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FC693F"/>
  </w:style>
  <w:style w:type="paragraph" w:styleId="Heading1">
    <w:name w:val="heading 1"/>
    <w:basedOn w:val="Normal"/>
    <w:next w:val="Normal"/>
    <w:link w:val="Heading1Char"/>
    <w:uiPriority w:val="9"/>
    <w:qFormat/>
    <w:rsid w:val="00FC693F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FC693F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FC693F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FC693F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FC693F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FC693F"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FC693F"/>
    <w:pPr>
      <w:keepNext/>
      <w:keepLines/>
      <w:spacing w:before="200" w:after="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FC693F"/>
    <w:pPr>
      <w:keepNext/>
      <w:keepLines/>
      <w:spacing w:before="200" w:after="0"/>
      <w:outlineLvl w:val="7"/>
    </w:pPr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FC693F"/>
    <w:pPr>
      <w:keepNext/>
      <w:keepLines/>
      <w:spacing w:before="200" w:after="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Spacing">
    <w:name w:val="No Spacing"/>
    <w:uiPriority w:val="1"/>
    <w:qFormat/>
    <w:rsid w:val="00FC693F"/>
    <w:pPr>
      <w:spacing w:after="0" w:line="240" w:lineRule="auto"/>
    </w:pPr>
  </w:style>
  <w:style w:type="character" w:customStyle="1" w:styleId="Heading1Char">
    <w:name w:val="Heading 1 Char"/>
    <w:basedOn w:val="DefaultParagraphFont"/>
    <w:link w:val="Heading1"/>
    <w:uiPriority w:val="9"/>
    <w:rsid w:val="00FC693F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Heading2Char">
    <w:name w:val="Heading 2 Char"/>
    <w:basedOn w:val="DefaultParagraphFont"/>
    <w:link w:val="Heading2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Title">
    <w:name w:val="Title"/>
    <w:basedOn w:val="Normal"/>
    <w:next w:val="Normal"/>
    <w:link w:val="TitleChar"/>
    <w:uiPriority w:val="10"/>
    <w:qFormat/>
    <w:rsid w:val="00FC693F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FC693F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Subtitle">
    <w:name w:val="Subtitle"/>
    <w:basedOn w:val="Normal"/>
    <w:next w:val="Normal"/>
    <w:link w:val="SubtitleChar"/>
    <w:uiPriority w:val="11"/>
    <w:qFormat/>
    <w:rsid w:val="00FC693F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SubtitleChar">
    <w:name w:val="Subtitle Char"/>
    <w:basedOn w:val="DefaultParagraphFont"/>
    <w:link w:val="Subtitle"/>
    <w:uiPriority w:val="11"/>
    <w:rsid w:val="00FC693F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paragraph" w:styleId="ListParagraph">
    <w:name w:val="List Paragraph"/>
    <w:basedOn w:val="Normal"/>
    <w:uiPriority w:val="34"/>
    <w:qFormat/>
    <w:rsid w:val="00FC693F"/>
    <w:pPr>
      <w:ind w:left="720"/>
      <w:contextualSpacing/>
    </w:pPr>
  </w:style>
  <w:style w:type="paragraph" w:styleId="BodyText">
    <w:name w:val="Body Text"/>
    <w:basedOn w:val="Normal"/>
    <w:link w:val="BodyTextChar"/>
    <w:uiPriority w:val="99"/>
    <w:unhideWhenUsed/>
    <w:rsid w:val="00AA1D8D"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99"/>
    <w:rsid w:val="00AA1D8D"/>
  </w:style>
  <w:style w:type="paragraph" w:styleId="BodyText2">
    <w:name w:val="Body Text 2"/>
    <w:basedOn w:val="Normal"/>
    <w:link w:val="BodyText2Char"/>
    <w:uiPriority w:val="99"/>
    <w:unhideWhenUsed/>
    <w:rsid w:val="00AA1D8D"/>
    <w:pPr>
      <w:spacing w:after="120" w:line="480" w:lineRule="auto"/>
    </w:pPr>
  </w:style>
  <w:style w:type="character" w:customStyle="1" w:styleId="BodyText2Char">
    <w:name w:val="Body Text 2 Char"/>
    <w:basedOn w:val="DefaultParagraphFont"/>
    <w:link w:val="BodyText2"/>
    <w:uiPriority w:val="99"/>
    <w:rsid w:val="00AA1D8D"/>
  </w:style>
  <w:style w:type="paragraph" w:styleId="BodyText3">
    <w:name w:val="Body Text 3"/>
    <w:basedOn w:val="Normal"/>
    <w:link w:val="BodyText3Char"/>
    <w:uiPriority w:val="99"/>
    <w:unhideWhenUsed/>
    <w:rsid w:val="00AA1D8D"/>
    <w:pPr>
      <w:spacing w:after="120"/>
    </w:pPr>
    <w:rPr>
      <w:sz w:val="16"/>
      <w:szCs w:val="16"/>
    </w:rPr>
  </w:style>
  <w:style w:type="character" w:customStyle="1" w:styleId="BodyText3Char">
    <w:name w:val="Body Text 3 Char"/>
    <w:basedOn w:val="DefaultParagraphFont"/>
    <w:link w:val="BodyText3"/>
    <w:uiPriority w:val="99"/>
    <w:rsid w:val="00AA1D8D"/>
    <w:rPr>
      <w:sz w:val="16"/>
      <w:szCs w:val="16"/>
    </w:rPr>
  </w:style>
  <w:style w:type="paragraph" w:styleId="List">
    <w:name w:val="List"/>
    <w:basedOn w:val="Normal"/>
    <w:uiPriority w:val="99"/>
    <w:unhideWhenUsed/>
    <w:rsid w:val="00AA1D8D"/>
    <w:pPr>
      <w:ind w:left="360" w:hanging="360"/>
      <w:contextualSpacing/>
    </w:pPr>
  </w:style>
  <w:style w:type="paragraph" w:styleId="List2">
    <w:name w:val="List 2"/>
    <w:basedOn w:val="Normal"/>
    <w:uiPriority w:val="99"/>
    <w:unhideWhenUsed/>
    <w:rsid w:val="00326F90"/>
    <w:pPr>
      <w:ind w:left="720" w:hanging="360"/>
      <w:contextualSpacing/>
    </w:pPr>
  </w:style>
  <w:style w:type="paragraph" w:styleId="List3">
    <w:name w:val="List 3"/>
    <w:basedOn w:val="Normal"/>
    <w:uiPriority w:val="99"/>
    <w:unhideWhenUsed/>
    <w:rsid w:val="00326F90"/>
    <w:pPr>
      <w:ind w:left="1080" w:hanging="360"/>
      <w:contextualSpacing/>
    </w:pPr>
  </w:style>
  <w:style w:type="paragraph" w:styleId="ListBullet">
    <w:name w:val="List Bullet"/>
    <w:basedOn w:val="Normal"/>
    <w:uiPriority w:val="99"/>
    <w:unhideWhenUsed/>
    <w:rsid w:val="00326F90"/>
    <w:pPr>
      <w:numPr>
        <w:numId w:val="1"/>
      </w:numPr>
      <w:contextualSpacing/>
    </w:pPr>
  </w:style>
  <w:style w:type="paragraph" w:styleId="ListBullet2">
    <w:name w:val="List Bullet 2"/>
    <w:basedOn w:val="Normal"/>
    <w:uiPriority w:val="99"/>
    <w:unhideWhenUsed/>
    <w:rsid w:val="00326F90"/>
    <w:pPr>
      <w:numPr>
        <w:numId w:val="2"/>
      </w:numPr>
      <w:contextualSpacing/>
    </w:pPr>
  </w:style>
  <w:style w:type="paragraph" w:styleId="ListBullet3">
    <w:name w:val="List Bullet 3"/>
    <w:basedOn w:val="Normal"/>
    <w:uiPriority w:val="99"/>
    <w:unhideWhenUsed/>
    <w:rsid w:val="00326F90"/>
    <w:pPr>
      <w:numPr>
        <w:numId w:val="3"/>
      </w:numPr>
      <w:contextualSpacing/>
    </w:pPr>
  </w:style>
  <w:style w:type="paragraph" w:styleId="ListNumber">
    <w:name w:val="List Number"/>
    <w:basedOn w:val="Normal"/>
    <w:uiPriority w:val="99"/>
    <w:unhideWhenUsed/>
    <w:rsid w:val="00326F90"/>
    <w:pPr>
      <w:numPr>
        <w:numId w:val="5"/>
      </w:numPr>
      <w:contextualSpacing/>
    </w:pPr>
  </w:style>
  <w:style w:type="paragraph" w:styleId="ListNumber2">
    <w:name w:val="List Number 2"/>
    <w:basedOn w:val="Normal"/>
    <w:uiPriority w:val="99"/>
    <w:unhideWhenUsed/>
    <w:rsid w:val="0029639D"/>
    <w:pPr>
      <w:numPr>
        <w:numId w:val="6"/>
      </w:numPr>
      <w:contextualSpacing/>
    </w:pPr>
  </w:style>
  <w:style w:type="paragraph" w:styleId="ListNumber3">
    <w:name w:val="List Number 3"/>
    <w:basedOn w:val="Normal"/>
    <w:uiPriority w:val="99"/>
    <w:unhideWhenUsed/>
    <w:rsid w:val="0029639D"/>
    <w:pPr>
      <w:numPr>
        <w:numId w:val="7"/>
      </w:numPr>
      <w:contextualSpacing/>
    </w:pPr>
  </w:style>
  <w:style w:type="paragraph" w:styleId="ListContinue">
    <w:name w:val="List Continue"/>
    <w:basedOn w:val="Normal"/>
    <w:uiPriority w:val="99"/>
    <w:unhideWhenUsed/>
    <w:rsid w:val="0029639D"/>
    <w:pPr>
      <w:spacing w:after="120"/>
      <w:ind w:left="360"/>
      <w:contextualSpacing/>
    </w:pPr>
  </w:style>
  <w:style w:type="paragraph" w:styleId="ListContinue2">
    <w:name w:val="List Continue 2"/>
    <w:basedOn w:val="Normal"/>
    <w:uiPriority w:val="99"/>
    <w:unhideWhenUsed/>
    <w:rsid w:val="0029639D"/>
    <w:pPr>
      <w:spacing w:after="120"/>
      <w:ind w:left="720"/>
      <w:contextualSpacing/>
    </w:pPr>
  </w:style>
  <w:style w:type="paragraph" w:styleId="ListContinue3">
    <w:name w:val="List Continue 3"/>
    <w:basedOn w:val="Normal"/>
    <w:uiPriority w:val="99"/>
    <w:unhideWhenUsed/>
    <w:rsid w:val="0029639D"/>
    <w:pPr>
      <w:spacing w:after="120"/>
      <w:ind w:left="1080"/>
      <w:contextualSpacing/>
    </w:pPr>
  </w:style>
  <w:style w:type="paragraph" w:styleId="MacroText">
    <w:name w:val="macro"/>
    <w:link w:val="MacroTextChar"/>
    <w:uiPriority w:val="99"/>
    <w:unhideWhenUsed/>
    <w:rsid w:val="0029639D"/>
    <w:pPr>
      <w:tabs>
        <w:tab w:val="left" w:pos="576"/>
        <w:tab w:val="left" w:pos="1152"/>
        <w:tab w:val="left" w:pos="1728"/>
        <w:tab w:val="left" w:pos="2304"/>
        <w:tab w:val="left" w:pos="2880"/>
        <w:tab w:val="left" w:pos="3456"/>
        <w:tab w:val="left" w:pos="4032"/>
      </w:tabs>
    </w:pPr>
    <w:rPr>
      <w:rFonts w:ascii="Courier" w:hAnsi="Courier"/>
      <w:sz w:val="20"/>
      <w:szCs w:val="20"/>
    </w:rPr>
  </w:style>
  <w:style w:type="character" w:customStyle="1" w:styleId="MacroTextChar">
    <w:name w:val="Macro Text Char"/>
    <w:basedOn w:val="DefaultParagraphFont"/>
    <w:link w:val="MacroText"/>
    <w:uiPriority w:val="99"/>
    <w:rsid w:val="0029639D"/>
    <w:rPr>
      <w:rFonts w:ascii="Courier" w:hAnsi="Courier"/>
      <w:sz w:val="20"/>
      <w:szCs w:val="20"/>
    </w:rPr>
  </w:style>
  <w:style w:type="paragraph" w:styleId="Quote">
    <w:name w:val="Quote"/>
    <w:basedOn w:val="Normal"/>
    <w:next w:val="Normal"/>
    <w:link w:val="QuoteChar"/>
    <w:uiPriority w:val="29"/>
    <w:qFormat/>
    <w:rsid w:val="00FC693F"/>
    <w:rPr>
      <w:i/>
      <w:iCs/>
      <w:color w:val="000000" w:themeColor="text1"/>
    </w:rPr>
  </w:style>
  <w:style w:type="character" w:customStyle="1" w:styleId="QuoteChar">
    <w:name w:val="Quote Char"/>
    <w:basedOn w:val="DefaultParagraphFont"/>
    <w:link w:val="Quote"/>
    <w:uiPriority w:val="29"/>
    <w:rsid w:val="00FC693F"/>
    <w:rPr>
      <w:i/>
      <w:iCs/>
      <w:color w:val="000000" w:themeColor="text1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FC693F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FC693F"/>
    <w:rPr>
      <w:rFonts w:asciiTheme="majorHAnsi" w:eastAsiaTheme="majorEastAsia" w:hAnsiTheme="majorHAnsi" w:cstheme="majorBidi"/>
      <w:color w:val="243F60" w:themeColor="accent1" w:themeShade="7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FC693F"/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FC693F"/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styleId="Caption">
    <w:name w:val="caption"/>
    <w:basedOn w:val="Normal"/>
    <w:next w:val="Normal"/>
    <w:uiPriority w:val="35"/>
    <w:semiHidden/>
    <w:unhideWhenUsed/>
    <w:qFormat/>
    <w:rsid w:val="00FC693F"/>
    <w:pPr>
      <w:spacing w:line="240" w:lineRule="auto"/>
    </w:pPr>
    <w:rPr>
      <w:b/>
      <w:bCs/>
      <w:color w:val="4F81BD" w:themeColor="accent1"/>
      <w:sz w:val="18"/>
      <w:szCs w:val="18"/>
    </w:rPr>
  </w:style>
  <w:style w:type="character" w:styleId="Strong">
    <w:name w:val="Strong"/>
    <w:basedOn w:val="DefaultParagraphFont"/>
    <w:uiPriority w:val="22"/>
    <w:qFormat/>
    <w:rsid w:val="00FC693F"/>
    <w:rPr>
      <w:b/>
      <w:bCs/>
    </w:rPr>
  </w:style>
  <w:style w:type="character" w:styleId="Emphasis">
    <w:name w:val="Emphasis"/>
    <w:basedOn w:val="DefaultParagraphFont"/>
    <w:uiPriority w:val="20"/>
    <w:qFormat/>
    <w:rsid w:val="00FC693F"/>
    <w:rPr>
      <w:i/>
      <w:iCs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FC693F"/>
    <w:pPr>
      <w:pBdr>
        <w:bottom w:val="single" w:sz="4" w:space="4" w:color="4F81BD" w:themeColor="accent1"/>
      </w:pBdr>
      <w:spacing w:before="200" w:after="280"/>
      <w:ind w:left="936" w:right="936"/>
    </w:pPr>
    <w:rPr>
      <w:b/>
      <w:bCs/>
      <w:i/>
      <w:iCs/>
      <w:color w:val="4F81BD" w:themeColor="accent1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FC693F"/>
    <w:rPr>
      <w:b/>
      <w:bCs/>
      <w:i/>
      <w:iCs/>
      <w:color w:val="4F81BD" w:themeColor="accent1"/>
    </w:rPr>
  </w:style>
  <w:style w:type="character" w:styleId="SubtleEmphasis">
    <w:name w:val="Subtle Emphasis"/>
    <w:basedOn w:val="DefaultParagraphFont"/>
    <w:uiPriority w:val="19"/>
    <w:qFormat/>
    <w:rsid w:val="00FC693F"/>
    <w:rPr>
      <w:i/>
      <w:iCs/>
      <w:color w:val="808080" w:themeColor="text1" w:themeTint="7F"/>
    </w:rPr>
  </w:style>
  <w:style w:type="character" w:styleId="IntenseEmphasis">
    <w:name w:val="Intense Emphasis"/>
    <w:basedOn w:val="DefaultParagraphFont"/>
    <w:uiPriority w:val="21"/>
    <w:qFormat/>
    <w:rsid w:val="00FC693F"/>
    <w:rPr>
      <w:b/>
      <w:bCs/>
      <w:i/>
      <w:iCs/>
      <w:color w:val="4F81BD" w:themeColor="accent1"/>
    </w:rPr>
  </w:style>
  <w:style w:type="character" w:styleId="SubtleReference">
    <w:name w:val="Subtle Reference"/>
    <w:basedOn w:val="DefaultParagraphFont"/>
    <w:uiPriority w:val="31"/>
    <w:qFormat/>
    <w:rsid w:val="00FC693F"/>
    <w:rPr>
      <w:smallCaps/>
      <w:color w:val="C0504D" w:themeColor="accent2"/>
      <w:u w:val="single"/>
    </w:rPr>
  </w:style>
  <w:style w:type="character" w:styleId="IntenseReference">
    <w:name w:val="Intense Reference"/>
    <w:basedOn w:val="DefaultParagraphFont"/>
    <w:uiPriority w:val="32"/>
    <w:qFormat/>
    <w:rsid w:val="00FC693F"/>
    <w:rPr>
      <w:b/>
      <w:bCs/>
      <w:smallCaps/>
      <w:color w:val="C0504D" w:themeColor="accent2"/>
      <w:spacing w:val="5"/>
      <w:u w:val="single"/>
    </w:rPr>
  </w:style>
  <w:style w:type="character" w:styleId="BookTitle">
    <w:name w:val="Book Title"/>
    <w:basedOn w:val="DefaultParagraphFont"/>
    <w:uiPriority w:val="33"/>
    <w:qFormat/>
    <w:rsid w:val="00FC693F"/>
    <w:rPr>
      <w:b/>
      <w:bCs/>
      <w:smallCaps/>
      <w:spacing w:val="5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FC693F"/>
    <w:pPr>
      <w:outlineLvl w:val="9"/>
    </w:pPr>
  </w:style>
  <w:style w:type="table" w:styleId="TableGrid">
    <w:name w:val="Table Grid"/>
    <w:basedOn w:val="TableNormal"/>
    <w:uiPriority w:val="59"/>
    <w:rsid w:val="00FC693F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LightShading">
    <w:name w:val="Light Shading"/>
    <w:basedOn w:val="TableNormal"/>
    <w:uiPriority w:val="60"/>
    <w:rsid w:val="00FC693F"/>
    <w:pPr>
      <w:spacing w:after="0" w:line="240" w:lineRule="auto"/>
    </w:pPr>
    <w:rPr>
      <w:color w:val="000000" w:themeColor="text1" w:themeShade="BF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styleId="LightShading-Accent1">
    <w:name w:val="Light Shading Accent 1"/>
    <w:basedOn w:val="TableNormal"/>
    <w:uiPriority w:val="60"/>
    <w:rsid w:val="00FC693F"/>
    <w:pPr>
      <w:spacing w:after="0" w:line="240" w:lineRule="auto"/>
    </w:pPr>
    <w:rPr>
      <w:color w:val="365F91" w:themeColor="accent1" w:themeShade="BF"/>
    </w:rPr>
    <w:tblPr>
      <w:tblStyleRowBandSize w:val="1"/>
      <w:tblStyleColBandSize w:val="1"/>
      <w:tblInd w:w="0" w:type="dxa"/>
      <w:tblBorders>
        <w:top w:val="single" w:sz="8" w:space="0" w:color="4F81BD" w:themeColor="accent1"/>
        <w:bottom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</w:style>
  <w:style w:type="table" w:styleId="LightShading-Accent2">
    <w:name w:val="Light Shading Accent 2"/>
    <w:basedOn w:val="TableNormal"/>
    <w:uiPriority w:val="60"/>
    <w:rsid w:val="00FC693F"/>
    <w:pPr>
      <w:spacing w:after="0" w:line="240" w:lineRule="auto"/>
    </w:pPr>
    <w:rPr>
      <w:color w:val="943634" w:themeColor="accent2" w:themeShade="BF"/>
    </w:rPr>
    <w:tblPr>
      <w:tblStyleRowBandSize w:val="1"/>
      <w:tblStyleColBandSize w:val="1"/>
      <w:tblInd w:w="0" w:type="dxa"/>
      <w:tblBorders>
        <w:top w:val="single" w:sz="8" w:space="0" w:color="C0504D" w:themeColor="accent2"/>
        <w:bottom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</w:style>
  <w:style w:type="table" w:styleId="LightShading-Accent3">
    <w:name w:val="Light Shading Accent 3"/>
    <w:basedOn w:val="TableNormal"/>
    <w:uiPriority w:val="60"/>
    <w:rsid w:val="00FC693F"/>
    <w:pPr>
      <w:spacing w:after="0" w:line="240" w:lineRule="auto"/>
    </w:pPr>
    <w:rPr>
      <w:color w:val="76923C" w:themeColor="accent3" w:themeShade="BF"/>
    </w:rPr>
    <w:tblPr>
      <w:tblStyleRowBandSize w:val="1"/>
      <w:tblStyleColBandSize w:val="1"/>
      <w:tblInd w:w="0" w:type="dxa"/>
      <w:tblBorders>
        <w:top w:val="single" w:sz="8" w:space="0" w:color="9BBB59" w:themeColor="accent3"/>
        <w:bottom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</w:style>
  <w:style w:type="table" w:styleId="LightShading-Accent4">
    <w:name w:val="Light Shading Accent 4"/>
    <w:basedOn w:val="TableNormal"/>
    <w:uiPriority w:val="60"/>
    <w:rsid w:val="00FC693F"/>
    <w:pPr>
      <w:spacing w:after="0" w:line="240" w:lineRule="auto"/>
    </w:pPr>
    <w:rPr>
      <w:color w:val="5F497A" w:themeColor="accent4" w:themeShade="BF"/>
    </w:rPr>
    <w:tblPr>
      <w:tblStyleRowBandSize w:val="1"/>
      <w:tblStyleColBandSize w:val="1"/>
      <w:tblInd w:w="0" w:type="dxa"/>
      <w:tblBorders>
        <w:top w:val="single" w:sz="8" w:space="0" w:color="8064A2" w:themeColor="accent4"/>
        <w:bottom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</w:style>
  <w:style w:type="table" w:styleId="LightShading-Accent5">
    <w:name w:val="Light Shading Accent 5"/>
    <w:basedOn w:val="TableNormal"/>
    <w:uiPriority w:val="60"/>
    <w:rsid w:val="00FC693F"/>
    <w:pPr>
      <w:spacing w:after="0" w:line="240" w:lineRule="auto"/>
    </w:pPr>
    <w:rPr>
      <w:color w:val="31849B" w:themeColor="accent5" w:themeShade="BF"/>
    </w:rPr>
    <w:tblPr>
      <w:tblStyleRowBandSize w:val="1"/>
      <w:tblStyleColBandSize w:val="1"/>
      <w:tblInd w:w="0" w:type="dxa"/>
      <w:tblBorders>
        <w:top w:val="single" w:sz="8" w:space="0" w:color="4BACC6" w:themeColor="accent5"/>
        <w:bottom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</w:style>
  <w:style w:type="table" w:styleId="LightShading-Accent6">
    <w:name w:val="Light Shading Accent 6"/>
    <w:basedOn w:val="TableNormal"/>
    <w:uiPriority w:val="60"/>
    <w:rsid w:val="00FC693F"/>
    <w:pPr>
      <w:spacing w:after="0" w:line="240" w:lineRule="auto"/>
    </w:pPr>
    <w:rPr>
      <w:color w:val="E36C0A" w:themeColor="accent6" w:themeShade="BF"/>
    </w:rPr>
    <w:tblPr>
      <w:tblStyleRowBandSize w:val="1"/>
      <w:tblStyleColBandSize w:val="1"/>
      <w:tblInd w:w="0" w:type="dxa"/>
      <w:tblBorders>
        <w:top w:val="single" w:sz="8" w:space="0" w:color="F79646" w:themeColor="accent6"/>
        <w:bottom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</w:style>
  <w:style w:type="table" w:styleId="LightList">
    <w:name w:val="Light List"/>
    <w:basedOn w:val="TableNormal"/>
    <w:uiPriority w:val="61"/>
    <w:rsid w:val="00FC693F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</w:style>
  <w:style w:type="table" w:styleId="LightList-Accent1">
    <w:name w:val="Light List Accent 1"/>
    <w:basedOn w:val="TableNormal"/>
    <w:uiPriority w:val="61"/>
    <w:rsid w:val="00FC693F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</w:style>
  <w:style w:type="table" w:styleId="LightList-Accent2">
    <w:name w:val="Light List Accent 2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</w:style>
  <w:style w:type="table" w:styleId="LightList-Accent3">
    <w:name w:val="Light List Accent 3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</w:style>
  <w:style w:type="table" w:styleId="LightList-Accent4">
    <w:name w:val="Light List Accent 4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</w:style>
  <w:style w:type="table" w:styleId="LightList-Accent5">
    <w:name w:val="Light List Accent 5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</w:style>
  <w:style w:type="table" w:styleId="LightList-Accent6">
    <w:name w:val="Light List Accent 6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</w:style>
  <w:style w:type="table" w:styleId="LightGrid">
    <w:name w:val="Light Grid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table" w:styleId="LightGrid-Accent1">
    <w:name w:val="Light Grid Accent 1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styleId="LightGrid-Accent2">
    <w:name w:val="Light Grid Accent 2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1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  <w:shd w:val="clear" w:color="auto" w:fill="EFD3D2" w:themeFill="accent2" w:themeFillTint="3F"/>
      </w:tcPr>
    </w:tblStylePr>
    <w:tblStylePr w:type="band2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</w:tcPr>
    </w:tblStylePr>
  </w:style>
  <w:style w:type="table" w:styleId="LightGrid-Accent3">
    <w:name w:val="Light Grid Accent 3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1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  <w:shd w:val="clear" w:color="auto" w:fill="E6EED5" w:themeFill="accent3" w:themeFillTint="3F"/>
      </w:tcPr>
    </w:tblStylePr>
    <w:tblStylePr w:type="band2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</w:tcPr>
    </w:tblStylePr>
  </w:style>
  <w:style w:type="table" w:styleId="LightGrid-Accent4">
    <w:name w:val="Light Grid Accent 4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1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  <w:shd w:val="clear" w:color="auto" w:fill="DFD8E8" w:themeFill="accent4" w:themeFillTint="3F"/>
      </w:tcPr>
    </w:tblStylePr>
    <w:tblStylePr w:type="band2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</w:tcPr>
    </w:tblStylePr>
  </w:style>
  <w:style w:type="table" w:styleId="LightGrid-Accent5">
    <w:name w:val="Light Grid Accent 5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1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  <w:shd w:val="clear" w:color="auto" w:fill="D2EAF1" w:themeFill="accent5" w:themeFillTint="3F"/>
      </w:tcPr>
    </w:tblStylePr>
    <w:tblStylePr w:type="band2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</w:tcPr>
    </w:tblStylePr>
  </w:style>
  <w:style w:type="table" w:styleId="LightGrid-Accent6">
    <w:name w:val="Light Grid Accent 6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1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  <w:shd w:val="clear" w:color="auto" w:fill="FDE4D0" w:themeFill="accent6" w:themeFillTint="3F"/>
      </w:tcPr>
    </w:tblStylePr>
    <w:tblStylePr w:type="band2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</w:tcPr>
    </w:tblStylePr>
  </w:style>
  <w:style w:type="table" w:styleId="MediumShading1">
    <w:name w:val="Medium Shading 1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0C0C0" w:themeFill="tex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1">
    <w:name w:val="Medium Shading 1 Accent 1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3DFEE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2">
    <w:name w:val="Medium Shading 1 Accent 2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FD3D2" w:themeFill="accent2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3">
    <w:name w:val="Medium Shading 1 Accent 3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6EED5" w:themeFill="accent3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4">
    <w:name w:val="Medium Shading 1 Accent 4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FD8E8" w:themeFill="accent4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5">
    <w:name w:val="Medium Shading 1 Accent 5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2EAF1" w:themeFill="accent5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6">
    <w:name w:val="Medium Shading 1 Accent 6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DE4D0" w:themeFill="accent6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2">
    <w:name w:val="Medium Shading 2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1">
    <w:name w:val="Medium Shading 2 Accent 1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2">
    <w:name w:val="Medium Shading 2 Accent 2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3">
    <w:name w:val="Medium Shading 2 Accent 3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4">
    <w:name w:val="Medium Shading 2 Accent 4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5">
    <w:name w:val="Medium Shading 2 Accent 5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6">
    <w:name w:val="Medium Shading 2 Accent 6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List1">
    <w:name w:val="Medium List 1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000000" w:themeColor="tex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shd w:val="clear" w:color="auto" w:fill="C0C0C0" w:themeFill="text1" w:themeFillTint="3F"/>
      </w:tcPr>
    </w:tblStylePr>
  </w:style>
  <w:style w:type="table" w:styleId="MediumList1-Accent1">
    <w:name w:val="Medium List 1 Accent 1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bottom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F81BD" w:themeColor="accen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shd w:val="clear" w:color="auto" w:fill="D3DFEE" w:themeFill="accent1" w:themeFillTint="3F"/>
      </w:tcPr>
    </w:tblStylePr>
  </w:style>
  <w:style w:type="table" w:styleId="MediumList1-Accent2">
    <w:name w:val="Medium List 1 Accent 2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bottom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C0504D" w:themeColor="accent2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shd w:val="clear" w:color="auto" w:fill="EFD3D2" w:themeFill="accent2" w:themeFillTint="3F"/>
      </w:tcPr>
    </w:tblStylePr>
  </w:style>
  <w:style w:type="table" w:styleId="MediumList1-Accent3">
    <w:name w:val="Medium List 1 Accent 3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bottom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9BBB59" w:themeColor="accent3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shd w:val="clear" w:color="auto" w:fill="E6EED5" w:themeFill="accent3" w:themeFillTint="3F"/>
      </w:tcPr>
    </w:tblStylePr>
  </w:style>
  <w:style w:type="table" w:styleId="MediumList1-Accent4">
    <w:name w:val="Medium List 1 Accent 4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bottom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8064A2" w:themeColor="accent4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shd w:val="clear" w:color="auto" w:fill="DFD8E8" w:themeFill="accent4" w:themeFillTint="3F"/>
      </w:tcPr>
    </w:tblStylePr>
  </w:style>
  <w:style w:type="table" w:styleId="MediumList1-Accent5">
    <w:name w:val="Medium List 1 Accent 5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bottom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BACC6" w:themeColor="accent5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shd w:val="clear" w:color="auto" w:fill="D2EAF1" w:themeFill="accent5" w:themeFillTint="3F"/>
      </w:tcPr>
    </w:tblStylePr>
  </w:style>
  <w:style w:type="table" w:styleId="MediumList1-Accent6">
    <w:name w:val="Medium List 1 Accent 6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bottom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F79646" w:themeColor="accent6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shd w:val="clear" w:color="auto" w:fill="FDE4D0" w:themeFill="accent6" w:themeFillTint="3F"/>
      </w:tcPr>
    </w:tblStylePr>
  </w:style>
  <w:style w:type="table" w:styleId="MediumList2">
    <w:name w:val="Medium List 2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0000" w:themeColor="tex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0000" w:themeColor="tex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000000" w:themeColor="tex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0C0C0" w:themeFill="tex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1">
    <w:name w:val="Medium List 2 Accent 1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F81BD" w:themeColor="accen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F81BD" w:themeColor="accen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F81BD" w:themeColor="accen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F81BD" w:themeColor="accen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3DFEE" w:themeFill="accen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2">
    <w:name w:val="Medium List 2 Accent 2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C0504D" w:themeColor="accent2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C0504D" w:themeColor="accent2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C0504D" w:themeColor="accent2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FD3D2" w:themeFill="accent2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3">
    <w:name w:val="Medium List 2 Accent 3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9BBB59" w:themeColor="accent3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9BBB59" w:themeColor="accent3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9BBB59" w:themeColor="accent3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6EED5" w:themeFill="accent3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4">
    <w:name w:val="Medium List 2 Accent 4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8064A2" w:themeColor="accent4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8064A2" w:themeColor="accent4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8064A2" w:themeColor="accent4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FD8E8" w:themeFill="accent4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5">
    <w:name w:val="Medium List 2 Accent 5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BACC6" w:themeColor="accent5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BACC6" w:themeColor="accent5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BACC6" w:themeColor="accent5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2EAF1" w:themeFill="accent5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6">
    <w:name w:val="Medium List 2 Accent 6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F79646" w:themeColor="accent6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F79646" w:themeColor="accent6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F79646" w:themeColor="accent6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DE4D0" w:themeFill="accent6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Grid1">
    <w:name w:val="Medium Grid 1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  <w:insideV w:val="single" w:sz="8" w:space="0" w:color="404040" w:themeColor="text1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404040" w:themeColor="tex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MediumGrid1-Accent1">
    <w:name w:val="Medium Grid 1 Accent 1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  <w:insideV w:val="single" w:sz="8" w:space="0" w:color="7BA0CD" w:themeColor="accent1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BA0CD" w:themeColor="accen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MediumGrid1-Accent2">
    <w:name w:val="Medium Grid 1 Accent 2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  <w:insideV w:val="single" w:sz="8" w:space="0" w:color="CF7B79" w:themeColor="accent2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CF7B79" w:themeColor="accent2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MediumGrid1-Accent3">
    <w:name w:val="Medium Grid 1 Accent 3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  <w:insideV w:val="single" w:sz="8" w:space="0" w:color="B3CC82" w:themeColor="accent3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B3CC82" w:themeColor="accent3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MediumGrid1-Accent4">
    <w:name w:val="Medium Grid 1 Accent 4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  <w:insideV w:val="single" w:sz="8" w:space="0" w:color="9F8AB9" w:themeColor="accent4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9F8AB9" w:themeColor="accent4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MediumGrid1-Accent5">
    <w:name w:val="Medium Grid 1 Accent 5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  <w:insideV w:val="single" w:sz="8" w:space="0" w:color="78C0D4" w:themeColor="accent5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8C0D4" w:themeColor="accent5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MediumGrid1-Accent6">
    <w:name w:val="Medium Grid 1 Accent 6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  <w:insideV w:val="single" w:sz="8" w:space="0" w:color="F9B074" w:themeColor="accent6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F9B074" w:themeColor="accent6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  <w:style w:type="table" w:styleId="MediumGrid2">
    <w:name w:val="Medium Grid 2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  <w:color w:val="000000" w:themeColor="text1"/>
      </w:rPr>
      <w:tblPr/>
      <w:tcPr>
        <w:shd w:val="clear" w:color="auto" w:fill="E6E6E6" w:themeFill="tex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CCCCC" w:themeFill="text1" w:themeFillTint="33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tcBorders>
          <w:insideH w:val="single" w:sz="6" w:space="0" w:color="000000" w:themeColor="text1"/>
          <w:insideV w:val="single" w:sz="6" w:space="0" w:color="000000" w:themeColor="text1"/>
        </w:tcBorders>
        <w:shd w:val="clear" w:color="auto" w:fill="808080" w:themeFill="tex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1">
    <w:name w:val="Medium Grid 2 Accent 1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  <w:color w:val="000000" w:themeColor="text1"/>
      </w:rPr>
      <w:tblPr/>
      <w:tcPr>
        <w:shd w:val="clear" w:color="auto" w:fill="EDF2F8" w:themeFill="accen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BE5F1" w:themeFill="accent1" w:themeFillTint="33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tcBorders>
          <w:insideH w:val="single" w:sz="6" w:space="0" w:color="4F81BD" w:themeColor="accent1"/>
          <w:insideV w:val="single" w:sz="6" w:space="0" w:color="4F81BD" w:themeColor="accent1"/>
        </w:tcBorders>
        <w:shd w:val="clear" w:color="auto" w:fill="A7BFDE" w:themeFill="accen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2">
    <w:name w:val="Medium Grid 2 Accent 2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  <w:color w:val="000000" w:themeColor="text1"/>
      </w:rPr>
      <w:tblPr/>
      <w:tcPr>
        <w:shd w:val="clear" w:color="auto" w:fill="F8EDED" w:themeFill="accent2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2DBDB" w:themeFill="accent2" w:themeFillTint="33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tcBorders>
          <w:insideH w:val="single" w:sz="6" w:space="0" w:color="C0504D" w:themeColor="accent2"/>
          <w:insideV w:val="single" w:sz="6" w:space="0" w:color="C0504D" w:themeColor="accent2"/>
        </w:tcBorders>
        <w:shd w:val="clear" w:color="auto" w:fill="DFA7A6" w:themeFill="accent2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3">
    <w:name w:val="Medium Grid 2 Accent 3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  <w:color w:val="000000" w:themeColor="text1"/>
      </w:rPr>
      <w:tblPr/>
      <w:tcPr>
        <w:shd w:val="clear" w:color="auto" w:fill="F5F8EE" w:themeFill="accent3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AF1DD" w:themeFill="accent3" w:themeFillTint="33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tcBorders>
          <w:insideH w:val="single" w:sz="6" w:space="0" w:color="9BBB59" w:themeColor="accent3"/>
          <w:insideV w:val="single" w:sz="6" w:space="0" w:color="9BBB59" w:themeColor="accent3"/>
        </w:tcBorders>
        <w:shd w:val="clear" w:color="auto" w:fill="CDDDAC" w:themeFill="accent3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4">
    <w:name w:val="Medium Grid 2 Accent 4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  <w:color w:val="000000" w:themeColor="text1"/>
      </w:rPr>
      <w:tblPr/>
      <w:tcPr>
        <w:shd w:val="clear" w:color="auto" w:fill="F2EFF6" w:themeFill="accent4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5DFEC" w:themeFill="accent4" w:themeFillTint="33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tcBorders>
          <w:insideH w:val="single" w:sz="6" w:space="0" w:color="8064A2" w:themeColor="accent4"/>
          <w:insideV w:val="single" w:sz="6" w:space="0" w:color="8064A2" w:themeColor="accent4"/>
        </w:tcBorders>
        <w:shd w:val="clear" w:color="auto" w:fill="BFB1D0" w:themeFill="accent4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5">
    <w:name w:val="Medium Grid 2 Accent 5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  <w:color w:val="000000" w:themeColor="text1"/>
      </w:rPr>
      <w:tblPr/>
      <w:tcPr>
        <w:shd w:val="clear" w:color="auto" w:fill="EDF6F9" w:themeFill="accent5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AEEF3" w:themeFill="accent5" w:themeFillTint="33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tcBorders>
          <w:insideH w:val="single" w:sz="6" w:space="0" w:color="4BACC6" w:themeColor="accent5"/>
          <w:insideV w:val="single" w:sz="6" w:space="0" w:color="4BACC6" w:themeColor="accent5"/>
        </w:tcBorders>
        <w:shd w:val="clear" w:color="auto" w:fill="A5D5E2" w:themeFill="accent5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6">
    <w:name w:val="Medium Grid 2 Accent 6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  <w:color w:val="000000" w:themeColor="text1"/>
      </w:rPr>
      <w:tblPr/>
      <w:tcPr>
        <w:shd w:val="clear" w:color="auto" w:fill="FEF4EC" w:themeFill="accent6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9D9" w:themeFill="accent6" w:themeFillTint="33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tcBorders>
          <w:insideH w:val="single" w:sz="6" w:space="0" w:color="F79646" w:themeColor="accent6"/>
          <w:insideV w:val="single" w:sz="6" w:space="0" w:color="F79646" w:themeColor="accent6"/>
        </w:tcBorders>
        <w:shd w:val="clear" w:color="auto" w:fill="FBCAA2" w:themeFill="accent6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3">
    <w:name w:val="Medium Grid 3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808080" w:themeFill="tex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808080" w:themeFill="text1" w:themeFillTint="7F"/>
      </w:tcPr>
    </w:tblStylePr>
  </w:style>
  <w:style w:type="table" w:styleId="MediumGrid3-Accent1">
    <w:name w:val="Medium Grid 3 Accent 1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7BFDE" w:themeFill="accen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7BFDE" w:themeFill="accent1" w:themeFillTint="7F"/>
      </w:tcPr>
    </w:tblStylePr>
  </w:style>
  <w:style w:type="table" w:styleId="MediumGrid3-Accent2">
    <w:name w:val="Medium Grid 3 Accent 2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DFA7A6" w:themeFill="accent2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DFA7A6" w:themeFill="accent2" w:themeFillTint="7F"/>
      </w:tcPr>
    </w:tblStylePr>
  </w:style>
  <w:style w:type="table" w:styleId="MediumGrid3-Accent3">
    <w:name w:val="Medium Grid 3 Accent 3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CDDDAC" w:themeFill="accent3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CDDDAC" w:themeFill="accent3" w:themeFillTint="7F"/>
      </w:tcPr>
    </w:tblStylePr>
  </w:style>
  <w:style w:type="table" w:styleId="MediumGrid3-Accent4">
    <w:name w:val="Medium Grid 3 Accent 4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BFB1D0" w:themeFill="accent4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BFB1D0" w:themeFill="accent4" w:themeFillTint="7F"/>
      </w:tcPr>
    </w:tblStylePr>
  </w:style>
  <w:style w:type="table" w:styleId="MediumGrid3-Accent5">
    <w:name w:val="Medium Grid 3 Accent 5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5D5E2" w:themeFill="accent5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5D5E2" w:themeFill="accent5" w:themeFillTint="7F"/>
      </w:tcPr>
    </w:tblStylePr>
  </w:style>
  <w:style w:type="table" w:styleId="MediumGrid3-Accent6">
    <w:name w:val="Medium Grid 3 Accent 6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BCAA2" w:themeFill="accent6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BCAA2" w:themeFill="accent6" w:themeFillTint="7F"/>
      </w:tcPr>
    </w:tblStylePr>
  </w:style>
  <w:style w:type="table" w:styleId="DarkList">
    <w:name w:val="Dark List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000000" w:themeFill="tex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</w:style>
  <w:style w:type="table" w:styleId="DarkList-Accent1">
    <w:name w:val="Dark List Accent 1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4F81BD" w:themeFill="accen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43F60" w:themeFill="accen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65F91" w:themeFill="accen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</w:style>
  <w:style w:type="table" w:styleId="DarkList-Accent2">
    <w:name w:val="Dark List Accent 2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504D" w:themeFill="accent2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622423" w:themeFill="accent2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943634" w:themeFill="accent2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</w:style>
  <w:style w:type="table" w:styleId="DarkList-Accent3">
    <w:name w:val="Dark List Accent 3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9BBB59" w:themeFill="accent3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4E6128" w:themeFill="accent3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76923C" w:themeFill="accent3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</w:style>
  <w:style w:type="table" w:styleId="DarkList-Accent4">
    <w:name w:val="Dark List Accent 4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8064A2" w:themeFill="accent4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3F3151" w:themeFill="accent4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5F497A" w:themeFill="accent4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</w:style>
  <w:style w:type="table" w:styleId="DarkList-Accent5">
    <w:name w:val="Dark List Accent 5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4BACC6" w:themeFill="accent5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05867" w:themeFill="accent5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1849B" w:themeFill="accent5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</w:style>
  <w:style w:type="table" w:styleId="DarkList-Accent6">
    <w:name w:val="Dark List Accent 6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79646" w:themeFill="accent6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974706" w:themeFill="accent6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E36C0A" w:themeFill="accent6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</w:style>
  <w:style w:type="table" w:styleId="ColorfulShading">
    <w:name w:val="Colorful Shading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6E6" w:themeFill="tex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000000" w:themeFill="tex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000000" w:themeColor="text1" w:themeShade="99"/>
          <w:insideV w:val="nil"/>
        </w:tcBorders>
        <w:shd w:val="clear" w:color="auto" w:fill="000000" w:themeFill="tex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808080" w:themeFill="tex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1">
    <w:name w:val="Colorful Shading Accent 1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4F81BD" w:themeColor="accent1"/>
        <w:bottom w:val="single" w:sz="4" w:space="0" w:color="4F81BD" w:themeColor="accent1"/>
        <w:right w:val="single" w:sz="4" w:space="0" w:color="4F81BD" w:themeColor="accent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2F8" w:themeFill="accen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C4C74" w:themeFill="accen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C4C74" w:themeColor="accent1" w:themeShade="99"/>
          <w:insideV w:val="nil"/>
        </w:tcBorders>
        <w:shd w:val="clear" w:color="auto" w:fill="2C4C74" w:themeFill="accen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C4C74" w:themeFill="accent1" w:themeFillShade="99"/>
      </w:tcPr>
    </w:tblStylePr>
    <w:tblStylePr w:type="band1Vert">
      <w:tblPr/>
      <w:tcPr>
        <w:shd w:val="clear" w:color="auto" w:fill="B8CCE4" w:themeFill="accent1" w:themeFillTint="66"/>
      </w:tcPr>
    </w:tblStylePr>
    <w:tblStylePr w:type="band1Horz">
      <w:tblPr/>
      <w:tcPr>
        <w:shd w:val="clear" w:color="auto" w:fill="A7BFDE" w:themeFill="accen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2">
    <w:name w:val="Colorful Shading Accent 2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C0504D" w:themeColor="accent2"/>
        <w:bottom w:val="single" w:sz="4" w:space="0" w:color="C0504D" w:themeColor="accent2"/>
        <w:right w:val="single" w:sz="4" w:space="0" w:color="C0504D" w:themeColor="accent2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8EDED" w:themeFill="accent2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772C2A" w:themeFill="accent2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772C2A" w:themeColor="accent2" w:themeShade="99"/>
          <w:insideV w:val="nil"/>
        </w:tcBorders>
        <w:shd w:val="clear" w:color="auto" w:fill="772C2A" w:themeFill="accent2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72C2A" w:themeFill="accent2" w:themeFillShade="99"/>
      </w:tcPr>
    </w:tblStylePr>
    <w:tblStylePr w:type="band1Vert">
      <w:tblPr/>
      <w:tcPr>
        <w:shd w:val="clear" w:color="auto" w:fill="E5B8B7" w:themeFill="accent2" w:themeFillTint="66"/>
      </w:tcPr>
    </w:tblStylePr>
    <w:tblStylePr w:type="band1Horz">
      <w:tblPr/>
      <w:tcPr>
        <w:shd w:val="clear" w:color="auto" w:fill="DFA7A6" w:themeFill="accent2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3">
    <w:name w:val="Colorful Shading Accent 3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8064A2" w:themeColor="accent4"/>
        <w:left w:val="single" w:sz="4" w:space="0" w:color="9BBB59" w:themeColor="accent3"/>
        <w:bottom w:val="single" w:sz="4" w:space="0" w:color="9BBB59" w:themeColor="accent3"/>
        <w:right w:val="single" w:sz="4" w:space="0" w:color="9BBB59" w:themeColor="accent3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5F8EE" w:themeFill="accent3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5E7530" w:themeFill="accent3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5E7530" w:themeColor="accent3" w:themeShade="99"/>
          <w:insideV w:val="nil"/>
        </w:tcBorders>
        <w:shd w:val="clear" w:color="auto" w:fill="5E7530" w:themeFill="accent3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E7530" w:themeFill="accent3" w:themeFillShade="99"/>
      </w:tcPr>
    </w:tblStylePr>
    <w:tblStylePr w:type="band1Vert">
      <w:tblPr/>
      <w:tcPr>
        <w:shd w:val="clear" w:color="auto" w:fill="D6E3BC" w:themeFill="accent3" w:themeFillTint="66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ColorfulShading-Accent4">
    <w:name w:val="Colorful Shading Accent 4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9BBB59" w:themeColor="accent3"/>
        <w:left w:val="single" w:sz="4" w:space="0" w:color="8064A2" w:themeColor="accent4"/>
        <w:bottom w:val="single" w:sz="4" w:space="0" w:color="8064A2" w:themeColor="accent4"/>
        <w:right w:val="single" w:sz="4" w:space="0" w:color="8064A2" w:themeColor="accent4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EFF6" w:themeFill="accent4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4C3B62" w:themeFill="accent4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4C3B62" w:themeColor="accent4" w:themeShade="99"/>
          <w:insideV w:val="nil"/>
        </w:tcBorders>
        <w:shd w:val="clear" w:color="auto" w:fill="4C3B62" w:themeFill="accent4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C3B62" w:themeFill="accent4" w:themeFillShade="99"/>
      </w:tcPr>
    </w:tblStylePr>
    <w:tblStylePr w:type="band1Vert">
      <w:tblPr/>
      <w:tcPr>
        <w:shd w:val="clear" w:color="auto" w:fill="CCC0D9" w:themeFill="accent4" w:themeFillTint="66"/>
      </w:tcPr>
    </w:tblStylePr>
    <w:tblStylePr w:type="band1Horz">
      <w:tblPr/>
      <w:tcPr>
        <w:shd w:val="clear" w:color="auto" w:fill="BFB1D0" w:themeFill="accent4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5">
    <w:name w:val="Colorful Shading Accent 5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F79646" w:themeColor="accent6"/>
        <w:left w:val="single" w:sz="4" w:space="0" w:color="4BACC6" w:themeColor="accent5"/>
        <w:bottom w:val="single" w:sz="4" w:space="0" w:color="4BACC6" w:themeColor="accent5"/>
        <w:right w:val="single" w:sz="4" w:space="0" w:color="4BACC6" w:themeColor="accent5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6F9" w:themeFill="accent5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76A7C" w:themeFill="accent5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76A7C" w:themeColor="accent5" w:themeShade="99"/>
          <w:insideV w:val="nil"/>
        </w:tcBorders>
        <w:shd w:val="clear" w:color="auto" w:fill="276A7C" w:themeFill="accent5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76A7C" w:themeFill="accent5" w:themeFillShade="99"/>
      </w:tcPr>
    </w:tblStylePr>
    <w:tblStylePr w:type="band1Vert">
      <w:tblPr/>
      <w:tcPr>
        <w:shd w:val="clear" w:color="auto" w:fill="B6DDE8" w:themeFill="accent5" w:themeFillTint="66"/>
      </w:tcPr>
    </w:tblStylePr>
    <w:tblStylePr w:type="band1Horz">
      <w:tblPr/>
      <w:tcPr>
        <w:shd w:val="clear" w:color="auto" w:fill="A5D5E2" w:themeFill="accent5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6">
    <w:name w:val="Colorful Shading Accent 6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4BACC6" w:themeColor="accent5"/>
        <w:left w:val="single" w:sz="4" w:space="0" w:color="F79646" w:themeColor="accent6"/>
        <w:bottom w:val="single" w:sz="4" w:space="0" w:color="F79646" w:themeColor="accent6"/>
        <w:right w:val="single" w:sz="4" w:space="0" w:color="F79646" w:themeColor="accent6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EF4EC" w:themeFill="accent6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B65608" w:themeFill="accent6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B65608" w:themeColor="accent6" w:themeShade="99"/>
          <w:insideV w:val="nil"/>
        </w:tcBorders>
        <w:shd w:val="clear" w:color="auto" w:fill="B65608" w:themeFill="accent6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65608" w:themeFill="accent6" w:themeFillShade="99"/>
      </w:tcPr>
    </w:tblStylePr>
    <w:tblStylePr w:type="band1Vert">
      <w:tblPr/>
      <w:tcPr>
        <w:shd w:val="clear" w:color="auto" w:fill="FBD4B4" w:themeFill="accent6" w:themeFillTint="66"/>
      </w:tcPr>
    </w:tblStylePr>
    <w:tblStylePr w:type="band1Horz">
      <w:tblPr/>
      <w:tcPr>
        <w:shd w:val="clear" w:color="auto" w:fill="FBCAA2" w:themeFill="accent6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List">
    <w:name w:val="Colorful List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6E6" w:themeFill="tex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ColorfulList-Accent1">
    <w:name w:val="Colorful List Accent 1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2F8" w:themeFill="accen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shd w:val="clear" w:color="auto" w:fill="DBE5F1" w:themeFill="accent1" w:themeFillTint="33"/>
      </w:tcPr>
    </w:tblStylePr>
  </w:style>
  <w:style w:type="table" w:styleId="ColorfulList-Accent2">
    <w:name w:val="Colorful List Accent 2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8EDED" w:themeFill="accent2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shd w:val="clear" w:color="auto" w:fill="F2DBDB" w:themeFill="accent2" w:themeFillTint="33"/>
      </w:tcPr>
    </w:tblStylePr>
  </w:style>
  <w:style w:type="table" w:styleId="ColorfulList-Accent3">
    <w:name w:val="Colorful List Accent 3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5F8EE" w:themeFill="accent3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664E82" w:themeFill="accent4" w:themeFillShade="CC"/>
      </w:tcPr>
    </w:tblStylePr>
    <w:tblStylePr w:type="lastRow">
      <w:rPr>
        <w:b/>
        <w:bCs/>
        <w:color w:val="664E82" w:themeColor="accent4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shd w:val="clear" w:color="auto" w:fill="EAF1DD" w:themeFill="accent3" w:themeFillTint="33"/>
      </w:tcPr>
    </w:tblStylePr>
  </w:style>
  <w:style w:type="table" w:styleId="ColorfulList-Accent4">
    <w:name w:val="Colorful List Accent 4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EFF6" w:themeFill="accent4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7E9C40" w:themeFill="accent3" w:themeFillShade="CC"/>
      </w:tcPr>
    </w:tblStylePr>
    <w:tblStylePr w:type="lastRow">
      <w:rPr>
        <w:b/>
        <w:bCs/>
        <w:color w:val="7E9C40" w:themeColor="accent3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shd w:val="clear" w:color="auto" w:fill="E5DFEC" w:themeFill="accent4" w:themeFillTint="33"/>
      </w:tcPr>
    </w:tblStylePr>
  </w:style>
  <w:style w:type="table" w:styleId="ColorfulList-Accent5">
    <w:name w:val="Colorful List Accent 5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6F9" w:themeFill="accent5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F2730A" w:themeFill="accent6" w:themeFillShade="CC"/>
      </w:tcPr>
    </w:tblStylePr>
    <w:tblStylePr w:type="lastRow">
      <w:rPr>
        <w:b/>
        <w:bCs/>
        <w:color w:val="F2730A" w:themeColor="accent6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shd w:val="clear" w:color="auto" w:fill="DAEEF3" w:themeFill="accent5" w:themeFillTint="33"/>
      </w:tcPr>
    </w:tblStylePr>
  </w:style>
  <w:style w:type="table" w:styleId="ColorfulList-Accent6">
    <w:name w:val="Colorful List Accent 6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EF4EC" w:themeFill="accent6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348DA5" w:themeFill="accent5" w:themeFillShade="CC"/>
      </w:tcPr>
    </w:tblStylePr>
    <w:tblStylePr w:type="lastRow">
      <w:rPr>
        <w:b/>
        <w:bCs/>
        <w:color w:val="348DA5" w:themeColor="accent5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shd w:val="clear" w:color="auto" w:fill="FDE9D9" w:themeFill="accent6" w:themeFillTint="33"/>
      </w:tcPr>
    </w:tblStylePr>
  </w:style>
  <w:style w:type="table" w:styleId="ColorfulGrid">
    <w:name w:val="Colorful Grid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CCCCC" w:themeFill="text1" w:themeFillTint="33"/>
    </w:tcPr>
    <w:tblStylePr w:type="firstRow">
      <w:rPr>
        <w:b/>
        <w:bCs/>
      </w:rPr>
      <w:tblPr/>
      <w:tcPr>
        <w:shd w:val="clear" w:color="auto" w:fill="999999" w:themeFill="tex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999999" w:themeFill="text1" w:themeFillTint="66"/>
      </w:tcPr>
    </w:tblStylePr>
    <w:tblStylePr w:type="fir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la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ColorfulGrid-Accent1">
    <w:name w:val="Colorful Grid Accent 1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BE5F1" w:themeFill="accent1" w:themeFillTint="33"/>
    </w:tcPr>
    <w:tblStylePr w:type="firstRow">
      <w:rPr>
        <w:b/>
        <w:bCs/>
      </w:rPr>
      <w:tblPr/>
      <w:tcPr>
        <w:shd w:val="clear" w:color="auto" w:fill="B8CCE4" w:themeFill="accen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8CCE4" w:themeFill="accent1" w:themeFillTint="66"/>
      </w:tcPr>
    </w:tblStylePr>
    <w:tblStylePr w:type="fir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la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ColorfulGrid-Accent2">
    <w:name w:val="Colorful Grid Accent 2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DBDB" w:themeFill="accent2" w:themeFillTint="33"/>
    </w:tcPr>
    <w:tblStylePr w:type="firstRow">
      <w:rPr>
        <w:b/>
        <w:bCs/>
      </w:rPr>
      <w:tblPr/>
      <w:tcPr>
        <w:shd w:val="clear" w:color="auto" w:fill="E5B8B7" w:themeFill="accent2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E5B8B7" w:themeFill="accent2" w:themeFillTint="66"/>
      </w:tcPr>
    </w:tblStylePr>
    <w:tblStylePr w:type="fir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la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ColorfulGrid-Accent3">
    <w:name w:val="Colorful Grid Accent 3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AF1DD" w:themeFill="accent3" w:themeFillTint="33"/>
    </w:tcPr>
    <w:tblStylePr w:type="firstRow">
      <w:rPr>
        <w:b/>
        <w:bCs/>
      </w:rPr>
      <w:tblPr/>
      <w:tcPr>
        <w:shd w:val="clear" w:color="auto" w:fill="D6E3BC" w:themeFill="accent3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D6E3BC" w:themeFill="accent3" w:themeFillTint="66"/>
      </w:tcPr>
    </w:tblStylePr>
    <w:tblStylePr w:type="fir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la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ColorfulGrid-Accent4">
    <w:name w:val="Colorful Grid Accent 4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5DFEC" w:themeFill="accent4" w:themeFillTint="33"/>
    </w:tcPr>
    <w:tblStylePr w:type="firstRow">
      <w:rPr>
        <w:b/>
        <w:bCs/>
      </w:rPr>
      <w:tblPr/>
      <w:tcPr>
        <w:shd w:val="clear" w:color="auto" w:fill="CCC0D9" w:themeFill="accent4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CCC0D9" w:themeFill="accent4" w:themeFillTint="66"/>
      </w:tcPr>
    </w:tblStylePr>
    <w:tblStylePr w:type="fir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la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ColorfulGrid-Accent5">
    <w:name w:val="Colorful Grid Accent 5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AEEF3" w:themeFill="accent5" w:themeFillTint="33"/>
    </w:tcPr>
    <w:tblStylePr w:type="firstRow">
      <w:rPr>
        <w:b/>
        <w:bCs/>
      </w:rPr>
      <w:tblPr/>
      <w:tcPr>
        <w:shd w:val="clear" w:color="auto" w:fill="B6DDE8" w:themeFill="accent5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6DDE8" w:themeFill="accent5" w:themeFillTint="66"/>
      </w:tcPr>
    </w:tblStylePr>
    <w:tblStylePr w:type="fir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la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ColorfulGrid-Accent6">
    <w:name w:val="Colorful Grid Accent 6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9D9" w:themeFill="accent6" w:themeFillTint="33"/>
    </w:tcPr>
    <w:tblStylePr w:type="firstRow">
      <w:rPr>
        <w:b/>
        <w:bCs/>
      </w:rPr>
      <w:tblPr/>
      <w:tcPr>
        <w:shd w:val="clear" w:color="auto" w:fill="FBD4B4" w:themeFill="accent6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BD4B4" w:themeFill="accent6" w:themeFillTint="66"/>
      </w:tcPr>
    </w:tblStylePr>
    <w:tblStylePr w:type="fir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la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'1.0' encoding='UTF-8' standalone='yes'?>
<Relationships xmlns="http://schemas.openxmlformats.org/package/2006/relationships"><Relationship Id="rId3" Type="http://schemas.openxmlformats.org/officeDocument/2006/relationships/styles" Target="styles.xml"/><Relationship Id="rId4" Type="http://schemas.microsoft.com/office/2007/relationships/stylesWithEffects" Target="stylesWithEffects.xml"/><Relationship Id="rId5" Type="http://schemas.openxmlformats.org/officeDocument/2006/relationships/settings" Target="settings.xml"/><Relationship Id="rId6" Type="http://schemas.openxmlformats.org/officeDocument/2006/relationships/webSettings" Target="webSettings.xml"/><Relationship Id="rId7" Type="http://schemas.openxmlformats.org/officeDocument/2006/relationships/fontTable" Target="fontTable.xml"/><Relationship Id="rId8" Type="http://schemas.openxmlformats.org/officeDocument/2006/relationships/theme" Target="theme/theme1.xml"/><Relationship Id="rId1" Type="http://schemas.openxmlformats.org/officeDocument/2006/relationships/customXml" Target="../customXml/item1.xml"/><Relationship Id="rId2" Type="http://schemas.openxmlformats.org/officeDocument/2006/relationships/numbering" Target="numbering.xml"/><Relationship Id="rId9" Type="http://schemas.openxmlformats.org/officeDocument/2006/relationships/image" Target="media/image1.png"/><Relationship Id="rId10" Type="http://schemas.openxmlformats.org/officeDocument/2006/relationships/image" Target="media/image2.png"/><Relationship Id="rId11" Type="http://schemas.openxmlformats.org/officeDocument/2006/relationships/image" Target="media/image3.png"/><Relationship Id="rId12" Type="http://schemas.openxmlformats.org/officeDocument/2006/relationships/image" Target="media/image4.png"/><Relationship Id="rId13" Type="http://schemas.openxmlformats.org/officeDocument/2006/relationships/image" Target="media/image5.png"/><Relationship Id="rId14" Type="http://schemas.openxmlformats.org/officeDocument/2006/relationships/image" Target="media/image6.png"/><Relationship Id="rId15" Type="http://schemas.openxmlformats.org/officeDocument/2006/relationships/image" Target="media/image7.png"/><Relationship Id="rId16" Type="http://schemas.openxmlformats.org/officeDocument/2006/relationships/image" Target="media/image8.png"/><Relationship Id="rId17" Type="http://schemas.openxmlformats.org/officeDocument/2006/relationships/image" Target="media/image9.png"/><Relationship Id="rId18" Type="http://schemas.openxmlformats.org/officeDocument/2006/relationships/image" Target="media/image10.png"/><Relationship Id="rId19" Type="http://schemas.openxmlformats.org/officeDocument/2006/relationships/image" Target="media/image11.png"/><Relationship Id="rId20" Type="http://schemas.openxmlformats.org/officeDocument/2006/relationships/image" Target="media/image12.png"/><Relationship Id="rId21" Type="http://schemas.openxmlformats.org/officeDocument/2006/relationships/image" Target="media/image13.png"/><Relationship Id="rId22" Type="http://schemas.openxmlformats.org/officeDocument/2006/relationships/image" Target="media/image14.png"/><Relationship Id="rId23" Type="http://schemas.openxmlformats.org/officeDocument/2006/relationships/image" Target="media/image15.png"/><Relationship Id="rId24" Type="http://schemas.openxmlformats.org/officeDocument/2006/relationships/image" Target="media/image16.png"/><Relationship Id="rId25" Type="http://schemas.openxmlformats.org/officeDocument/2006/relationships/image" Target="media/image17.png"/><Relationship Id="rId26" Type="http://schemas.openxmlformats.org/officeDocument/2006/relationships/image" Target="media/image18.png"/><Relationship Id="rId27" Type="http://schemas.openxmlformats.org/officeDocument/2006/relationships/image" Target="media/image19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'1.0' encoding='UTF-8' standalone='yes'?>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EF278816-EC6F-A645-907D-7F25AECB1D4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0</Words>
  <Characters>0</Characters>
  <Application>Microsoft Macintosh Word</Application>
  <DocSecurity>0</DocSecurity>
  <Lines>0</Lines>
  <Paragraphs>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Manager/>
  <Company/>
  <LinksUpToDate>false</LinksUpToDate>
  <CharactersWithSpaces>0</CharactersWithSpaces>
  <SharedDoc>false</SharedDoc>
  <HyperlinkBase/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python-docx</dc:creator>
  <cp:keywords/>
  <dc:description>generated by python-docx</dc:description>
  <cp:lastModifiedBy/>
  <cp:revision>1</cp:revision>
  <dcterms:created xsi:type="dcterms:W3CDTF">2013-12-23T23:15:00Z</dcterms:created>
  <dcterms:modified xsi:type="dcterms:W3CDTF">2013-12-23T23:15:00Z</dcterms:modified>
  <cp:category/>
</cp:coreProperties>
</file>