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不要錯過豪華獎品！如何通過不和諧設置事件通知</w:t>
      </w:r>
    </w:p>
    <w:p>
      <w:r>
        <w:t>在開始</w:t>
      </w:r>
    </w:p>
    <w:p>
      <w:r>
        <w:t>您是否曾經想過參加一個有趣的活動時忘記了？Discord提供事件功能以避免這種情況。這次，我將介紹如何使用此功能來確保參與活動並最大化獎勵。</w:t>
      </w:r>
    </w:p>
    <w:p>
      <w:r>
        <w:t>事件功能是什麼？</w:t>
      </w:r>
    </w:p>
    <w:p>
      <w:r>
        <w:t>Discord事件功能是一種方便的工具，可易於管理和參與。特別是，通過使用“興趣”按鈕，您將在活動開始時自動收到通知，而不必擔心缺少重要事件。即使在忙碌的日子裡，此功能也將使活動順利進行，因此，您將有機會獲得精美的獎品。</w:t>
      </w:r>
    </w:p>
    <w:p>
      <w:r>
        <w:t>一定要利用這種方便的功能，參加所有活動，並充分利用獲得豪華獎品的機會。</w:t>
      </w:r>
    </w:p>
    <w:p>
      <w:r>
        <w:t>事件通知設置方法</w:t>
      </w:r>
    </w:p>
    <w:p>
      <w:r>
        <w:t>事件通知設置非常簡單，因此請嘗試在以下步驟中設置！</w:t>
      </w:r>
    </w:p>
    <w:p>
      <w:r>
        <w:t>①在不和諧的上部內部選擇事件圖標</w:t>
      </w:r>
    </w:p>
    <w:p>
      <w:r>
        <w:t>②為顯示的事件選擇“興趣”</w:t>
      </w:r>
    </w:p>
    <w:p>
      <w:r>
        <w:t>③選擇要通知的事件的範圍</w:t>
      </w:r>
    </w:p>
    <w:p>
      <w:r>
        <w:t>④事件通知設置已完成</w:t>
      </w:r>
    </w:p>
    <w:p>
      <w:r>
        <w:drawing>
          <wp:inline xmlns:a="http://schemas.openxmlformats.org/drawingml/2006/main" xmlns:pic="http://schemas.openxmlformats.org/drawingml/2006/picture">
            <wp:extent cx="3657600" cy="30661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如何將事件添加到日曆（只有PC）</w:t>
      </w:r>
    </w:p>
    <w:p>
      <w:r>
        <w:t>說明如何將事件通知添加到Google日曆。（只能將PC添加到日曆中。無法使用智能手機設置它）</w:t>
      </w:r>
    </w:p>
    <w:p>
      <w:r>
        <w:t>①在不和諧的頂部打開活動</w:t>
      </w:r>
    </w:p>
    <w:p>
      <w:r>
        <w:drawing>
          <wp:inline xmlns:a="http://schemas.openxmlformats.org/drawingml/2006/main" xmlns:pic="http://schemas.openxmlformats.org/drawingml/2006/picture">
            <wp:extent cx="3657600" cy="42029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02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②點擊“ ...”</w:t>
      </w:r>
    </w:p>
    <w:p>
      <w:r>
        <w:drawing>
          <wp:inline xmlns:a="http://schemas.openxmlformats.org/drawingml/2006/main" xmlns:pic="http://schemas.openxmlformats.org/drawingml/2006/picture">
            <wp:extent cx="3657600" cy="3918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 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180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③添加日曆⇒在Google日曆中選擇加法</w:t>
      </w:r>
    </w:p>
    <w:p>
      <w:r>
        <w:drawing>
          <wp:inline xmlns:a="http://schemas.openxmlformats.org/drawingml/2006/main" xmlns:pic="http://schemas.openxmlformats.org/drawingml/2006/picture">
            <wp:extent cx="3657600" cy="30893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93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④由於時間表將自動輸入，請單擊“保存”</w:t>
      </w:r>
    </w:p>
    <w:p>
      <w:r>
        <w:drawing>
          <wp:inline xmlns:a="http://schemas.openxmlformats.org/drawingml/2006/main" xmlns:pic="http://schemas.openxmlformats.org/drawingml/2006/picture">
            <wp:extent cx="3657600" cy="19282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8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⑤事件已添加到Google日曆中</w:t>
      </w:r>
    </w:p>
    <w:p>
      <w:r>
        <w:drawing>
          <wp:inline xmlns:a="http://schemas.openxmlformats.org/drawingml/2006/main" xmlns:pic="http://schemas.openxmlformats.org/drawingml/2006/picture">
            <wp:extent cx="3657600" cy="21761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76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如果您使用Discord事件功能，您將不會錯過有關重要事件的通知，並且您將大大提高獲得豪華獎的機會。設置過程非常簡單，並通過一些簡單的步驟完成。使用此有用的功能積極參與下一個活動，並在社區中享受充實的活動。</w:t>
      </w:r>
    </w:p>
    <w:p>
      <w:r>
        <w:t>如果您對日本DAO感興趣，請跟隨並滑雪“日本DAO雜誌”。</w:t>
      </w:r>
    </w:p>
    <w:p>
      <w:r>
        <w:t>官方X帳戶：https：//twitter.com/japannftmuseum</w:t>
      </w:r>
    </w:p>
    <w:p>
      <w:r>
        <w:t>官方不和諧：https：//discourd.com/invite/japandanao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