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Bii o ṣe le kopa ninu agbegbe Japan Dao (Bawo ni lati kopa ninu SNIBRACEPER</w:t>
      </w:r>
    </w:p>
    <w:p>
      <w:r>
        <w:t>Ninu iwe irohin Smapke yii, a yoo ṣafihan bi o ṣe kopa ninu agbegbe Japan Dao!</w:t>
      </w:r>
    </w:p>
    <w:p>
      <w:r>
        <w:t>A lo ọpa ibaraẹnisọrọ kan ti a pe ni "Dide" lati ṣe ibasọrọ pẹlu awọn olumulo.</w:t>
      </w:r>
    </w:p>
    <w:p>
      <w:r>
        <w:t>Bayi, Emi yoo ṣalaye ilana naa ni isalẹ fun bi o ṣe le kopa ninu agbegbe.</w:t>
      </w:r>
    </w:p>
    <w:p>
      <w:r>
        <w:t>Bi o ṣe le kopa ninu agbegbe</w:t>
      </w:r>
    </w:p>
    <w:p>
      <w:r>
        <w:t>■ ọna gbigbe ara</w:t>
      </w:r>
    </w:p>
    <w:p>
      <w:r>
        <w:t>Awọn apẹẹrẹ meji wa ti bi o ṣe le kopa ninu ijade.</w:t>
      </w:r>
    </w:p>
    <w:p>
      <w:r>
        <w:t>Ilana 1: Lẹẹmọ ọna asopọ pipe ki o kopa</w:t>
      </w:r>
    </w:p>
    <w:p>
      <w:r>
        <w:t>Ilana 2: kopa lati akọọlẹ osise</w:t>
      </w:r>
    </w:p>
    <w:p>
      <w:r>
        <w:t>Apẹrẹ 1: Ilana ikopa Ingrard (Ibi-ọna asopọ Pipe)</w:t>
      </w:r>
    </w:p>
    <w:p>
      <w:r>
        <w:t>1. Ṣii ID ID</w:t>
      </w:r>
    </w:p>
    <w:p>
      <w:r>
        <w:t>2. tẹsiwaju lati ṣẹda olupin pẹlu bọtini "+" ni oke apa osi iboju naa</w:t>
      </w:r>
    </w:p>
    <w:p>
      <w:r>
        <w:t>3. Tẹ "Kopa ninu olupin" ni isalẹ iboju naa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Lẹẹmọ URL ti olupin agbegbe si ọna asopọ ipe</w:t>
      </w:r>
    </w:p>
    <w:p>
      <w:r>
        <w:t>Jọwọ daakọ ki o lẹẹmọ URL ti olupin Daan Daa</w:t>
      </w:r>
    </w:p>
    <w:p>
      <w:r>
        <w:t>https://discord.com/invite/japandao</w:t>
      </w:r>
    </w:p>
    <w:p>
      <w:r>
        <w:t>5. Tẹ "ifiwepe"</w:t>
      </w:r>
    </w:p>
    <w:p>
      <w:r>
        <w:t>6. Iforukọsilẹ Pipe lori olupin naa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Ilana 2: ilana ilowosi iṣẹ (lati Account Osise X)</w:t>
      </w:r>
    </w:p>
    <w:p>
      <w:r>
        <w:t>Àkọọlẹ JUPAN DAOO IKILO: HTTPS: //twitter.com/japonkmuseum</w:t>
      </w:r>
    </w:p>
    <w:p>
      <w:r>
        <w:t>1. Fọwọ ba ọna asopọ Dest kan ti iroyin osise X</w:t>
      </w:r>
    </w:p>
    <w:p>
      <w:r>
        <w:t>2. Tẹ "ifiwepe"</w:t>
      </w:r>
    </w:p>
    <w:p>
      <w:r>
        <w:t>3. Iforukọsilẹ Pipe lori olupin naa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Nipa awọn eto ibẹrẹ (ijẹrisi, awọn eto yipo)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Tẹ "# 🔰 | Dajudaju"</w:t>
      </w:r>
    </w:p>
    <w:p>
      <w:r>
        <w:t>2. Yi lọ si isalẹ iboju naa</w:t>
      </w:r>
    </w:p>
    <w:p>
      <w:r>
        <w:t>3. Ṣayẹwo aṣẹ olupin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Ka awọn ofin, ṣayẹwo lati gba pẹlu eyi, ki o tẹ ni kia kia Pari</w:t>
      </w:r>
    </w:p>
    <w:p>
      <w:r>
        <w:t>5. Fọwọ ba "# 🔰 |-ipa"</w:t>
      </w:r>
    </w:p>
    <w:p>
      <w:r>
        <w:t>6. Tẹ "🌟" Ekotons (Japan Dao Awọn ọrẹ yipo)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Fi ifiranṣẹ ranṣẹ</w:t>
      </w:r>
    </w:p>
    <w:p>
      <w:r>
        <w:t>1. Fọwọ ba ikanni ede rẹ</w:t>
      </w:r>
    </w:p>
    <w:p>
      <w:r>
        <w:t>2. Fọwọ ba aami Emoji</w:t>
      </w:r>
    </w:p>
    <w:p>
      <w:r>
        <w:t>3. Fọwọ ba ontẹ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Ṣe o darapọ mọ agbegbe?Ti o ba ni awọn ontẹ eyikeyi tabi awọn ibeere lori ikanni ede kọọkan, jọwọ lero ọfẹ lati ṣe.Awọn ọmọ ẹgbẹ yoo dahun, nitorinaa mọ wa diẹ sii siwaju sii siwaju sii.!</w:t>
      </w:r>
    </w:p>
    <w:p>
      <w:r>
        <w:t>Japan Dao yoo tẹsiwaju lati fi alaye tuntun fun awọn olumulo ni kete bi o ti ṣee.</w:t>
      </w:r>
    </w:p>
    <w:p>
      <w:r>
        <w:t>Ti o ba nifẹ si Japan Dao, jọwọ tẹle akọọlẹ X osise pẹlu "Magnazine ti Japan".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Oludari Awọn asọye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Japan Dao ni iṣẹ apinfunni nla lati jẹri Japan pẹlu NFT!</w:t>
      </w:r>
    </w:p>
    <w:p>
      <w:r>
        <w:t>Manga ati aṣa anime ti Japan jẹ lọpọlọpọ pẹlu NFTYO Olimpiiki pẹlu NFT, ati pe o kan jẹ ohun ti o dara kan lati mu NFT ti awọn ẹlẹda ati awọn iṣẹ akanṣe.</w:t>
      </w:r>
    </w:p>
    <w:p>
      <w:r>
        <w:t>Ati pẹlu Dao, ipa ti molyinegistini ni itankale ati iye ooru, ati ayọ agbaye -Stale!</w:t>
      </w:r>
    </w:p>
    <w:p>
      <w:r>
        <w:t>Nipa gbogbo ọna, jẹ ki a mọ ajinde Japan pẹlu Japan dao!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