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Japonya DAO topluluğuna nasıl katılır (Discord sunucusuna nasıl katılır)</w:t>
      </w:r>
    </w:p>
    <w:p>
      <w:r>
        <w:t>Bu SmaPke dergisinde, Japonya DAO topluluğuna nasıl katılacağımızı tanıtacağız!</w:t>
      </w:r>
    </w:p>
    <w:p>
      <w:r>
        <w:t>Kullanıcılarla iletişim kurmak için "Discord" adlı bir iletişim aracı kullanıyoruz.</w:t>
      </w:r>
    </w:p>
    <w:p>
      <w:r>
        <w:t>Şimdi, topluluğa nasıl katılacağınız için aşağıdaki prosedürü açıklayacağım.</w:t>
      </w:r>
    </w:p>
    <w:p>
      <w:r>
        <w:t>Topluluğa Nasıl Katılır</w:t>
      </w:r>
    </w:p>
    <w:p>
      <w:r>
        <w:t>■ Uyuşmazlık Katılım Yöntemi</w:t>
      </w:r>
    </w:p>
    <w:p>
      <w:r>
        <w:t>Uyuşmazlığa nasıl katılacağına dair iki desen vardır.</w:t>
      </w:r>
    </w:p>
    <w:p>
      <w:r>
        <w:t>Desen 1: Davet bağlantısını yapıştırın ve katılın</w:t>
      </w:r>
    </w:p>
    <w:p>
      <w:r>
        <w:t>Desen 2: Resmi Hesaptan Katılın</w:t>
      </w:r>
    </w:p>
    <w:p>
      <w:r>
        <w:t>Desen 1: Uyuşmazlık Katılım Prosedürü (Davet Link Macunu)</w:t>
      </w:r>
    </w:p>
    <w:p>
      <w:r>
        <w:t>1. Discord uygulamasını açın</w:t>
      </w:r>
    </w:p>
    <w:p>
      <w:r>
        <w:t>2. Ekranın sol üst kısmında " +" düğmesi bulunan bir sunucu oluşturmaya devam edin</w:t>
      </w:r>
    </w:p>
    <w:p>
      <w:r>
        <w:t>3. Ekranın altındaki "Sunucuya Katıl" a dokunun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4. Topluluk sunucusunun URL'sini davet bağlantısına yapıştırın</w:t>
      </w:r>
    </w:p>
    <w:p>
      <w:r>
        <w:t>Lütfen Japonya DAO sunucusunun URL'sini kopyalayıp yapıştırın</w:t>
      </w:r>
    </w:p>
    <w:p>
      <w:r>
        <w:t>https://discord.com/invite/japandao</w:t>
      </w:r>
    </w:p>
    <w:p>
      <w:r>
        <w:t>5. "Davetiye" dokunun</w:t>
      </w:r>
    </w:p>
    <w:p>
      <w:r>
        <w:t>6. Sunucuda tam kayıt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Desen 2: Uyuşmazlık Katılım Prosedürü (X Resmi Hesabından)</w:t>
      </w:r>
    </w:p>
    <w:p>
      <w:r>
        <w:t>Japonya DAO Resmi Hesabı: https: //twitter.com/japannftmuseum</w:t>
      </w:r>
    </w:p>
    <w:p>
      <w:r>
        <w:t>1. X resmi hesabının anlaşmazlık bağlantısına dokunun</w:t>
      </w:r>
    </w:p>
    <w:p>
      <w:r>
        <w:t>2. "Davetiye" dokunun</w:t>
      </w:r>
    </w:p>
    <w:p>
      <w:r>
        <w:t>3. Sunucuda tam kayıt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■ Başlangıç ​​ayarları hakkında (kimlik doğrulama, rulo ayarları)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1. " # 🔰 | doğrulayın"</w:t>
      </w:r>
    </w:p>
    <w:p>
      <w:r>
        <w:t>2. Ekranın altına gidin</w:t>
      </w:r>
    </w:p>
    <w:p>
      <w:r>
        <w:t>3. Sunucu kuralını kontrol edin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4. Kuralları okuyun, bunu kabul etmek için kontrol edin ve tamamlayın.</w:t>
      </w:r>
    </w:p>
    <w:p>
      <w:r>
        <w:t>5. " # 🔰 | set-rol" taine dokunun</w:t>
      </w:r>
    </w:p>
    <w:p>
      <w:r>
        <w:t>6. "🌟" ifadelerini tıklayın (Japonya Dao Friends Roll)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■ Bir mesaj gönderin</w:t>
      </w:r>
    </w:p>
    <w:p>
      <w:r>
        <w:t>1. Dil kanalınıza dokunun</w:t>
      </w:r>
    </w:p>
    <w:p>
      <w:r>
        <w:t>２.絵文字アイコンをタップ</w:t>
      </w:r>
    </w:p>
    <w:p>
      <w:r>
        <w:t>3. Damgaya dokunun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özet</w:t>
      </w:r>
    </w:p>
    <w:p>
      <w:r>
        <w:t>Topluluğa katıldınız mı?Her dil kanalında herhangi bir pul veya sorunuz varsa, lütfen bunu yapmaktan çekinmeyin.Üyeler cevap verecek, bu yüzden lütfen bize daha fazla katılın!!</w:t>
      </w:r>
    </w:p>
    <w:p>
      <w:r>
        <w:t>Japonya DAO en kısa sürede kullanıcılara yeni bilgiler sunmaya devam edecek.</w:t>
      </w:r>
    </w:p>
    <w:p>
      <w:r>
        <w:t>Japonya DAO ile ilgileniyorsanız, lütfen "Japan Dao Magazine" ile resmi X hesabını takip edin.</w:t>
      </w:r>
    </w:p>
    <w:p>
      <w:r>
        <w:t>Resmi X Hesabı: https: //twitter.com/japannftmuseum</w:t>
      </w:r>
    </w:p>
    <w:p>
      <w:r>
        <w:t>Resmi uyumsuzluk: https://discord.com/invite/japandao</w:t>
      </w:r>
    </w:p>
    <w:p>
      <w:r>
        <w:t>Yönetmen Yorumları</w:t>
      </w:r>
    </w:p>
    <w:p>
      <w:r>
        <w:drawing>
          <wp:inline xmlns:a="http://schemas.openxmlformats.org/drawingml/2006/main" xmlns:pic="http://schemas.openxmlformats.org/drawingml/2006/picture">
            <wp:extent cx="3657600" cy="1213042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21304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Japonya Dao'nun Japonya'yı NFT ile canlandırmak için muhteşem bir görevi var!</w:t>
      </w:r>
    </w:p>
    <w:p>
      <w:r>
        <w:t>Japonya'nın Tokyo Olimpiyatları'nda gurur duyduğu manga ve anime kültürü NFT ile uyumludur ve sevgili yaratıcıların ve projelerin NFT'sini tutmak iyi bir fikirdir.</w:t>
      </w:r>
    </w:p>
    <w:p>
      <w:r>
        <w:t>Ve Dao ile sinerjik etki hem ısı ve dünya ölçekli heyecan miktarına sahiptir!</w:t>
      </w:r>
    </w:p>
    <w:p>
      <w:r>
        <w:t>Elbette, Japonya'nın Japonya Dao ile dirilişini fark edelim!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