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Cómo participar en la comunidad DAO de Japón (cómo participar en el servidor Discord)</w:t>
      </w:r>
    </w:p>
    <w:p>
      <w:r>
        <w:t>¡En esta revista Smapke, presentaremos cómo participar en la comunidad DAO de Japón!</w:t>
      </w:r>
    </w:p>
    <w:p>
      <w:r>
        <w:t>Utilizamos una herramienta de comunicación llamada "Discord" para comunicarnos con los usuarios.</w:t>
      </w:r>
    </w:p>
    <w:p>
      <w:r>
        <w:t>Ahora, explicaré el procedimiento a continuación sobre cómo participar en la comunidad.</w:t>
      </w:r>
    </w:p>
    <w:p>
      <w:r>
        <w:t>Cómo participar en la comunidad</w:t>
      </w:r>
    </w:p>
    <w:p>
      <w:r>
        <w:t>■ Método de participación de discordia</w:t>
      </w:r>
    </w:p>
    <w:p>
      <w:r>
        <w:t>Hay dos patrones de cómo participar en Discord.</w:t>
      </w:r>
    </w:p>
    <w:p>
      <w:r>
        <w:t>Patrón 1: Pega el enlace de invitación y participa</w:t>
      </w:r>
    </w:p>
    <w:p>
      <w:r>
        <w:t>Patrón 2: Participa desde la cuenta oficial</w:t>
      </w:r>
    </w:p>
    <w:p>
      <w:r>
        <w:t>Patrón 1: Procedimiento de participación de discordia (pasta de enlace de invitación)</w:t>
      </w:r>
    </w:p>
    <w:p>
      <w:r>
        <w:t>1. Abra la aplicación Discord</w:t>
      </w:r>
    </w:p>
    <w:p>
      <w:r>
        <w:t>2. Proceda a crear un servidor con el botón " +" en la parte superior izquierda de la pantalla</w:t>
      </w:r>
    </w:p>
    <w:p>
      <w:r>
        <w:t>3. Toque "Participe en el servidor" en la parte inferior de la pantalla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Pegue la URL del servidor comunitario al enlace de invitación</w:t>
      </w:r>
    </w:p>
    <w:p>
      <w:r>
        <w:t>Copie y pegue la URL del servidor DAO de Japón</w:t>
      </w:r>
    </w:p>
    <w:p>
      <w:r>
        <w:t>https://discord.com/invite/japandao</w:t>
      </w:r>
    </w:p>
    <w:p>
      <w:r>
        <w:t>5. Toque "Invitación"</w:t>
      </w:r>
    </w:p>
    <w:p>
      <w:r>
        <w:t>6. Complete el registro en el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Patrón 2: Procedimiento de participación de discordia (de X Cuenta oficial)</w:t>
      </w:r>
    </w:p>
    <w:p>
      <w:r>
        <w:t>Cuenta oficial de Japón DAO: https: //twitter.com/japannftmuseum</w:t>
      </w:r>
    </w:p>
    <w:p>
      <w:r>
        <w:t>1. Toque el enlace de discordia de la cuenta oficial x</w:t>
      </w:r>
    </w:p>
    <w:p>
      <w:r>
        <w:t>2. Toque "Invitación"</w:t>
      </w:r>
    </w:p>
    <w:p>
      <w:r>
        <w:t>3. Complete el registro en el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Acerca de la configuración inicial (autenticación, configuración de rollo)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Toque " # 🔰 🔰 | Verificar"</w:t>
      </w:r>
    </w:p>
    <w:p>
      <w:r>
        <w:t>2. Desplácese hasta la parte inferior de la pantalla</w:t>
      </w:r>
    </w:p>
    <w:p>
      <w:r>
        <w:t>3. Verifique la regla del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Lea las reglas, verifique para estar de acuerdo con esto y toque Complete</w:t>
      </w:r>
    </w:p>
    <w:p>
      <w:r>
        <w:t>5. Toque " # 🔰 🔰 🔰 🔰 🔰 🔰 🔰 🔰 🔰 🔰 🔰 🔰 🔰 🔰 🔰 🔰 🔰 🔰 🔰 🔰 🔰 🔰 🔰 🔰.</w:t>
      </w:r>
    </w:p>
    <w:p>
      <w:r>
        <w:t>6. Haga clic en "🌟" Emoticones (Roll Friends de Japón Dao)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Enviar un mensaje</w:t>
      </w:r>
    </w:p>
    <w:p>
      <w:r>
        <w:t>1. Toque su canal de idiomas</w:t>
      </w:r>
    </w:p>
    <w:p>
      <w:r>
        <w:t>2. Toque el icono de emoji</w:t>
      </w:r>
    </w:p>
    <w:p>
      <w:r>
        <w:t>3. Toque el sello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resumen</w:t>
      </w:r>
    </w:p>
    <w:p>
      <w:r>
        <w:t>¿Te uniste a la comunidad?Si tiene sellos o preguntas en cada canal de idiomas, no dude en hacerlo.Los miembros responderán, así que únase a nosotros cada vez más.!</w:t>
      </w:r>
    </w:p>
    <w:p>
      <w:r>
        <w:t>Japón DAO continuará entregando nueva información a los usuarios lo antes posible.</w:t>
      </w:r>
    </w:p>
    <w:p>
      <w:r>
        <w:t>Si está interesado en Japón DAO, siga la cuenta oficial de X con "Japan Dao Magazine".</w:t>
      </w:r>
    </w:p>
    <w:p>
      <w:r>
        <w:t>Cuenta oficial X: https: //twitter.com/japannftmuseum</w:t>
      </w:r>
    </w:p>
    <w:p>
      <w:r>
        <w:t>Discordia oficial: https://discord.com/invite/japandao</w:t>
      </w:r>
    </w:p>
    <w:p>
      <w:r>
        <w:t>Comentarios del director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¡Japón Dao tiene una magnífica misión para revivir a Japón con NFT!</w:t>
      </w:r>
    </w:p>
    <w:p>
      <w:r>
        <w:t>La cultura de manga y anime de la que Japón está orgulloso en los Juegos Olímpicos de Tokio es compatible con NFT, y es una buena idea mantener el NFT de los creadores y proyectos queridos.</w:t>
      </w:r>
    </w:p>
    <w:p>
      <w:r>
        <w:t>¡Y con el DAO, el efecto sinérgico tiene tanto la propagación como la cantidad de calor, y la emoción a escala mundial!</w:t>
      </w:r>
    </w:p>
    <w:p>
      <w:r>
        <w:t>Por supuesto, ¡nos damos cuenta de la resurrección de Japón con Japón Dao!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