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всем привет!</w:t>
      </w:r>
    </w:p>
    <w:p>
      <w:r>
        <w:t>Добро пожаловать в Japan Dao Magazine.</w:t>
      </w:r>
    </w:p>
    <w:p>
      <w:r>
        <w:t>В предыдущей статье я представил секретную историю о рождении Японии Дао и деятельности Японии Дао.Если вы еще не читали, пожалуйста, наслаждайтесь первым эпизодом</w:t>
      </w:r>
    </w:p>
    <w:p>
      <w:r>
        <w:t>Эта статья является второй частью серии с четырьмя частями, которая углублена Японского мира Дао.Здесь мы представим «Японскую дорожную карту, конфигурацию Японии Дао».</w:t>
      </w:r>
    </w:p>
    <w:p>
      <w:r>
        <w:t>Официальный сайт Японии DAO https://japandao.jp/hp</w:t>
      </w:r>
    </w:p>
    <w:p>
      <w:r>
        <w:t>Дорожная карта</w:t>
      </w:r>
    </w:p>
    <w:p>
      <w:r>
        <w:t>Япония Дао неуклонно росла с момента своего создания и продвигалась на проекте вдоль следующих дорожных карт.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2022</w:t>
      </w:r>
    </w:p>
    <w:p>
      <w:r>
        <w:t>・ Японский музейный музейный музейный музей</w:t>
      </w:r>
    </w:p>
    <w:p>
      <w:r>
        <w:t>・ Откройте музей Metavas</w:t>
      </w:r>
    </w:p>
    <w:p>
      <w:r>
        <w:t>・ Японский музей NFT Premiumpass запуск</w:t>
      </w:r>
    </w:p>
    <w:p>
      <w:r>
        <w:t>・ Amato, Niji, Kagura, Izana nft запуск</w:t>
      </w:r>
    </w:p>
    <w:p>
      <w:r>
        <w:t>・ Началась сериализация манги</w:t>
      </w:r>
    </w:p>
    <w:p>
      <w:r>
        <w:t>2023</w:t>
      </w:r>
    </w:p>
    <w:p>
      <w:r>
        <w:t>・ Smart Pocket Release</w:t>
      </w:r>
    </w:p>
    <w:p>
      <w:r>
        <w:t>・ Официальное выпуск сайта персонажа</w:t>
      </w:r>
    </w:p>
    <w:p>
      <w:r>
        <w:t>・ Официальный официальный магазин открылся</w:t>
      </w:r>
    </w:p>
    <w:p>
      <w:r>
        <w:t>・ Япония Dao Theme Distribution Letter</w:t>
      </w:r>
    </w:p>
    <w:p>
      <w:r>
        <w:t>・ Начало вещания большого видения в Токио</w:t>
      </w:r>
    </w:p>
    <w:p>
      <w:r>
        <w:t>2024 (планируется развернуть)</w:t>
      </w:r>
    </w:p>
    <w:p>
      <w:r>
        <w:t>・ Teamz Summit 2024 Партнерские выборы</w:t>
      </w:r>
    </w:p>
    <w:p>
      <w:r>
        <w:t>・ Игра приложения для смартфона (скоро)</w:t>
      </w:r>
    </w:p>
    <w:p>
      <w:r>
        <w:t>· ВСКОРЕ</w:t>
      </w:r>
    </w:p>
    <w:p>
      <w:r>
        <w:t>・ Онлайн -игра (скоро)</w:t>
      </w:r>
    </w:p>
    <w:p>
      <w:r>
        <w:t>· ВСКОРЕ</w:t>
      </w:r>
    </w:p>
    <w:p>
      <w:r>
        <w:t>Конфигурация Японии Дао</w:t>
      </w:r>
    </w:p>
    <w:p>
      <w:r>
        <w:t>Япония Дао состоит из широкого спектра отделов, в том числе основателя Юды (@yudajapandao) и Дарумана (@daruman_jp), включая создателей, модели (MOD), инженеры и команды решений.Кроме того, члены сообщества со всего мира имеют ядро ​​этого проекта, активно участвуя в мероприятиях, которые распространяют японскую культуру и искусство в мире.</w:t>
      </w:r>
    </w:p>
    <w:p>
      <w:r>
        <w:drawing>
          <wp:inline xmlns:a="http://schemas.openxmlformats.org/drawingml/2006/main" xmlns:pic="http://schemas.openxmlformats.org/drawingml/2006/picture">
            <wp:extent cx="3657600" cy="208163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816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153731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373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краткое содержание</w:t>
      </w:r>
    </w:p>
    <w:p>
      <w:r>
        <w:t>В этом журнале Japandao мы представили новый проект 2024 года из прошлого.Будущее, такое как игры приложений для смартфонов, онлайн -игры и выпуск анимации, просто захватывающе.Ядро организации - различные члены со всего мира.Нет сомнений в том, что распространение японской культуры, которую они плести, будет еще более расширенным.Пожалуйста, сжигайте эволюцию Японии Дао на глазах.</w:t>
      </w:r>
    </w:p>
    <w:p>
      <w:r>
        <w:t>Следующее уведомление: часть 3 -metaverse развертывание-</w:t>
      </w:r>
    </w:p>
    <w:p>
      <w:r>
        <w:t>В следующей части третьей части мы планируем представить инновационные инициативы в метабасе Японии Дао, опыт погружения и то, как японская культура передается в мир.Обязательно с нетерпением ждем Metowers of Japan Dao за пределами вашего воображения!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Если вы заинтересованы в Японии DAO, пожалуйста, следуйте официальной учетной записи X в журнале «Япония Дао».</w:t>
      </w:r>
    </w:p>
    <w:p>
      <w:r>
        <w:t>Официальная учетная запись X: https: //twitter.com/japannftmuseum</w:t>
      </w:r>
    </w:p>
    <w:p>
      <w:r>
        <w:t>Официальный раздор: https://discord.com/invite/japandao</w:t>
      </w:r>
    </w:p>
    <w:p>
      <w:r>
        <w:t>Официальный Instagram: https: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