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Как участвовать в сообществе DAO в Японии (как участвовать в сервере Discord)</w:t>
      </w:r>
    </w:p>
    <w:p>
      <w:r>
        <w:t>В этом журнале Smapke мы представим, как участвовать в сообществе DAO в Японии!</w:t>
      </w:r>
    </w:p>
    <w:p>
      <w:r>
        <w:t>Мы используем инструмент связи под названием «Discord» для общения с пользователями.</w:t>
      </w:r>
    </w:p>
    <w:p>
      <w:r>
        <w:t>Теперь я объясню приведенную ниже процедуру для участия в сообществе.</w:t>
      </w:r>
    </w:p>
    <w:p>
      <w:r>
        <w:t>Как участвовать в сообществе</w:t>
      </w:r>
    </w:p>
    <w:p>
      <w:r>
        <w:t>■ Метод участия разногласий</w:t>
      </w:r>
    </w:p>
    <w:p>
      <w:r>
        <w:t>Есть два шаблона того, как участвовать в раздорах.</w:t>
      </w:r>
    </w:p>
    <w:p>
      <w:r>
        <w:t>Узор 1: вставьте ссылку приглашения и участвуйте</w:t>
      </w:r>
    </w:p>
    <w:p>
      <w:r>
        <w:t>Образец 2: Участвуйте с официальной учетной записи</w:t>
      </w:r>
    </w:p>
    <w:p>
      <w:r>
        <w:t>Образец 1: Процедура участия разногласий (вставка приглашения)</w:t>
      </w:r>
    </w:p>
    <w:p>
      <w:r>
        <w:t>1. Откройте приложение Discord</w:t>
      </w:r>
    </w:p>
    <w:p>
      <w:r>
        <w:t>2. Перейдите к созданию сервера с кнопкой « +» в верхней части левого экрана</w:t>
      </w:r>
    </w:p>
    <w:p>
      <w:r>
        <w:t>3. Нажмите «Участвовать на сервере» в нижней части экрана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Вставьте URL -адрес сообщества сервера в ссылку приглашения</w:t>
      </w:r>
    </w:p>
    <w:p>
      <w:r>
        <w:t>Пожалуйста, скопируйте и вставьте URL -адрес сервера DAO в Японии</w:t>
      </w:r>
    </w:p>
    <w:p>
      <w:r>
        <w:t>https://discord.com/invite/japandao</w:t>
      </w:r>
    </w:p>
    <w:p>
      <w:r>
        <w:t>5. Нажмите «Приглашение»</w:t>
      </w:r>
    </w:p>
    <w:p>
      <w:r>
        <w:t>6. Заполните регистрацию на сервере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Образец 2: Процедура участия разногласий (из официальной учетной записи X)</w:t>
      </w:r>
    </w:p>
    <w:p>
      <w:r>
        <w:t>Официальная учетная запись Японии DAO: https: //twitter.com/japannftmuseum</w:t>
      </w:r>
    </w:p>
    <w:p>
      <w:r>
        <w:t>1. Нажмите на ссылку Discord официальной учетной записи X</w:t>
      </w:r>
    </w:p>
    <w:p>
      <w:r>
        <w:t>2. Нажмите «Приглашение»</w:t>
      </w:r>
    </w:p>
    <w:p>
      <w:r>
        <w:t>3. Заполните регистрацию на сервере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О начальных настройках (аутентификация, настройки броска)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Нажмите « # 🔰 | Проверьте»</w:t>
      </w:r>
    </w:p>
    <w:p>
      <w:r>
        <w:t>2. Прокрутите в нижней части экрана</w:t>
      </w:r>
    </w:p>
    <w:p>
      <w:r>
        <w:t>3. Проверьте правило сервера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Прочитайте правила, проверьте, чтобы согласиться с этим и нажмите «Полное»</w:t>
      </w:r>
    </w:p>
    <w:p>
      <w:r>
        <w:t>5. Нажмите « # 🔰 | Set-Role»</w:t>
      </w:r>
    </w:p>
    <w:p>
      <w:r>
        <w:t>6. Нажмите «🌟» смайлики (Japan Dao Friends Roll)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Отправить сообщение</w:t>
      </w:r>
    </w:p>
    <w:p>
      <w:r>
        <w:t>1. Нажмите на свой языковой канал</w:t>
      </w:r>
    </w:p>
    <w:p>
      <w:r>
        <w:t>2. Нажмите на значок смайликов</w:t>
      </w:r>
    </w:p>
    <w:p>
      <w:r>
        <w:t>3. Нажмите на штамп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краткое содержание</w:t>
      </w:r>
    </w:p>
    <w:p>
      <w:r>
        <w:t>Вы присоединились к сообществу?Если у вас есть марки или вопросы на каждом языковом канале, пожалуйста, не стесняйтесь делать это.Участники будут отвечать, поэтому, пожалуйста, присоединяйтесь к нам все больше и больше!!</w:t>
      </w:r>
    </w:p>
    <w:p>
      <w:r>
        <w:t>Япония DAO продолжит предоставлять пользователям новую информацию как можно скорее.</w:t>
      </w:r>
    </w:p>
    <w:p>
      <w:r>
        <w:t>Если вы заинтересованы в Японии DAO, пожалуйста, следуйте официальной учетной записи X в журнале «Япония Дао».</w:t>
      </w:r>
    </w:p>
    <w:p>
      <w:r>
        <w:t>Официальная учетная запись X: https: //twitter.com/japannftmuseum</w:t>
      </w:r>
    </w:p>
    <w:p>
      <w:r>
        <w:t>Официальный раздор: https://discord.com/invite/japandao</w:t>
      </w:r>
    </w:p>
    <w:p>
      <w:r>
        <w:t>Комментарии директора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Япония Дао имеет великолепную миссию по возрождению Японии с NFT!</w:t>
      </w:r>
    </w:p>
    <w:p>
      <w:r>
        <w:t>Манга и аниме -культура, которой гордятся Япония на Олимпийских играх в Токио, совместимы с NFT, и это просто хорошая идея, чтобы удержать NFT любимых создателей и проектов.</w:t>
      </w:r>
    </w:p>
    <w:p>
      <w:r>
        <w:t>А с DAO синергетический эффект имеет как распространение, так и количество тепла, а также мировое масштабное волнение!</w:t>
      </w:r>
    </w:p>
    <w:p>
      <w:r>
        <w:t>Во что бы то ни стало, давайте осознаем воскресение Японии с Японией Дао!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