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всем привет!</w:t>
      </w:r>
    </w:p>
    <w:p>
      <w:r>
        <w:t>Добро пожаловать в Japan Dao Magazine.</w:t>
      </w:r>
    </w:p>
    <w:p>
      <w:r>
        <w:t>Благодаря этой статье я хотел бы углубиться в очарование Японии Дао как моста, который передает нашу глубокую любовь и страсть к японской культуре миру.Этот журнал дает подробный ответ тем, у кого есть вопрос: «Что такое Япония Дао?»Эта статья является первой частью серии с четырьмя частями, которая углублена Японский мир Дао.Здесь мы представим: «Это фон рождения Японии Дао, как оно достигло вашей нынешней деятельности?»</w:t>
      </w:r>
    </w:p>
    <w:p>
      <w:r>
        <w:t>Официальный сайт Японии DAO https://japandao.jp/hp</w:t>
      </w:r>
    </w:p>
    <w:p>
      <w:r>
        <w:t>Фон рождения Японии Дао</w:t>
      </w:r>
    </w:p>
    <w:p>
      <w:r>
        <w:t>Рождение Японии Дао началось с слова основателя (@yudajapandao).«Трудно доставить одну работу и доставить ее во всем мире. Как японские NFT достигают за границей?». Идея, родившаяся там«С крупнейшим в мире музеем, где собрался японский НФТ, весь мир должен обращать внимание».</w:t>
      </w:r>
    </w:p>
    <w:p>
      <w:r>
        <w:t>Трудно выпустить одну работу и доставить ее во весь мир. Как японские НПТ достигают за границей?Вот и все!!Давайте сделаем крупнейший в мире музей, который собирает только NFT в Японии!Крупнейший в мире музей, где собрался NFT в Японии, готов ко всему миру.Остальное просто звонит всем</w:t>
      </w:r>
    </w:p>
    <w:p>
      <w:r>
        <w:t>Это видение состоит в том, чтобы распространять чары японской культуры по всему миру и создать эпоху, в которой японские создатели, которых любимы во всем мире, больше, чем когда -либо прежде.Технические навыки мира в Японии и лучшие создатели, которые играют в ядре, являются ключом к возрождению Японии.</w:t>
      </w:r>
    </w:p>
    <w:p>
      <w:r>
        <w:t>Япония будет возрождена NFT.Через NFT японские создатели так же любимы во всем мире.Мы решили немного внести свой вклад в японских создателей и запустили японский музей НФТ и Амато с красным и белым изображением японского флага, держась за руки с замечательными японскими проектами и вместе с целью мира!</w:t>
      </w:r>
    </w:p>
    <w:p>
      <w:r>
        <w:t>Чтобы достичь этого, были проведены различные инициативы, в том числе создание Музея искусств NFT, открытие Музея Метаваса, Премиум -провал, галерею и концепцию проекта Изаны.Все это для поддержки японского цифрового искусства и создателей и передать великолепие японской культуры миру.</w:t>
      </w:r>
    </w:p>
    <w:p>
      <w:r>
        <w:t>Эволюция в Японию Дао</w:t>
      </w:r>
    </w:p>
    <w:p>
      <w:r>
        <w:t>Со временем Музей изобразительного искусства NFT разработал большое количество проектов и превратился в огромную организацию под названием Japan Dao.В настоящее время Japan Dao позиционируется как «бренд персонажа, который управляет Японским музеем NFT», и вводит и передает японскую культуру с помощью таких проектов, как Amato, Niji и Kagura.</w:t>
      </w:r>
    </w:p>
    <w:p>
      <w:r>
        <w:drawing>
          <wp:inline xmlns:a="http://schemas.openxmlformats.org/drawingml/2006/main" xmlns:pic="http://schemas.openxmlformats.org/drawingml/2006/picture">
            <wp:extent cx="3657600" cy="104239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4239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* В настоящее время (по состоянию на март 2023 г.) 10 проектов продолжаются!!</w:t>
      </w:r>
    </w:p>
    <w:p>
      <w:r>
        <w:t>Текущее Японии Дао</w:t>
      </w:r>
    </w:p>
    <w:p>
      <w:r>
        <w:t>Япония Дао в настоящее время превратилась в глобальное сообщество, где собираются более 40 000 членов из более чем 150 стран мира.Предоставление разнообразных контентов, таких как сериализация манги, трансляция анимации, развитие игр и распространение музыки, рекламные ролики в четырех местах в Шибуя, Синдзюку, Икебукуро и Роппонги в Токио и развивающиеся мероприятия в различных формах, а также в широком диапазоне Поколения. Мы продолжаем передавать очарование японской культуры.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краткое содержание</w:t>
      </w:r>
    </w:p>
    <w:p>
      <w:r>
        <w:t>История Японии Дао началась с одной идеи и теперь превратилась в огромное сообщество, которое привлекает внимание со всего мира.История и нынешний успех Японии Дао станут основой для дальнейшего скачка в будущем.</w:t>
      </w:r>
    </w:p>
    <w:p>
      <w:r>
        <w:t>Под лозунгом «Пойдем! Япония Дао !!», Давайте продолжим распространять привлекательность японской культуры по всему миру.</w:t>
      </w:r>
    </w:p>
    <w:p>
      <w:r>
        <w:t>Япандао - это место для всех, кто любит японскую культуру.</w:t>
      </w:r>
    </w:p>
    <w:p>
      <w:r>
        <w:t>Пожалуйста, участвуйте в нашем сообществе.Официальный раздор обладает многоязычной поддержкой и тепло приветствует вас.Давайте вместе откроем новые чары японской культуры и расширим эту культуру по всему миру.Пожалуйста, не стесняйтесь приехать!</w:t>
      </w:r>
    </w:p>
    <w:p>
      <w:r>
        <w:t>В следующей части второй части мы углубимся в дорожную карту Японии Дао и организационную структуру для достижения своих целей.Пожалуйста, наслаждайтесь!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Если вы заинтересованы в Японии DAO, пожалуйста, следуйте официальной учетной записи X в журнале «Япония Дао».</w:t>
      </w:r>
    </w:p>
    <w:p>
      <w:r>
        <w:t>Официальная учетная запись X: https: //twitter.com/japannftmuseum</w:t>
      </w:r>
    </w:p>
    <w:p>
      <w:r>
        <w:t>Официальный раздор: https://discord.com/invite/japandao</w:t>
      </w:r>
    </w:p>
    <w:p>
      <w:r>
        <w:t>Официальный Instagram: https: 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