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olá pessoal!</w:t>
      </w:r>
    </w:p>
    <w:p>
      <w:r>
        <w:t>Bem -vindo à revista Japan Dao.</w:t>
      </w:r>
    </w:p>
    <w:p>
      <w:r>
        <w:t>No artigo anterior, introduzimos a implantação metaversa do Japão DAO.Se você ainda não leu, aproveite o terceiro episódio</w:t>
      </w:r>
    </w:p>
    <w:p>
      <w:r>
        <w:t>Este artigo é a quarta parte de uma série de quatro partes para aprofundar o Japão Dao World.Aqui, apresentamos cada projeto do Japão Dao.</w:t>
      </w:r>
    </w:p>
    <w:p>
      <w:r>
        <w:t>Site oficial do Japão dao https://japandao.jp/hp</w:t>
      </w:r>
    </w:p>
    <w:p>
      <w:r>
        <w:t>Introdução de cada projeto</w:t>
      </w:r>
    </w:p>
    <w:p>
      <w:r>
        <w:t>Japandao tem uma variedade de projetos, como "Amato", que é o conceito de samurai para desafiar, "niji" com o tema da diversidade e harmonia, "Kagura" que transmite a cultura japonesa ao mundo e "espacial menina" em O tema do espaço.Além disso, existem outros projetos atraentes, cada um dos quais tem sua própria visão de mundo através de animação, mangá, música e jogos.</w:t>
      </w:r>
    </w:p>
    <w:p>
      <w:r>
        <w:t>A partir de agora, apresentaremos esses projetos e outras iniciativas notáveis.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"Amato" é um personagem oficial de Japandao baseado em samurai.Ele incorpora vermelho e branco, uma cor japonesa tradicional, ao mundo o charme da cultura japonesa.Em desenvolvimento no mangá "Amakomi".Além disso, está em andamento o desenvolvimento de jogos on -line chamado "Amato em Fortnite", com o objetivo de expandir a base de fãs.</w:t>
      </w:r>
    </w:p>
    <w:p>
      <w:r>
        <w:t>Site oficial: https: //amato-fficial.com/</w:t>
      </w:r>
    </w:p>
    <w:p>
      <w:r>
        <w:t>Conta X Oficial: https: //twitter.com/amatonft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"Niji" é um projeto sobre o tema de colorir o mundo com uma variedade de cores.Introduções de personagens no mangá "Nijikomi" e "Niji Friends Picture Book", e o desenvolvimento do aplicativo "Friends Kimitoku", que apresenta personagens, está em andamento.</w:t>
      </w:r>
    </w:p>
    <w:p>
      <w:r>
        <w:t>Site oficial: https: //japannftmuseum.com/niji</w:t>
      </w:r>
    </w:p>
    <w:p>
      <w:r>
        <w:t>Conta X Oficial: https: //twitter.com/nijifriends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"Kagura" é a marca japonesa oficial de Japandao que visava comunicar a cultura japonesa ao mundo.Através do "clube de cultura japonês de aprendizado" do privado de Nadeshiko Gakuen, estamos serializando Kagkomi, um mangá que introduz a tradição e a cultura japonesas.</w:t>
      </w:r>
    </w:p>
    <w:p>
      <w:r>
        <w:t>Site oficial: https: //japannftmuseum.com/kagura</w:t>
      </w:r>
    </w:p>
    <w:p>
      <w:r>
        <w:t>Conta X Oficial: https: //twitter.com/kagurajpn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"Space Girl" é um projeto com tema de espaço, e o criador "Kin no Ono" transmitiu amplamente o profundo amor do universo através da NFT.O objetivo é compartilhar a paixão pelo universo e compartilhá -lo com muitas pessoas.No futuro, planejamos fornecer personagens a Vtuber e jogos, o que expandirá ainda mais o apelo do projeto.</w:t>
      </w:r>
    </w:p>
    <w:p>
      <w:r>
        <w:t>Site oficial: https: //japannftmuseum.com/spacegirl</w:t>
      </w:r>
    </w:p>
    <w:p>
      <w:r>
        <w:t>Conta X Oficial: https: //twitter.com/spacegirlab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"Smart Pocket" é um aplicativo de estado -OF -At -art que permite que os usuários ganhem pontos por meio de eventos e transações específicas da NFT.Esses pontos podem ser trocados pela NFT oficial do Smart Pocket, e você pode obter tokens mantendo a NFT alvo.Além disso, é um sistema revolucionário que permite aumentar os pontos participando de eventos de tarefas e comprando e vendendo a NFT.</w:t>
      </w:r>
    </w:p>
    <w:p>
      <w:r>
        <w:t>Site oficial: https: //smapocket.com/jp</w:t>
      </w:r>
    </w:p>
    <w:p>
      <w:r>
        <w:t>Conta x oficial: https: //twitter.com/smapocket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"Eu pensei em Sagitarius-" é um projeto de mangá de ficção científica que descreve os dias fofos na nave espacial Sajitarius, um futuro mais distante.No futuro, os personagens serão vendidos como NFT.</w:t>
      </w:r>
    </w:p>
    <w:p>
      <w:r>
        <w:t>Site oficial: https: //sagittariusthout.com/</w:t>
      </w:r>
    </w:p>
    <w:p>
      <w:r>
        <w:t>Conta Official X: https: //twitter.com/sagittariusip?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"Konofuku" é desenvolvido principalmente em personagens de coruja que têm boa sorte.Os usuários podem escolher uma cor curativa que combina com você.Personagens pessoais entregam felicidade diariamente.</w:t>
      </w:r>
    </w:p>
    <w:p>
      <w:r>
        <w:t>Site oficial: https: //lucky-art.net/</w:t>
      </w:r>
    </w:p>
    <w:p>
      <w:r>
        <w:t>Conta x oficial: https: //twitter.com/lucky_sunrise8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"Grateful Cats" é um projeto que usa a tecnologia AR para agradecer à felicidade cotidiana.Os personagens estão sempre sorrindo e ensina a importância de avaliar a pequena felicidade.Junto com gatos agradecidos, obrigado pela felicidade que você sente em sua vida diária e compartilhe seus sentimentos positivos.</w:t>
      </w:r>
    </w:p>
    <w:p>
      <w:r>
        <w:t>Site oficial: https: //japandao.jp/gfc</w:t>
      </w:r>
    </w:p>
    <w:p>
      <w:r>
        <w:t>Conta X Oficial: https: //twitter.com/gratefulcatsip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"Neo Baby" é uma coleção 3DNFT generativa com o tema dos bebês da nova era.Sob o slogan de "A possibilidade é infinita", pretendemos fornecer energia e coragem ao mundo.</w:t>
      </w:r>
    </w:p>
    <w:p>
      <w:r>
        <w:t>Site oficial: https: //japannftmuseum.com/neobaby</w:t>
      </w:r>
    </w:p>
    <w:p>
      <w:r>
        <w:t>Conta X Oficial: https: //twitter.com/neobabynft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"Izana" é planejado como uma cidade onde várias marcas de NFT, cidades da Music NFT e escritórios relacionados à NFT se reúnem, principalmente na torre Japan Dao.Além disso, são planejados eventos e exposições que expandem o potencial dos metaverses.</w:t>
      </w:r>
    </w:p>
    <w:p>
      <w:r>
        <w:t>Site oficial: https: //japannftmuseum.com/izana</w:t>
      </w:r>
    </w:p>
    <w:p>
      <w:r>
        <w:t>resumo</w:t>
      </w:r>
    </w:p>
    <w:p>
      <w:r>
        <w:t>Nesta revista Japandao, introduzimos uma variedade de projetos desenvolvidos pelo Japão Dao.Nesta ocasião, eu gostaria que você entrasse em um dos projetos do Japão e experimente o charme diretamente.Novas descobertas estão esperando por você por meio de animação, mangá, música e jogos.</w:t>
      </w:r>
    </w:p>
    <w:p>
      <w:r>
        <w:t>A Japan Dao Magazine apresentará as informações mais recentes sobre o Japão DAO e informações detalhadas sobre projetos.Se você estiver interessado no Japão DAO, siga a conta Official X com a "Japan Dao Magazine".</w:t>
      </w:r>
    </w:p>
    <w:p>
      <w:r>
        <w:t>Conta X Oficial: https: //twitter.com/japannftmuseum</w:t>
      </w:r>
    </w:p>
    <w:p>
      <w:r>
        <w:t>Discord oficial: https://discord.com/invite/japandao</w:t>
      </w:r>
    </w:p>
    <w:p>
      <w:r>
        <w:t>Instagram oficial: https: 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