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olá pessoal!</w:t>
      </w:r>
    </w:p>
    <w:p>
      <w:r>
        <w:t>Bem -vindo à revista Japan Dao.</w:t>
      </w:r>
    </w:p>
    <w:p>
      <w:r>
        <w:t>No artigo anterior, introduzimos roteiros, a estrutura organizacional do Japão Dao etc.Se você ainda não leu, aproveite o segundo episódio</w:t>
      </w:r>
    </w:p>
    <w:p>
      <w:r>
        <w:t>Este artigo é a terceira parte de uma série de quatro partes para aprofundar o mundo do Japão Dao.Aqui, apresentaremos a implantação do Metaverse do Japão Dao.</w:t>
      </w:r>
    </w:p>
    <w:p>
      <w:r>
        <w:t>Site oficial do Japão dao https://japandao.jp/hp</w:t>
      </w:r>
    </w:p>
    <w:p>
      <w:r>
        <w:t>Desenvolvimento em Metavers</w:t>
      </w:r>
    </w:p>
    <w:p>
      <w:r>
        <w:t>O Japão DAO também está focado na operação de museus usando metaberth, e as exposições em várias plataformas de metaberas, como o NFT Stadium, o Space Museum e a NFT Collection em Kyoto, são como desfrutar de uma nova arte na era digital. atraiu atenção.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[Evento realizado]</w:t>
      </w:r>
    </w:p>
    <w:p>
      <w:r>
        <w:t>29 de abril de 2022</w:t>
      </w:r>
    </w:p>
    <w:p>
      <w:r>
        <w:t>O 1º Japão NFT Museum é realizado em Decentraland.Apresentando a arte da NFT do Japão no metabata e criando um novo lugar para apreciar.Apesar do primeiro evento, muitas pessoas cooperaram com aplicações e difusão, e o número de tweets excedeu 1,4 milhão antes do evento.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9 de julho de 2022</w:t>
      </w:r>
    </w:p>
    <w:p>
      <w:r>
        <w:t>O estádio NFT é mantido em espacial.O estádio da NFT, onde 1.000 criadores se reuniram, atraíram a atenção no exterior e, pela primeira vez na história da NFT, muitos criadores foram apresentados ao mundo.Este momento é um evento histórico no Japão.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30 de julho de 2022</w:t>
      </w:r>
    </w:p>
    <w:p>
      <w:r>
        <w:t>O Space Museum (feat.ozworld) é realizado no Spatial.Ozworld (@overzenith369), um famoso artista de hiphop, abriu o Museu da NFT espacial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5 de novembro de 2022</w:t>
      </w:r>
    </w:p>
    <w:p>
      <w:r>
        <w:t>A coleção NFT implementada em Kyoto em espacial.Local de Metaverse abriu, de acordo com a coleção NFT em Kyoto como um museu Metabers embrulhado na cultura japonesa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2022.11.12</w:t>
      </w:r>
    </w:p>
    <w:p>
      <w:r>
        <w:t>Ai Uehara Aniversário Metaverse é implementado em espacial.Para comemorar o aniversário de Ai Uehara (@Ai_Uehara_Ex), seus fãs se reuniram no Metabath e realizaram um evento para comemorar o dia especial.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1 de janeiro de 2023</w:t>
      </w:r>
    </w:p>
    <w:p>
      <w:r>
        <w:t>O Hatsumode Metaverse é mantido em espacial.Foi um evento inovador para comemorar o início do novo ano em um metaverso.Os participantes de todo o mundo comemoraram a chegada do ano novo nos metabadores e experimentaram a conexão com a nova forma de comunidade provocou tecnologia digital.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Informações sobre Metaverse</w:t>
      </w:r>
    </w:p>
    <w:p>
      <w:r>
        <w:t>Você pode acessar o local do evento que foi mantido até agora através do link abaixo.Certifique -se de entrar no espaço da metaose e experimentar seu apelo diretamente.</w:t>
      </w:r>
    </w:p>
    <w:p>
      <w:r>
        <w:t>https://japandao.jp/6</w:t>
      </w:r>
    </w:p>
    <w:p>
      <w:r>
        <w:t>* Clique em "Descentraland" ou "espacial" em cada evento para acessar o local de metaberth.</w:t>
      </w:r>
    </w:p>
    <w:p>
      <w:r>
        <w:t>Próximo aviso: Parte 4 -Projeção Introdução-</w:t>
      </w:r>
    </w:p>
    <w:p>
      <w:r>
        <w:t>Da próxima vez, na Parte 4, que será o fim da série, apresentaremos cuidadosamente os projetos atraentes do Japão DAO um por um.Por favor aproveite!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resumo</w:t>
      </w:r>
    </w:p>
    <w:p>
      <w:r>
        <w:t>Nesta revista Japandao, introduzimos como o Japão Dao o implantou no espaço de Metahabas.Abrimos vários locais meta -japoneses, como o NFT Stadium, o Space Museum e a NFT Collection em Kyoto.Nesses locais, realizamos eventos inovadores, como exposições e hatsumode Meta Spring, como as obras dos criadores.</w:t>
      </w:r>
    </w:p>
    <w:p>
      <w:r>
        <w:t>O desenvolvimento do Metaverse do Japão Dao vem explorando novas experiências culturais através da fusão de arte e tecnologia.</w:t>
      </w:r>
    </w:p>
    <w:p>
      <w:r>
        <w:t>Se você estiver interessado no Japão DAO, siga a conta Official X com a "Japan Dao Magazine".</w:t>
      </w:r>
    </w:p>
    <w:p>
      <w:r>
        <w:t>Conta X Oficial: https: //twitter.com/japannftmuseum</w:t>
      </w:r>
    </w:p>
    <w:p>
      <w:r>
        <w:t>Discord oficial: https://discord.com/invite/japandao</w:t>
      </w:r>
    </w:p>
    <w:p>
      <w:r>
        <w:t>Instagram oficial: https: //www.instagram.com/japannftmuseum/</w:t>
      </w:r>
    </w:p>
    <w:p>
      <w:r>
        <w:t>Se você gosta deste artigo, por que não me apoia?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