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olá pessoal!</w:t>
      </w:r>
    </w:p>
    <w:p>
      <w:r>
        <w:t>Bem -vindo à revista Japan Dao.</w:t>
      </w:r>
    </w:p>
    <w:p>
      <w:r>
        <w:t>No artigo anterior, introduzi a história secreta do nascimento do Japão DAO e as atividades do Japão Dao.Se você ainda não leu, aproveite o primeiro episódio</w:t>
      </w:r>
    </w:p>
    <w:p>
      <w:r>
        <w:t>Este artigo é a segunda parte de uma série de quatro partes para aprofundar o Japão Dao World.Aqui, apresentaremos "Roteiro Japão Dao, Configuração do Japão DAO".</w:t>
      </w:r>
    </w:p>
    <w:p>
      <w:r>
        <w:t>Site oficial do Japão dao https://japandao.jp/hp</w:t>
      </w:r>
    </w:p>
    <w:p>
      <w:r>
        <w:t>Roteiro</w:t>
      </w:r>
    </w:p>
    <w:p>
      <w:r>
        <w:t>O Japão Dao cresceu constantemente desde o seu estabelecimento e progrediu no projeto ao longo dos seguintes roteiros.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</w:t>
      </w:r>
    </w:p>
    <w:p>
      <w:r>
        <w:t>・ Japan NFT Art Museum Estabelecimento</w:t>
      </w:r>
    </w:p>
    <w:p>
      <w:r>
        <w:t>・ Abra o Museu Metavas</w:t>
      </w:r>
    </w:p>
    <w:p>
      <w:r>
        <w:t>・ Japan NFT Museum Premiumpass Lançamento</w:t>
      </w:r>
    </w:p>
    <w:p>
      <w:r>
        <w:t>・ Amato, Niji, Kagura, Izana NFT Lançamento</w:t>
      </w:r>
    </w:p>
    <w:p>
      <w:r>
        <w:t>・ A serialização do mangá começou</w:t>
      </w:r>
    </w:p>
    <w:p>
      <w:r>
        <w:t>2023</w:t>
      </w:r>
    </w:p>
    <w:p>
      <w:r>
        <w:t>・ Smart Pocket Release</w:t>
      </w:r>
    </w:p>
    <w:p>
      <w:r>
        <w:t>・ Liberação oficial do site de personagens</w:t>
      </w:r>
    </w:p>
    <w:p>
      <w:r>
        <w:t>・ A loja oficial foi aberta</w:t>
      </w:r>
    </w:p>
    <w:p>
      <w:r>
        <w:t>・ Carta de distribuição de música tema do Japão Dao</w:t>
      </w:r>
    </w:p>
    <w:p>
      <w:r>
        <w:t>・ Início da transmissão de grande visão em Tóquio</w:t>
      </w:r>
    </w:p>
    <w:p>
      <w:r>
        <w:t>2024 (programado para ser implantado)</w:t>
      </w:r>
    </w:p>
    <w:p>
      <w:r>
        <w:t>・ Teamz Summit 2024 Eleição de parceiro</w:t>
      </w:r>
    </w:p>
    <w:p>
      <w:r>
        <w:t>・ Jogo de aplicativos para smartphone (em breve)</w:t>
      </w:r>
    </w:p>
    <w:p>
      <w:r>
        <w:t>· EM BREVE</w:t>
      </w:r>
    </w:p>
    <w:p>
      <w:r>
        <w:t>・ Jogo online (em breve)</w:t>
      </w:r>
    </w:p>
    <w:p>
      <w:r>
        <w:t>· EM BREVE</w:t>
      </w:r>
    </w:p>
    <w:p>
      <w:r>
        <w:t>Configuração do Japão Dao</w:t>
      </w:r>
    </w:p>
    <w:p>
      <w:r>
        <w:t>O Japão Dao consiste em uma ampla variedade de departamentos, incluindo o fundador Yuda (@yudajapandao) e Daruman (@daruman_jp), incluindo criadores, modelos (mod), engenheiros e equipes de solução.Além disso, os membros da comunidade de todo o mundo têm o núcleo deste projeto, participando ativamente de atividades que divulgam a cultura e a arte japonesas para o mundo.</w:t>
      </w:r>
    </w:p>
    <w:p>
      <w:r>
        <w:drawing>
          <wp:inline xmlns:a="http://schemas.openxmlformats.org/drawingml/2006/main" xmlns:pic="http://schemas.openxmlformats.org/drawingml/2006/picture">
            <wp:extent cx="3657600" cy="20816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5373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7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Nesta revista Japandao, introduzimos um novo projeto de 2024 do passado.O futuro, como jogos de aplicativos para smartphone, jogos on -line e o lançamento da animação, é apenas emocionante.O núcleo da organização é uma variedade de membros de todo o mundo.Não há dúvida de que a disseminação da cultura japonesa que eles tecerão será ainda mais expandida.Por favor, queime a evolução do Japão Dao aos seus olhos.</w:t>
      </w:r>
    </w:p>
    <w:p>
      <w:r>
        <w:t>Próximo aviso: Parte 3 -Metaverse Deplayment-</w:t>
      </w:r>
    </w:p>
    <w:p>
      <w:r>
        <w:t>Na próxima parte da terceira parte, planejamos introduzir as iniciativas inovadoras nos metabas do Japão Dao, a experiência da imersão e como a cultura japonesa está sendo transmitida ao mundo.Certifique -se de aguardar ansiosamente os hówers do Japão Dao além da sua imaginação!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você estiver interessado no Japão DAO, siga a conta Official X com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