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Como participar da comunidade Japan Dao (como participar do servidor Discord)</w:t>
      </w:r>
    </w:p>
    <w:p>
      <w:r>
        <w:t>Nesta revista Smapke, apresentaremos como participar da comunidade Japan Dao!</w:t>
      </w:r>
    </w:p>
    <w:p>
      <w:r>
        <w:t>Usamos uma ferramenta de comunicação chamada "Discord" para se comunicar com os usuários.</w:t>
      </w:r>
    </w:p>
    <w:p>
      <w:r>
        <w:t>Agora, explicarei o procedimento abaixo sobre como participar da comunidade.</w:t>
      </w:r>
    </w:p>
    <w:p>
      <w:r>
        <w:t>Como participar da comunidade</w:t>
      </w:r>
    </w:p>
    <w:p>
      <w:r>
        <w:t>■ Método de participação da discórdia</w:t>
      </w:r>
    </w:p>
    <w:p>
      <w:r>
        <w:t>Existem dois padrões de como participar da discórdia.</w:t>
      </w:r>
    </w:p>
    <w:p>
      <w:r>
        <w:t>Padrão 1: Cole o link de convite e participe</w:t>
      </w:r>
    </w:p>
    <w:p>
      <w:r>
        <w:t>Padrão 2: Participe da conta oficial</w:t>
      </w:r>
    </w:p>
    <w:p>
      <w:r>
        <w:t>Padrão 1: Procedimento de participação da discórdia (pasta de link de convite)</w:t>
      </w:r>
    </w:p>
    <w:p>
      <w:r>
        <w:t>1. Abra o aplicativo Discord</w:t>
      </w:r>
    </w:p>
    <w:p>
      <w:r>
        <w:t>2. Prossiga para criar um servidor com o botão " +" no canto superior esquerdo da tela</w:t>
      </w:r>
    </w:p>
    <w:p>
      <w:r>
        <w:t>3. Toque em "Participe do servidor" na parte inferior da tela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Cole o URL do servidor comunitário no link de convite</w:t>
      </w:r>
    </w:p>
    <w:p>
      <w:r>
        <w:t>Copie e coloque o URL do servidor Japan Dao</w:t>
      </w:r>
    </w:p>
    <w:p>
      <w:r>
        <w:t>https://discord.com/invite/japandao</w:t>
      </w:r>
    </w:p>
    <w:p>
      <w:r>
        <w:t>5. Toque em "Convite"</w:t>
      </w:r>
    </w:p>
    <w:p>
      <w:r>
        <w:t>6. Registro completo no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Padrão 2: Procedimento de participação da discórdia (da conta oficial da X)</w:t>
      </w:r>
    </w:p>
    <w:p>
      <w:r>
        <w:t>Japan DAO Conta Oficial: https: //twitter.com/japannftmuseum</w:t>
      </w:r>
    </w:p>
    <w:p>
      <w:r>
        <w:t>1. Toque no link Discord da conta oficial</w:t>
      </w:r>
    </w:p>
    <w:p>
      <w:r>
        <w:t>2. Toque em "Convite"</w:t>
      </w:r>
    </w:p>
    <w:p>
      <w:r>
        <w:t>3. Registro completo no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Sobre as configurações iniciais (autenticação, configurações de rolo)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Toque em " # 🔰 | Verifique"</w:t>
      </w:r>
    </w:p>
    <w:p>
      <w:r>
        <w:t>2. Role até a parte inferior da tela</w:t>
      </w:r>
    </w:p>
    <w:p>
      <w:r>
        <w:t>3. Verifique a regra do servidor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Leia as regras, verifique para concordar com isso e toque</w:t>
      </w:r>
    </w:p>
    <w:p>
      <w:r>
        <w:t>5. Toque em " # 🔰 | Set-Role"</w:t>
      </w:r>
    </w:p>
    <w:p>
      <w:r>
        <w:t>6. Clique em emoticons "🌟" (Japan Dao Friends Roll)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Envie uma mensagem</w:t>
      </w:r>
    </w:p>
    <w:p>
      <w:r>
        <w:t>1. Toque no seu canal de idioma</w:t>
      </w:r>
    </w:p>
    <w:p>
      <w:r>
        <w:t>2. Toque no ícone emoji</w:t>
      </w:r>
    </w:p>
    <w:p>
      <w:r>
        <w:t>3. Toque no selo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Você se juntou à comunidade?Se você tiver selos ou perguntas em cada canal de idiomas, sinta -se à vontade para fazê -lo.Os membros responderão, por isso, junte -se a nós cada vez mais!!</w:t>
      </w:r>
    </w:p>
    <w:p>
      <w:r>
        <w:t>O Japão DAO continuará fornecendo novas informações aos usuários o mais rápido possível.</w:t>
      </w:r>
    </w:p>
    <w:p>
      <w:r>
        <w:t>Se você estiver interessado no Japão DAO, siga a conta Official X com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Comentários do diretor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Japão Dao tem uma missão magnífica de reviver o Japão com a NFT!</w:t>
      </w:r>
    </w:p>
    <w:p>
      <w:r>
        <w:t>A cultura de mangá e anime de que o Japão se orgulha nas Olimpíadas de Tóquio é compatível com a NFT, e é apenas uma boa idéia manter a NFT de criadores e projetos amados.</w:t>
      </w:r>
    </w:p>
    <w:p>
      <w:r>
        <w:t>E com o DAO, o efeito sinérgico tem a propagação e a quantidade de calor, e a excitação em escala mundial!</w:t>
      </w:r>
    </w:p>
    <w:p>
      <w:r>
        <w:t>Por todos os meios, vamos perceber a ressurreição do Japão com o Japão Dao!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