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que é Amato?Vol.2 "Presente e futuro de Amato"</w:t>
      </w:r>
    </w:p>
    <w:p>
      <w:r>
        <w:t>Olá, a família Japan Dao ☆</w:t>
      </w:r>
    </w:p>
    <w:p>
      <w:r>
        <w:t>Neste artigo, após o nascimento da Amato NFT, a localização atual de "Amato", que evoluiu para um grande projeto, desenvolvido em vários conteúdos, como "mangá", "música", "jogos" e "anime" e fortalecendo ainda mais o IP.</w:t>
      </w:r>
    </w:p>
    <w:p>
      <w:r>
        <w:t>Por favor, dê uma olhada no final!</w:t>
      </w:r>
    </w:p>
    <w:p>
      <w:r>
        <w:t>* "O que é Amato?Se você não leu o nascimento do vol.1 Amato, eu ficaria grato se você pudesse vê -lo no link abaixo.</w:t>
      </w:r>
    </w:p>
    <w:p>
      <w:r>
        <w:t>Link da revista Japan Dao</w:t>
      </w:r>
    </w:p>
    <w:p>
      <w:r>
        <w:t>"O que é Amato?Vol.1 Nascimento de Amato "</w:t>
      </w:r>
    </w:p>
    <w:p>
      <w:r>
        <w:t>site oficial</w:t>
      </w:r>
    </w:p>
    <w:p>
      <w:r>
        <w:t>https://amato-official.com/</w:t>
      </w:r>
    </w:p>
    <w:p>
      <w:r>
        <w:t>Mar aberto</w:t>
      </w:r>
    </w:p>
    <w:p>
      <w:r>
        <w:t>https://opensea.io/collection/amato-official</w:t>
      </w:r>
    </w:p>
    <w:p>
      <w:r>
        <w:t>X (Twitter)</w:t>
      </w:r>
    </w:p>
    <w:p>
      <w:r>
        <w:t>https://twitter.com/amatonft</w:t>
      </w:r>
    </w:p>
    <w:p>
      <w:r>
        <w:t>Mangá （em quadrinhos)</w:t>
      </w:r>
    </w:p>
    <w:p>
      <w:r>
        <w:t>O mangá de quatro quadros "Amakomi" com o sentido do departamento editorial brilha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Um dos conteúdos mais importantes do projeto Amato é o mangá "Amakomi".</w:t>
      </w:r>
    </w:p>
    <w:p>
      <w:r>
        <w:t>A série de quadrinhos de quatro quadros, que iniciou o X (Twitter) em outubro de 2022, foi serializada até abril de 2024 e até o 24º episódio.</w:t>
      </w:r>
    </w:p>
    <w:p>
      <w:r>
        <w:t>Criadores oficiais experientes estão produzindo com todos os seus pontos fortes, principalmente pelo editor - -In -Chef of the Waterfall (@taki_sae), no departamento editorial do Japan NFT Museum.</w:t>
      </w:r>
    </w:p>
    <w:p>
      <w:r>
        <w:t>O conteúdo é editado no fundo da história "Amato Story" criada no tipo de participação da comunidade, e é um trabalho cômico e divertido com o ponto da história.</w:t>
      </w:r>
    </w:p>
    <w:p>
      <w:r>
        <w:t>É atualizado uma ou duas vezes por mês alternadamente com outro mangá da marca de personagens (atualizado na terça -feira).</w:t>
      </w:r>
    </w:p>
    <w:p>
      <w:r>
        <w:t>No link abaixo, você pode ler todas as histórias juntos, então veja ♪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Amakomi</w:t>
      </w:r>
    </w:p>
    <w:p>
      <w:r>
        <w:t>https://amato-official.com/manga</w:t>
      </w:r>
    </w:p>
    <w:p>
      <w:r>
        <w:t>Música (música)</w:t>
      </w:r>
    </w:p>
    <w:p>
      <w:r>
        <w:t>A música tema de Amato nasceu!!O nome é "Amato"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 (@nomakungo)</w:t>
      </w:r>
    </w:p>
    <w:p>
      <w:r>
        <w:t>A música tema de Amato "Amato" foi anunciada antes do lançamento de Amato (NFT) e tem animado Amato até hoje.</w:t>
      </w:r>
    </w:p>
    <w:p>
      <w:r>
        <w:t>A produção e o canto das músicas são responsáveis ​​por Nomakun (Nome do Artista: Sho -Ge), o Museu Oficial da NFT do Museu da NFT.Além da produção e operação da coleção NFT original, ele é um criador super talentoso que trabalha no desenvolvimento de jogos, produção musical e cantores.</w:t>
      </w:r>
    </w:p>
    <w:p>
      <w:r>
        <w:t>A música tema "Amato" foi distribuída em várias plataformas musicais, incluindo a Apple Music, e atraiu elogios e atenção.Desde a boa música do sabor japonês, a sensação de correr e força é sentida e é uma música muito legal.Das muitas belas expressões japonesas que Nomakun girou, você pode imaginar fortemente os samurais desafiadores, e pode sentir completamente a visão do mundo de Amato.</w:t>
      </w:r>
    </w:p>
    <w:p>
      <w:r>
        <w:t>No link abaixo, você pode ouvir "Amato" na Apple Music, então por favor ouça ♪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Apple Music Link</w:t>
      </w:r>
    </w:p>
    <w:p>
      <w:r>
        <w:t>https://music.apple.com/jp/album/amato-single/1633233894</w:t>
      </w:r>
    </w:p>
    <w:p>
      <w:r>
        <w:t>Coleção de link de Nomakun</w:t>
        <w:br/>
        <w:t>https://t.co/fml5jdby2u</w:t>
      </w:r>
    </w:p>
    <w:p>
      <w:r>
        <w:t>JOGO</w:t>
      </w:r>
    </w:p>
    <w:p>
      <w:r>
        <w:t>"Amato" participa de Fortnite, que ama a todos.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Escusado será dizer que "Fortnite" é o maior jogo on -line do mundo, com mais de 500 milhões de usuários em todo o mundo.Além dos computadores pessoais, ele suporta uma ampla gama de consoles de jogos em casa, como PS5 e Nintendo Switch, atraindo todas as gerações.</w:t>
      </w:r>
    </w:p>
    <w:p>
      <w:r>
        <w:t>Em 31 de agosto de 2023, houve um anúncio repentino do PR Time (comunicado à imprensa) e, em conjunto com o lançamento de uma imagem chocante de que "Amato" passa em "Fortnite", o estúdio de desenvolvimento de jogos "Japan Dao Games" foi estabelecido .A comunidade ficou encantada com este anúncio, que não era esperado.</w:t>
      </w:r>
    </w:p>
    <w:p>
      <w:r>
        <w:t>O esquema é o seguinte</w:t>
      </w:r>
    </w:p>
    <w:p>
      <w:r>
        <w:t>〇 Avatar bem -sucedido de "Amato" em "Fortnite".Personagens IP exclusivos entraram no maior jogo online do mundo.</w:t>
      </w:r>
    </w:p>
    <w:p>
      <w:r>
        <w:t>〇 Além dos computadores pessoais, ele também pode suportar todos os consoles de jogos em casa, como PS5, Nintendo Switch e Xbox.</w:t>
      </w:r>
    </w:p>
    <w:p>
      <w:r>
        <w:t>〇。 Colaborando com vários criadores usando seu próprio IP, acelerando o desenvolvimento mundial do Criativo japonês.</w:t>
      </w:r>
    </w:p>
    <w:p>
      <w:r>
        <w:t>〇 Estabeleça o Japão NFT Museum no melhor jogo on -line do mundo e entregue o trabalho dos criadores japoneses ao mundo.</w:t>
      </w:r>
    </w:p>
    <w:p>
      <w:r>
        <w:t>Veja o link do PR Times abaixo para obter detalhes.</w:t>
      </w:r>
    </w:p>
    <w:p>
      <w:r>
        <w:t>Embora ainda esteja em desenvolvimento e haja muitos pontos desconhecidos, "Fortnite", que visa a Meta Spring aberta e mútua, deve ser a maior meta primavera do mundo, que está se aproximando de 10 bilhões de usuários no futuro.O significado de "Amato" entra lá é incomensurável.É reconhecido como um IP global, como "One Piece" e "Dragon Ball", e imagine o futuro amado por pessoas em todo o mundo.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PR Times</w:t>
      </w:r>
    </w:p>
    <w:p>
      <w:r>
        <w:t>https://prtimes.jp/main/html/rd/p/000000003.000127669.html</w:t>
      </w:r>
    </w:p>
    <w:p>
      <w:r>
        <w:t>Link oficial do Fortnite</w:t>
      </w:r>
    </w:p>
    <w:p>
      <w:r>
        <w:t>https://www.fortnite.com/</w:t>
      </w:r>
    </w:p>
    <w:p>
      <w:r>
        <w:t>Animação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Espera -se que a animação progrida não apenas em "Amato", mas também em todas as marcas de personagens que o "Japão Dao" tem.</w:t>
      </w:r>
    </w:p>
    <w:p>
      <w:r>
        <w:t>Em particular, "Amato" tem as características de jovens e idosos, "heróis lutando contra inimigos", além de histórias como Metavers e AI, e estou convencido de que será muito bem -sucedido.</w:t>
      </w:r>
    </w:p>
    <w:p>
      <w:r>
        <w:t>É emocionante imaginar o futuro em que as crianças falam sobre Amato na escola.</w:t>
      </w:r>
    </w:p>
    <w:p>
      <w:r>
        <w:t>A animação oficial já foi iniciada em uma grande visão de quatro locais em Tóquio (Shibuya, Shinjuku, Ikebukuro, Roppongi), e o progresso de cada marca no futuro é muito!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Notícias do mercado escolar (Gakuichi)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Mercadorias （Web Shop)</w:t>
      </w:r>
    </w:p>
    <w:p>
      <w:r>
        <w:t>A loja oficial está empurrando "Amato"?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Além das vendas de produtos na coleção NFT (comumente conhecida como N Kore) realizada em Osaka e em vários lugares, a loja oficial da Web do Japão DAO foi aberta no verão de 2023.Mesmo aqueles que não podem ir para N Kore podem facilmente comprar mercadorias.</w:t>
      </w:r>
    </w:p>
    <w:p>
      <w:r>
        <w:t>A taxa de recrutamento de Amato, que é responsável por bens como vestuário, acessórios e papelaria, pode ser considerada muito amada pelos usuários.</w:t>
      </w:r>
    </w:p>
    <w:p>
      <w:r>
        <w:t>Existem fãs de fãs, como camisas T com um design elegante que é legal e legal, mesmo para uso diário.</w:t>
      </w:r>
    </w:p>
    <w:p>
      <w:r>
        <w:t>Por favor, dê uma olhada no link abaixo.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Link oficial da loja da web</w:t>
      </w:r>
    </w:p>
    <w:p>
      <w:r>
        <w:t>https://japandao.jp/ec</w:t>
      </w:r>
    </w:p>
    <w:p>
      <w:r>
        <w:t>resumo</w:t>
      </w:r>
    </w:p>
    <w:p>
      <w:r>
        <w:t>Nesta revista Japandao, "O que é Amato?Após o nascimento do vol.1 Amato, introduzimos vários conteúdos que colorirão o "Amato" em evolução.</w:t>
      </w:r>
    </w:p>
    <w:p>
      <w:r>
        <w:t>Eu ficaria feliz se o maior número possível de pessoas depois de ler o artigo fosse atraente para "Amato" e estivesse empolgado com o futuro.</w:t>
      </w:r>
    </w:p>
    <w:p>
      <w:r>
        <w:t>Ao caminhar com "samurai para desafiar", você certamente terá uma experiência maravilhosa ♪</w:t>
      </w:r>
    </w:p>
    <w:p>
      <w:r>
        <w:t>Vamos apreciar a visão do mundo junto com Amato (NFT)!!</w:t>
      </w:r>
    </w:p>
    <w:p>
      <w:r>
        <w:t>A Japan Dao Magazine apresentará as informações mais recentes sobre o Japão DAO e informações detalhadas sobre projetos.</w:t>
      </w:r>
    </w:p>
    <w:p>
      <w:r>
        <w:t>Se você estiver interessado no Japão DAO, siga a conta Official X com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