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نحوه شرکت در جامعه DAO ژاپن (نحوه شرکت در سرور Discord)</w:t>
      </w:r>
    </w:p>
    <w:p>
      <w:r>
        <w:t>در این مجله Smapke ، نحوه شرکت در جامعه DAO ژاپن را معرفی خواهیم کرد!</w:t>
      </w:r>
    </w:p>
    <w:p>
      <w:r>
        <w:t>ما از یک ابزار ارتباطی به نام "Discord" برای برقراری ارتباط با کاربران استفاده می کنیم.</w:t>
      </w:r>
    </w:p>
    <w:p>
      <w:r>
        <w:t>اکنون ، روش زیر را برای نحوه شرکت در جامعه توضیح خواهم داد.</w:t>
      </w:r>
    </w:p>
    <w:p>
      <w:r>
        <w:t>نحوه شرکت در جامعه</w:t>
      </w:r>
    </w:p>
    <w:p>
      <w:r>
        <w:t>■ روش مشارکت اختلاف نظر</w:t>
      </w:r>
    </w:p>
    <w:p>
      <w:r>
        <w:t>دو الگوی نحوه شرکت در Discord وجود دارد.</w:t>
      </w:r>
    </w:p>
    <w:p>
      <w:r>
        <w:t>الگوی 1: پیوند دعوت را بچسبانید و شرکت کنید</w:t>
      </w:r>
    </w:p>
    <w:p>
      <w:r>
        <w:t>الگوی 2: از حساب رسمی شرکت کنید</w:t>
      </w:r>
    </w:p>
    <w:p>
      <w:r>
        <w:t>الگوی 1: روش مشارکت اختلاف نظر (خمیر لینک دعوت)</w:t>
      </w:r>
    </w:p>
    <w:p>
      <w:r>
        <w:t>1. برنامه Discord را باز کنید</w:t>
      </w:r>
    </w:p>
    <w:p>
      <w:r>
        <w:t>2. با دکمه " +" در سمت چپ بالای صفحه ، سرور ایجاد کنید</w:t>
      </w:r>
    </w:p>
    <w:p>
      <w:r>
        <w:t>3. روی "شرکت در سرور" در پایین صفحه ضربه بزنید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4- URL سرور جامعه را به لینک دعوت بچسبانید</w:t>
      </w:r>
    </w:p>
    <w:p>
      <w:r>
        <w:t>لطفاً URL سرور DAO ژاپن را کپی و چسباند</w:t>
      </w:r>
    </w:p>
    <w:p>
      <w:r>
        <w:t>https://discord.com/invite/japandao</w:t>
      </w:r>
    </w:p>
    <w:p>
      <w:r>
        <w:t>5. روی "دعوت" ضربه بزنید</w:t>
      </w:r>
    </w:p>
    <w:p>
      <w:r>
        <w:t>6. ثبت نام کامل روی سرور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الگوی 2: روش مشارکت اختلاف نظر (از حساب رسمی X)</w:t>
      </w:r>
    </w:p>
    <w:p>
      <w:r>
        <w:t>حساب رسمی ژاپن DAO: https: //twitter.com/japannftmuseum</w:t>
      </w:r>
    </w:p>
    <w:p>
      <w:r>
        <w:t>1. روی پیوند Discord از حساب رسمی X ضربه بزنید</w:t>
      </w:r>
    </w:p>
    <w:p>
      <w:r>
        <w:t>2. روی "دعوت" ضربه بزنید</w:t>
      </w:r>
    </w:p>
    <w:p>
      <w:r>
        <w:t>3. ثبت نام کامل روی سرور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■ درباره تنظیمات اولیه (احراز هویت ، تنظیمات رول)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1. ضربه بزنید " # 🔰 | تأیید"</w:t>
      </w:r>
    </w:p>
    <w:p>
      <w:r>
        <w:t>2. به پایین صفحه بروید</w:t>
      </w:r>
    </w:p>
    <w:p>
      <w:r>
        <w:t>3. قانون سرور را بررسی کنید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4- قوانین را بخوانید ، بررسی کنید تا با این موضوع موافقت کنید و روی کامل ضربه بزنید</w:t>
      </w:r>
    </w:p>
    <w:p>
      <w:r>
        <w:t>5. ضربه بزنید " # 🔰 | مجموعه تنظیم"</w:t>
      </w:r>
    </w:p>
    <w:p>
      <w:r>
        <w:t>6. روی شکلک های "🌟" کلیک کنید (Roll Friends Japan Dao)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■ پیام ارسال کنید</w:t>
      </w:r>
    </w:p>
    <w:p>
      <w:r>
        <w:t>1. روی کانال زبان خود ضربه بزنید</w:t>
      </w:r>
    </w:p>
    <w:p>
      <w:r>
        <w:t>2. روی نماد ایموجی ضربه بزنید</w:t>
      </w:r>
    </w:p>
    <w:p>
      <w:r>
        <w:t>3. روی تمبر ضربه بزنید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خلاصه</w:t>
      </w:r>
    </w:p>
    <w:p>
      <w:r>
        <w:t>آیا به جامعه پیوستید؟اگر در هر کانال زبان تمبر یا سؤال دارید ، لطفاً این کار را انجام دهید.اعضا پاسخ خواهند داد ، بنابراین لطفاً بیشتر و بیشتر به ما بپیوندید!!</w:t>
      </w:r>
    </w:p>
    <w:p>
      <w:r>
        <w:t>ژاپن DAO در اسرع وقت به ارائه اطلاعات جدید به کاربران ادامه خواهد داد.</w:t>
      </w:r>
    </w:p>
    <w:p>
      <w:r>
        <w:t>اگر به DAO ژاپن علاقه دارید ، لطفاً حساب رسمی X را با "مجله ژاپن دائو" دنبال کنید.</w:t>
      </w:r>
    </w:p>
    <w:p>
      <w:r>
        <w:t>حساب X رسمی: https: //twitter.com/japannftmuseum</w:t>
      </w:r>
    </w:p>
    <w:p>
      <w:r>
        <w:t>اختلاف نظر رسمی: https://discord.com/invite/japandao</w:t>
      </w:r>
    </w:p>
    <w:p>
      <w:r>
        <w:t>نظرات کارگردان</w:t>
      </w:r>
    </w:p>
    <w:p>
      <w:r>
        <w:drawing>
          <wp:inline xmlns:a="http://schemas.openxmlformats.org/drawingml/2006/main" xmlns:pic="http://schemas.openxmlformats.org/drawingml/2006/picture">
            <wp:extent cx="3657600" cy="1213042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21304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ژاپن دائو یک مأموریت باشکوه برای احیای ژاپن با NFT دارد!</w:t>
      </w:r>
    </w:p>
    <w:p>
      <w:r>
        <w:t>فرهنگ مانگا و انیمه ای که ژاپن در المپیک توکیو به آن افتخار می کند با NFT سازگار است و این فقط ایده خوبی است که NFT سازندگان و پروژه های محبوب را نگه دارید.</w:t>
      </w:r>
    </w:p>
    <w:p>
      <w:r>
        <w:t>و با DAO ، اثر هم افزایی هم گسترش و هم میزان گرما و هم هیجان جهان را دارد!</w:t>
      </w:r>
    </w:p>
    <w:p>
      <w:r>
        <w:t>به هر معنی ، بیایید رستاخیز ژاپن را با ژاپن دائو درک کنیم!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