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آماتو چیست؟جلد 2 "حال و آینده آماتو"</w:t>
      </w:r>
    </w:p>
    <w:p>
      <w:r>
        <w:t>سلام به خانواده ژاپن دائو</w:t>
      </w:r>
    </w:p>
    <w:p>
      <w:r>
        <w:t>در این مقاله ، پس از تولد Amato NFT ، مکان فعلی "Amato" ، که به یک پروژه بزرگ تبدیل شده است ، به محتوای مختلفی مانند "مانگا" ، "موسیقی" ، "بازی ها" و "انیمه" تبدیل شده است. ، و تقویت بیشتر IP.</w:t>
      </w:r>
    </w:p>
    <w:p>
      <w:r>
        <w:t>لطفاً به پایان نگاهی بیندازید!</w:t>
      </w:r>
    </w:p>
    <w:p>
      <w:r>
        <w:t>* "آماتو چیست؟اگر تولد Vol.1 Amato را نخوانده اید ، اگر می توانید آن را از لینک زیر مشاهده کنید ، سپاسگزارم.</w:t>
      </w:r>
    </w:p>
    <w:p>
      <w:r>
        <w:t>لینک مجله DAO ژاپن</w:t>
      </w:r>
    </w:p>
    <w:p>
      <w:r>
        <w:t>"آماتو چیست؟جلد 1 تولد آماتو "</w:t>
      </w:r>
    </w:p>
    <w:p>
      <w:r>
        <w:t>سایت رسمی</w:t>
      </w:r>
    </w:p>
    <w:p>
      <w:r>
        <w:t>https://amato-official.com/</w:t>
      </w:r>
    </w:p>
    <w:p>
      <w:r>
        <w:t>دریای آزاد</w:t>
      </w:r>
    </w:p>
    <w:p>
      <w:r>
        <w:t>https://opensea.io/collection/amato-official</w:t>
      </w:r>
    </w:p>
    <w:p>
      <w:r>
        <w:t>X (توییتر)</w:t>
      </w:r>
    </w:p>
    <w:p>
      <w:r>
        <w:t>https://twitter.com/amatonft</w:t>
      </w:r>
    </w:p>
    <w:p>
      <w:r>
        <w:t>مانگا （طنز</w:t>
      </w:r>
    </w:p>
    <w:p>
      <w:r>
        <w:t>مانگای چهار قاب "Amakomi" با حس تحریریه می درخشد</w:t>
      </w:r>
    </w:p>
    <w:p>
      <w:r>
        <w:drawing>
          <wp:inline xmlns:a="http://schemas.openxmlformats.org/drawingml/2006/main" xmlns:pic="http://schemas.openxmlformats.org/drawingml/2006/picture">
            <wp:extent cx="3657600" cy="47809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809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یکی از مهمترین محتوای پروژه Amato مانگا "Amakomi" است.</w:t>
      </w:r>
    </w:p>
    <w:p>
      <w:r>
        <w:t>این سری از کمیک های چهار قاب ، که X (توییتر) را در اکتبر 2022 آغاز کرد ، تا آوریل 2024 و تا قسمت 24 سریال شده است.</w:t>
      </w:r>
    </w:p>
    <w:p>
      <w:r>
        <w:t>سازندگان رسمی با تجربه با تمام نقاط قوت خود ، عمدتاً توسط ویرایشگر -در -CHIEF آبشار (Taki_SAE) ، در بخش تحریریه موزه ژاپن NFT تولید می کنند.</w:t>
      </w:r>
    </w:p>
    <w:p>
      <w:r>
        <w:t>محتوا در پس زمینه داستان "داستان آماتو" ایجاد شده در نوع مشارکت جامعه ویرایش شده است ، و این یک کار طنز و سرگرم کننده با نکته داستان است.</w:t>
      </w:r>
    </w:p>
    <w:p>
      <w:r>
        <w:t>این یک یا دو بار در ماه به طور متناوب با سایر شخصیت های مانگا (سه شنبه به روز شده) به روز می شود.</w:t>
      </w:r>
    </w:p>
    <w:p>
      <w:r>
        <w:t>از لینک زیر می توانید همه داستان ها را با هم بخوانید ، بنابراین لطفاً آن را ببینید</w:t>
      </w:r>
    </w:p>
    <w:p>
      <w:r>
        <w:t>https://twitter.com/amatonft/status/1584864119383281665?ref_src=twsrc%5Etfw%7Ctwcamp%5Etweetembed%7Ctwterm%5E1584864119383281665%7Ctwgr%5Ec3f5998cec022928a3538af58bcae928245143c9%7Ctwcon%5Es1_&amp;ref_url=https%3A%2F%2Fnote.com%2Fpreview%2Fnae2486489acd%3Fprev_access_key%3D88099127a8c630e0627bfeada77f60f9</w:t>
      </w:r>
    </w:p>
    <w:p>
      <w:r>
        <w:t>امکومی</w:t>
      </w:r>
    </w:p>
    <w:p>
      <w:r>
        <w:t>https://amato-official.com/manga</w:t>
      </w:r>
    </w:p>
    <w:p>
      <w:r>
        <w:t>موسیقی (موسیقی)</w:t>
      </w:r>
    </w:p>
    <w:p>
      <w:r>
        <w:t>آهنگ تم آماتو متولد می شود!!نام "آماتو" است</w:t>
      </w:r>
    </w:p>
    <w:p>
      <w:r>
        <w:drawing>
          <wp:inline xmlns:a="http://schemas.openxmlformats.org/drawingml/2006/main" xmlns:pic="http://schemas.openxmlformats.org/drawingml/2006/picture">
            <wp:extent cx="3657600" cy="36336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36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nomakun (nomakungo)</w:t>
      </w:r>
    </w:p>
    <w:p>
      <w:r>
        <w:t>آهنگ تم Amato "Amato" قبل از انتشار Amato (NFT) اعلام شد و تا به امروز در حال زنده ماندن Amato است.</w:t>
      </w:r>
    </w:p>
    <w:p>
      <w:r>
        <w:t>تولید و آواز ترانه ها مسئول Nomakun (نام هنرمند: Sho -go) ، موزه رسمی NFT موزه NFT است.او علاوه بر تولید و بهره برداری از مجموعه اصلی NFT ، یک خالق فوق العاده با تابلوی است که در زمینه توسعه بازی ها ، تولید موسیقی و خوانندگان کار می کند.</w:t>
      </w:r>
    </w:p>
    <w:p>
      <w:r>
        <w:t>آهنگ تم "Amato" در سیستم عامل های مختلف موسیقی از جمله Apple Music توزیع شده است و ستایش و توجه بالایی را به خود جلب کرده است.از لحن خوب طعم ژاپنی ، احساس اسپرینت و قدرت احساس می شود و آهنگ بسیار جالبی است.از بسیاری از عبارات زیبا ژاپنی که نوماکون می چرخد ​​، می توانید سامورایی چالش برانگیز را تصور کنید ، و می توانید دیدگاه جهانی آماتو را کاملاً احساس کنید.</w:t>
      </w:r>
    </w:p>
    <w:p>
      <w:r>
        <w:t>از لینک زیر می توانید به موسیقی "Amato" گوش دهید ، بنابراین لطفاً به آن گوش دهید</w:t>
      </w:r>
    </w:p>
    <w:p>
      <w:r>
        <w:t>https://twitter.com/amatonft/status/1542814937944170497?ref_src=twsrc%5Etfw%7Ctwcamp%5Etweetembed%7Ctwterm%5E1542814937944170497%7Ctwgr%5Ec3f5998cec022928a3538af58bcae928245143c9%7Ctwcon%5Es1_&amp;ref_url=https%3A%2F%2Fnote.com%2Fpreview%2Fnae2486489acd%3Fprev_access_key%3D88099127a8c630e0627bfeada77f60f9</w:t>
      </w:r>
    </w:p>
    <w:p>
      <w:r>
        <w:t>لینک موسیقی اپل</w:t>
      </w:r>
    </w:p>
    <w:p>
      <w:r>
        <w:t>https://music.apple.com/jp/album/amato-single/1633233894</w:t>
      </w:r>
    </w:p>
    <w:p>
      <w:r>
        <w:t>مجموعه لینک Nomakun</w:t>
        <w:br/>
        <w:t>https://t.co/fml5jdby2u</w:t>
      </w:r>
    </w:p>
    <w:p>
      <w:r>
        <w:t>بازی</w:t>
      </w:r>
    </w:p>
    <w:p>
      <w:r>
        <w:t>"Amato" در Fortnite شرکت می کند که همه را دوست دارد.</w:t>
      </w:r>
    </w:p>
    <w:p>
      <w:r>
        <w:drawing>
          <wp:inline xmlns:a="http://schemas.openxmlformats.org/drawingml/2006/main" xmlns:pic="http://schemas.openxmlformats.org/drawingml/2006/picture">
            <wp:extent cx="3657600" cy="248938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893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نیازی به گفتن نیست ، "Fortnite" بزرگترین بازی آنلاین جهان با بیش از 500 میلیون کاربر در سراسر جهان است.علاوه بر رایانه های شخصی ، از طیف گسترده ای از کنسول های بازی خانگی مانند PS5 و Nintendo Switch پشتیبانی می کند و همه نسل ها را به خود جلب می کند.</w:t>
      </w:r>
    </w:p>
    <w:p>
      <w:r>
        <w:t>در تاریخ 31 آگوست 2023 ، یک اعلام ناگهانی از زمان روابط عمومی (انتشار مطبوعات) و در رابطه با انتشار تصویری تکان دهنده که "Amato" روی "Fortnite" حرکت می کند ، استودیوی توسعه بازی "Japan Dao Games" ایجاد شد. .جامعه از این اعلامیه که انتظار نمی رفت خوشحال شد.</w:t>
      </w:r>
    </w:p>
    <w:p>
      <w:r>
        <w:t>طرح کلی به شرح زیر است</w:t>
      </w:r>
    </w:p>
    <w:p>
      <w:r>
        <w:t>a آواتار موفق "Amato" در "Fortnite".شخصیت های IP منحصر به فرد وارد بزرگترین بازی آنلاین جهان شده اند.</w:t>
      </w:r>
    </w:p>
    <w:p>
      <w:r>
        <w:t>〇 علاوه بر رایانه های شخصی ، می تواند از تمام کنسول های بازی خانگی مانند PS5 ، Nintendo Switch و Xbox نیز پشتیبانی کند.</w:t>
      </w:r>
    </w:p>
    <w:p>
      <w:r>
        <w:t>〇。 با همکاری با سازندگان مختلف با استفاده از IP خود ، تسریع در توسعه جهانی خلاق ژاپنی.</w:t>
      </w:r>
    </w:p>
    <w:p>
      <w:r>
        <w:t>〇 موزه ژاپن NFT را در بهترین بازی آنلاین جهان ایجاد کنید و کار سازندگان ژاپنی را به جهان تحویل دهید.</w:t>
      </w:r>
    </w:p>
    <w:p>
      <w:r>
        <w:t>برای جزئیات بیشتر به پیوند زمان روابط عمومی در زیر مراجعه کنید.</w:t>
      </w:r>
    </w:p>
    <w:p>
      <w:r>
        <w:t>اگرچه هنوز در حال توسعه است و بسیاری از نکات ناشناخته وجود دارد ، "Fortnite" ، که هدف آن بهار متا باز و متقابل است ، انتظار می رود بزرگترین بهار متا جهان باشد که در آینده به 10 میلیارد کاربر نزدیک می شود.اهمیت "آماتو" وارد آنجا می شود.به عنوان یک IP جهانی مانند "یک قطعه" و "Dragon Ball" شناخته می شود و آینده را دوست دارد که مردم در سراسر جهان دوست دارد.</w:t>
      </w:r>
    </w:p>
    <w:p>
      <w:r>
        <w:t>https://twitter.com/yudajapandao/status/1697027208802615597?ref_src=twsrc%5Etfw%7Ctwcamp%5Etweetembed%7Ctwterm%5E1697027208802615597%7Ctwgr%5Ec3f5998cec022928a3538af58bcae928245143c9%7Ctwcon%5Es1_&amp;ref_url=https%3A%2F%2Fnote.com%2Fpreview%2Fnae2486489acd%3Fprev_access_key%3D88099127a8c630e0627bfeada77f60f9</w:t>
      </w:r>
    </w:p>
    <w:p>
      <w:r>
        <w:t>بارهای روابط عمومی</w:t>
      </w:r>
    </w:p>
    <w:p>
      <w:r>
        <w:t>https://prtimes.jp/main/html/rd/p/000000003.000127669.html</w:t>
      </w:r>
    </w:p>
    <w:p>
      <w:r>
        <w:t>لینک رسمی Fortnite</w:t>
      </w:r>
    </w:p>
    <w:p>
      <w:r>
        <w:t>https://www.fortnite.com/</w:t>
      </w:r>
    </w:p>
    <w:p>
      <w:r>
        <w:t>انیمیشن</w:t>
      </w:r>
    </w:p>
    <w:p>
      <w:r>
        <w:drawing>
          <wp:inline xmlns:a="http://schemas.openxmlformats.org/drawingml/2006/main" xmlns:pic="http://schemas.openxmlformats.org/drawingml/2006/picture">
            <wp:extent cx="3657600" cy="203377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انتظار می رود که انیمیشن نه تنها در "آماتو" بلکه در تمام مارک های شخصیتی که "ژاپن دائو" دارد پیشرفت کند.</w:t>
      </w:r>
    </w:p>
    <w:p>
      <w:r>
        <w:t>به طور خاص ، "Amato" علاوه بر داستانهایی مانند متاور و هوش مصنوعی ، "قهرمانان با دشمنان" ، "قهرمانان مبارزه با دشمنان" را دارد و من اطمینان دارم که بسیار موفق خواهد بود.</w:t>
      </w:r>
    </w:p>
    <w:p>
      <w:r>
        <w:t>تصور آینده ای که کودکان در مورد آماتو در مدرسه صحبت می کنند ، هیجان انگیز است.</w:t>
      </w:r>
    </w:p>
    <w:p>
      <w:r>
        <w:t>انیمیشن رسمی قبلاً در دیدگاه بزرگی از چهار مکان در توکیو (Shibuya ، Shinjuku ، Ikebukuro ، Roppongi) آغاز شده است و پیشرفت هر مارک در آینده بسیار زیاد است!</w:t>
      </w:r>
    </w:p>
    <w:p>
      <w:r>
        <w:t>https://twitter.com/amatonft/status/1742431758753439985?ref_src=twsrc%5Etfw%7Ctwcamp%5Etweetembed%7Ctwterm%5E1742431758753439985%7Ctwgr%5Ec3f5998cec022928a3538af58bcae928245143c9%7Ctwcon%5Es1_&amp;ref_url=https%3A%2F%2Fnote.com%2Fpreview%2Fnae2486489acd%3Fprev_access_key%3D88099127a8c630e0627bfeada77f60f9</w:t>
      </w:r>
    </w:p>
    <w:p>
      <w:r>
        <w:t>اخبار بازار مدرسه (Gakuichi)</w:t>
      </w:r>
    </w:p>
    <w:p>
      <w:r>
        <w:t>https://gakuichi.com/blogs/gakuichi-news/%E4%B8%96%E7%95%8C%E6%9C%80%E5%A4%A7%E7%B4%9A%E3%81%AE%E3%83%A1%E3%82%BF%E3%83%90%E3%83%BC%E3%82%B9%E7%BE%8E%E8%A1%93%E9%A4%A8-%E6%97%A5%E6%9C%ACnft%E7%BE%8E%E8%A1%93%E9%A4%A8-%E3%81%8C%E6%9D%B1%E4%BA%AC4%E3%83%B6%E6%89%80%E3%81%AE%E5%A4%A7%E5%9E%8B%E3%83%93%E3%82%B8%E3%83%A7%E3%83%B3%E3%81%AB%E3%81%A612%E3%83%B6%E6%9C%88%E9%80%A3%E7%B6%9A%E3%81%A7%E5%85%AC%E5%BC%8F%E3%82%A2%E3%83%8B%E3%83%A1%E3%83%BC%E3%82%B7%E3%83%A7%E3%83%B3%E3%81%AE%E6%94%BE%E6%98%A0%E3%81%8C%E6%B1%BA%E5%AE%9A-%E6%B8%8B%E8%B0%B7-%E6%96%B0%E5%AE%BF-%E6%B1%A0%E8%A2%8B-%E5%85%AD%E6%9C%AC%E6%9C%A8%E3%81%AE%E5%85%A8%EF%BC%94%E3%83%B6%E6%89%80%E3%81%A7%E6%94%BE%E6%98%A0</w:t>
      </w:r>
    </w:p>
    <w:p>
      <w:r>
        <w:t>کالاها （فروشگاه وب</w:t>
      </w:r>
    </w:p>
    <w:p>
      <w:r>
        <w:t>آیا فروشگاه رسمی تحت فشار "آماتو" است؟</w:t>
      </w:r>
    </w:p>
    <w:p>
      <w:r>
        <w:drawing>
          <wp:inline xmlns:a="http://schemas.openxmlformats.org/drawingml/2006/main" xmlns:pic="http://schemas.openxmlformats.org/drawingml/2006/picture">
            <wp:extent cx="3657600" cy="2032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علاوه بر فروش محصول در مجموعه NFT (که معمولاً با نام N Kore شناخته می شود) که در اوزاکا و مکان های مختلف برگزار می شود ، فروشگاه وب رسمی ژاپن DAO در تابستان سال 2023 افتتاح شد.حتی کسانی که نمی توانند به N Kore بروند می توانند به راحتی کالا خریداری کنند.</w:t>
      </w:r>
    </w:p>
    <w:p>
      <w:r>
        <w:t>می توان گفت نرخ استخدام آماتو ، که کالاهایی مانند پوشاک ، لوازم جانبی و لوازم التحریر را به خود اختصاص می دهد ، می تواند مورد علاقه کاربران باشد.</w:t>
      </w:r>
    </w:p>
    <w:p>
      <w:r>
        <w:t>طرفداران طرفداران وجود دارند ، مانند T -Shirts با طراحی شیک که حتی برای استفاده روزمره نیز خنک و خنک است.</w:t>
      </w:r>
    </w:p>
    <w:p>
      <w:r>
        <w:t>لطفاً از لینک زیر نگاهی بیندازید.</w:t>
      </w:r>
    </w:p>
    <w:p>
      <w:r>
        <w:t>https://twitter.com/japannftmuseum/status/1629058295901360130?ref_src=twsrc%5Etfw%7Ctwcamp%5Etweetembed%7Ctwterm%5E1629058295901360130%7Ctwgr%5Ec3f5998cec022928a3538af58bcae928245143c9%7Ctwcon%5Es1_&amp;ref_url=https%3A%2F%2Fnote.com%2Fpreview%2Fnae2486489acd%3Fprev_access_key%3D88099127a8c630e0627bfeada77f60f9</w:t>
      </w:r>
    </w:p>
    <w:p>
      <w:r>
        <w:t>https://twitter.com/Rain_NFT/status/1693469819159679104?ref_src=twsrc%5Etfw%7Ctwcamp%5Etweetembed%7Ctwterm%5E1693469819159679104%7Ctwgr%5Ec3f5998cec022928a3538af58bcae928245143c9%7Ctwcon%5Es1_&amp;ref_url=https%3A%2F%2Fnote.com%2Fpreview%2Fnae2486489acd%3Fprev_access_key%3D88099127a8c630e0627bfeada77f60f9</w:t>
      </w:r>
    </w:p>
    <w:p>
      <w:r>
        <w:t>لینک رسمی فروشگاه وب</w:t>
      </w:r>
    </w:p>
    <w:p>
      <w:r>
        <w:t>https://japandao.jp/ec</w:t>
      </w:r>
    </w:p>
    <w:p>
      <w:r>
        <w:t>خلاصه</w:t>
      </w:r>
    </w:p>
    <w:p>
      <w:r>
        <w:t>در این مجله Japandao ، "Amato چیست؟پس از تولد Vol.1 Amato ، ما مطالب مختلفی را معرفی کرده ایم که رنگ آمیزی "آماتو" را رنگ می کند.</w:t>
      </w:r>
    </w:p>
    <w:p>
      <w:r>
        <w:t>من خوشحال می شوم اگر هرچه بیشتر افراد بعد از خواندن مقاله برای "آماتو" جذاب باشند و از آینده هیجان زده می شدند.</w:t>
      </w:r>
    </w:p>
    <w:p>
      <w:r>
        <w:t>با قدم زدن با "سامورایی برای به چالش کشیدن" ، مطمئناً تجربه فوق العاده ای خواهید داشت</w:t>
      </w:r>
    </w:p>
    <w:p>
      <w:r>
        <w:t>بیایید به همراه Amato (NFT) از دیدگاه جهان لذت ببریم!!</w:t>
      </w:r>
    </w:p>
    <w:p>
      <w:r>
        <w:t>مجله Japan DAO آخرین اطلاعات مربوط به DAO ژاپن و اطلاعات دقیق در مورد پروژه ها را معرفی می کند.</w:t>
      </w:r>
    </w:p>
    <w:p>
      <w:r>
        <w:t>اگر به DAO ژاپن علاقه دارید ، لطفاً حساب رسمی X را با "مجله ژاپن دائو" دنبال کنید.</w:t>
      </w:r>
    </w:p>
    <w:p>
      <w:r>
        <w:t>حساب X رسمی: https: //twitter.com/japannftmuseum</w:t>
      </w:r>
    </w:p>
    <w:p>
      <w:r>
        <w:t>اختلاف نظر رسمی: https://discord.com/invite/japandao</w:t>
      </w:r>
    </w:p>
    <w:p>
      <w:r>
        <w:t>اینستاگرام رسمی: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