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여러분, 안녕하세요!</w:t>
      </w:r>
    </w:p>
    <w:p>
      <w:r>
        <w:t>일본 다오 잡지에 오신 것을 환영합니다.</w:t>
      </w:r>
    </w:p>
    <w:p>
      <w:r>
        <w:t>이전 기사에서 우리는 로드맵, Japan Dao의 조직 구조 등을 소개했습니다.아직 읽지 않았다면 두 번째 에피소드를 즐기십시오.</w:t>
      </w:r>
    </w:p>
    <w:p>
      <w:r>
        <w:t>이 기사는 일본의 세계를 심화시키기위한 4 부 시리즈의 세 번째 부분입니다.여기서 우리는 일본 DAO의 메타버 배포를 소개 할 것입니다.</w:t>
      </w:r>
    </w:p>
    <w:p>
      <w:r>
        <w:t>일본 DAO 공식 사이트 https://japandao.jp/hp</w:t>
      </w:r>
    </w:p>
    <w:p>
      <w:r>
        <w:t>메타버의 개발</w:t>
      </w:r>
    </w:p>
    <w:p>
      <w:r>
        <w:t>Japan Dao는 또한 Metaberth를 사용한 박물관 운영에 중점을두고 있으며 Kyoto의 NFT 경기장, 우주 박물관 및 NFT 컬렉션과 같은 다양한 메타 베라 플랫폼에 대한 전시회는 디지털 시대에 새로운 예술을 즐기는 방법입니다. 우리는 제안하고 제안하고 제안했습니다. 관심을 끌었습니다.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[이벤트 개최]</w:t>
      </w:r>
    </w:p>
    <w:p>
      <w:r>
        <w:t>2022 년 4 월 29 일</w:t>
      </w:r>
    </w:p>
    <w:p>
      <w:r>
        <w:t>첫 번째 일본 NFT 박물관은 Decentraland에서 개최됩니다.Metabath에서 일본의 NFT 아트를 소개하고 감사 할 새로운 장소를 만들었습니다.첫 번째 사건에도 불구하고 많은 사람들이 응용 프로그램과 확산과 협력했으며 트윗 수는 행사 직전 140 만 명을 초과했습니다.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 년 7 월 9 일</w:t>
      </w:r>
    </w:p>
    <w:p>
      <w:r>
        <w:t>NFT 경기장은 공간적으로 개최됩니다.1,000 명의 제작자가 모여 해외에 관심을 끌었던 NFT 경기장은 NFT 역사상 처음으로 많은 제작자들이 세계에 소개되었습니다.이 순간은 일본의 역사적인 행사입니다.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 년 7 월 30 일</w:t>
      </w:r>
    </w:p>
    <w:p>
      <w:r>
        <w:t>우주 박물관 (Feat.ozworld)은 공간에서 개최됩니다.유명한 힙합 예술가 인 Ozworld (@Overzenith369)는 Space NFT 박물관을 열었습니다.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 년 11 월 5 일</w:t>
      </w:r>
    </w:p>
    <w:p>
      <w:r>
        <w:t>교토에서 공간적으로 NFT 컬렉션을 구현했습니다.일본 문화에 싸인 탑승권 박물관으로 교토의 NFT 컬렉션에 따라 메타버스 장소 개장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2022.11.12</w:t>
      </w:r>
    </w:p>
    <w:p>
      <w:r>
        <w:t>AI Uehara 생일 메타버스는 공간적으로 구현됩니다.Ai Uehara (@ai_uehara_ex)의 생일을 기념하기 위해 그녀의 팬들은 Metabath에 모여 특별한 날을 축하하기위한 행사를 열었습니다.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2023 년 1 월 1 일</w:t>
      </w:r>
    </w:p>
    <w:p>
      <w:r>
        <w:t>메타 버스 hatsumode는 공간적으로 유지됩니다.새해의 시작을 메타 버스에서 축하하는 혁신적인 행사였습니다.전 세계의 참가자들은 새해가 탑승자에 도착한 것을 축하했으며 디지털 기술에 대한 새로운 형태의 커뮤니티와의 관계를 경험했습니다.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메타버스에 대한 정보</w:t>
      </w:r>
    </w:p>
    <w:p>
      <w:r>
        <w:t>아래 링크를 통해 지금까지 개최 된 이벤트 장소에 액세스 할 수 있습니다.메타 오스 공간으로 들어가서 직접 호소력을 경험하십시오.</w:t>
      </w:r>
    </w:p>
    <w:p>
      <w:r>
        <w:t>https://japandao.jp/6</w:t>
      </w:r>
    </w:p>
    <w:p>
      <w:r>
        <w:t>* 각 이벤트에서 "Decentraland"또는 "Spatial"을 클릭하여 Metaberth 장소에 액세스하십시오.</w:t>
      </w:r>
    </w:p>
    <w:p>
      <w:r>
        <w:t>다음 통지 : Part 4 -PROJECT 소개 -</w:t>
      </w:r>
    </w:p>
    <w:p>
      <w:r>
        <w:t>다음에 시리즈의 끝이 될 파트 4에서는 일본 DAO의 매력적인 프로젝트를 하나씩 신중하게 소개 할 것입니다.즐기세요!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요약</w:t>
      </w:r>
    </w:p>
    <w:p>
      <w:r>
        <w:t>이 Japandao 잡지에서 우리는 일본 DAO가 Metahabas Space에 어떻게 배치했는지 소개했습니다.우리는 교토에 NFT 경기장, 우주 박물관 및 NFT 컬렉션과 같은 다양한 메타 일본 공연장을 열었습니다.이 장소에서는 전시회 및 메타 스프링 하츠 모드와 같은 혁신적인 이벤트를 제작자의 작품과 같은 혁신적인 이벤트를 개최합니다.</w:t>
      </w:r>
    </w:p>
    <w:p>
      <w:r>
        <w:t>일본 DAO의 메타버스 개발은 예술과 기술의 융합을 통해 새로운 문화 경험을 탐구하고 있습니다.</w:t>
      </w:r>
    </w:p>
    <w:p>
      <w:r>
        <w:t>일본 DAO에 관심이 있다면 "Japan Dao Magazine"의 공식 X 계정을 따르십시오.</w:t>
      </w:r>
    </w:p>
    <w:p>
      <w:r>
        <w:t>공식 X 계정 : https : //twitter.com/japannftmuseum</w:t>
      </w:r>
    </w:p>
    <w:p>
      <w:r>
        <w:t>공식 불화 : https://discord.com/invite/japandao</w:t>
      </w:r>
    </w:p>
    <w:p>
      <w:r>
        <w:t>공식 인스 타 그램 : https : //www.instagram.com/japannftmuseum/</w:t>
      </w:r>
    </w:p>
    <w:p>
      <w:r>
        <w:t>이 기사가 마음에 들면 왜 저를 지원하지 않습니까?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